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6DF" w:rsidRDefault="00B90856">
      <w:pPr>
        <w:spacing w:after="80"/>
        <w:jc w:val="center"/>
      </w:pPr>
      <w:r>
        <w:rPr>
          <w:rFonts w:ascii="Calibri" w:hAnsi="Calibri"/>
          <w:b/>
          <w:color w:val="1A365D"/>
          <w:sz w:val="26"/>
        </w:rPr>
        <w:t>DAHİLİ TELEFON NUMARALARI LİSTESİ</w:t>
      </w:r>
    </w:p>
    <w:tbl>
      <w:tblPr>
        <w:tblW w:w="0" w:type="auto"/>
        <w:jc w:val="center"/>
        <w:tblBorders>
          <w:top w:val="single" w:sz="8" w:space="0" w:color="1A365D"/>
          <w:left w:val="single" w:sz="4" w:space="0" w:color="CBD5E1"/>
          <w:bottom w:val="single" w:sz="8" w:space="0" w:color="1A365D"/>
          <w:right w:val="single" w:sz="4" w:space="0" w:color="CBD5E1"/>
          <w:insideH w:val="single" w:sz="4" w:space="0" w:color="CBD5E1"/>
          <w:insideV w:val="single" w:sz="4" w:space="0" w:color="CBD5E1"/>
        </w:tblBorders>
        <w:tblLook w:val="04A0" w:firstRow="1" w:lastRow="0" w:firstColumn="1" w:lastColumn="0" w:noHBand="0" w:noVBand="1"/>
      </w:tblPr>
      <w:tblGrid>
        <w:gridCol w:w="5468"/>
        <w:gridCol w:w="2015"/>
        <w:gridCol w:w="5468"/>
        <w:gridCol w:w="2015"/>
      </w:tblGrid>
      <w:tr w:rsidR="001456DF">
        <w:trPr>
          <w:jc w:val="center"/>
        </w:trPr>
        <w:tc>
          <w:tcPr>
            <w:tcW w:w="7488" w:type="dxa"/>
            <w:gridSpan w:val="2"/>
            <w:shd w:val="clear" w:color="auto" w:fill="1E3A8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456DF" w:rsidRPr="006D3F0C" w:rsidRDefault="00B90856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Segoe UI Symbol" w:hAnsi="Segoe UI Symbol" w:cs="Segoe UI Symbol"/>
                <w:b/>
                <w:color w:val="FFFFFF"/>
                <w:sz w:val="20"/>
                <w:szCs w:val="20"/>
              </w:rPr>
              <w:t>🎓</w:t>
            </w:r>
            <w:r w:rsidRPr="006D3F0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AKADEMİK PERSONEL</w:t>
            </w:r>
          </w:p>
        </w:tc>
        <w:tc>
          <w:tcPr>
            <w:tcW w:w="7488" w:type="dxa"/>
            <w:gridSpan w:val="2"/>
            <w:shd w:val="clear" w:color="auto" w:fill="1E3A8A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456DF" w:rsidRPr="006D3F0C" w:rsidRDefault="00B90856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Segoe UI Symbol" w:hAnsi="Segoe UI Symbol" w:cs="Segoe UI Symbol"/>
                <w:b/>
                <w:color w:val="FFFFFF"/>
                <w:sz w:val="20"/>
                <w:szCs w:val="20"/>
              </w:rPr>
              <w:t>🎓</w:t>
            </w:r>
            <w:r w:rsidRPr="006D3F0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AKADEMİK PERSONEL (DEVAM)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DBEAFE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456DF" w:rsidRPr="006D3F0C" w:rsidRDefault="00B90856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UNVAN - AD SOYAD</w:t>
            </w:r>
          </w:p>
        </w:tc>
        <w:tc>
          <w:tcPr>
            <w:tcW w:w="1728" w:type="dxa"/>
            <w:shd w:val="clear" w:color="auto" w:fill="DBEAFE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456DF" w:rsidRPr="006D3F0C" w:rsidRDefault="00B90856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DAHİLİ</w:t>
            </w:r>
          </w:p>
        </w:tc>
        <w:tc>
          <w:tcPr>
            <w:tcW w:w="5472" w:type="dxa"/>
            <w:shd w:val="clear" w:color="auto" w:fill="DBEAFE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456DF" w:rsidRPr="006D3F0C" w:rsidRDefault="00B90856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UNVAN - AD SOYAD</w:t>
            </w:r>
          </w:p>
        </w:tc>
        <w:tc>
          <w:tcPr>
            <w:tcW w:w="1728" w:type="dxa"/>
            <w:shd w:val="clear" w:color="auto" w:fill="DBEAFE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456DF" w:rsidRPr="006D3F0C" w:rsidRDefault="00B90856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DAHİLİ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Prof. Dr. F. Demet AYKAL ( DEKAN )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3701</w:t>
            </w:r>
          </w:p>
        </w:tc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Doç. Dr. M. Oğuz SİNEMİLLİOĞLU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3716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Prof. Dr. Kamuran SAMİ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3708</w:t>
            </w:r>
          </w:p>
        </w:tc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6D5A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Doç</w:t>
            </w:r>
            <w:proofErr w:type="spellEnd"/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 xml:space="preserve">. Dr. </w:t>
            </w:r>
            <w:proofErr w:type="spellStart"/>
            <w:r w:rsidR="00B90856"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Üyesi</w:t>
            </w:r>
            <w:proofErr w:type="spellEnd"/>
            <w:r w:rsidR="00B90856"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 xml:space="preserve"> Mehmet CEBE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3694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Prof. Dr. Mine BARAN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3740</w:t>
            </w:r>
          </w:p>
        </w:tc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Dr. Öğr. Üyesi İsmail Ağa GÖNÜL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3720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Prof. Dr. Neslihan DALKILIÇ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3707-3690</w:t>
            </w:r>
          </w:p>
        </w:tc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Dr. Öğr. Üyesi Hatice ÇİÇEK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3731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Prof. Dr. Ayhan BEKLEYEN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3706</w:t>
            </w:r>
          </w:p>
        </w:tc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Dr. Öğr. Üyesi Meltem ERBAŞ ÖZİL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3713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Porf. Dr. Mücahit YILDIRIM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3744</w:t>
            </w:r>
          </w:p>
        </w:tc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Dr. Öğr. Üyesi Ruşen ERGÜN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3721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Prof. Dr. D. Türkan KEJANLI ( DEKAN YARDIMCISI )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3715-3703</w:t>
            </w:r>
          </w:p>
        </w:tc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Öğrt. Gör. Aysel YILMAZ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3730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Prof. Dr. İclal ALUÇLU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3719</w:t>
            </w:r>
          </w:p>
        </w:tc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Öğrt. Gör. Nihat VURGUN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3734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Prof. Dr. F. Meral HALİFEOĞLU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3743</w:t>
            </w:r>
          </w:p>
        </w:tc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Öğrt. Gör. Mümtaz DEMİRKOL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3728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Prof. Dr. Havva ÖZYILMAZ  ( BÖLÜM BAŞKANI )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3722-3704</w:t>
            </w:r>
          </w:p>
        </w:tc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Öğrt. Gör. Celal GÖGÜL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3745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Prof. Dr. Emine EKİNCİ DAĞTEKİN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3736</w:t>
            </w:r>
          </w:p>
        </w:tc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 xml:space="preserve">Arş. </w:t>
            </w:r>
            <w:proofErr w:type="spellStart"/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Gör</w:t>
            </w:r>
            <w:proofErr w:type="spellEnd"/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.</w:t>
            </w:r>
            <w:r w:rsidR="006D5AAF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 xml:space="preserve"> Dr.</w:t>
            </w: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 xml:space="preserve"> Berfin EREN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3692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6D5A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 xml:space="preserve">Prof. </w:t>
            </w:r>
            <w:proofErr w:type="spellStart"/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Dr</w:t>
            </w:r>
            <w:proofErr w:type="spellEnd"/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 xml:space="preserve"> </w:t>
            </w:r>
            <w:r w:rsidR="00B90856"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 xml:space="preserve">Can </w:t>
            </w:r>
            <w:proofErr w:type="spellStart"/>
            <w:r w:rsidR="00B90856"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Tuncay</w:t>
            </w:r>
            <w:proofErr w:type="spellEnd"/>
            <w:r w:rsidR="00B90856"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 xml:space="preserve"> AKIN  ( DEKAN YARDIMCISI )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3727-3702</w:t>
            </w:r>
          </w:p>
        </w:tc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Arş. Gör. Kübra SUNA GİDER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3726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6D5AA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Prof. Dr</w:t>
            </w:r>
            <w:r w:rsidR="00B90856"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. Gülin PAYASLI OĞUZ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3714</w:t>
            </w:r>
          </w:p>
        </w:tc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Arş. Gör. Özge LALE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3723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Doç. Dr. Şefika ERGİN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3712</w:t>
            </w:r>
          </w:p>
        </w:tc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Arş. Gör. Hazal BOYDAK DEMİR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3691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5C55D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Doç</w:t>
            </w:r>
            <w:proofErr w:type="spellEnd"/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 xml:space="preserve">. Dr. </w:t>
            </w:r>
            <w:proofErr w:type="spellStart"/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Nursen</w:t>
            </w:r>
            <w:proofErr w:type="spellEnd"/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 xml:space="preserve"> IŞIK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5C55D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3710</w:t>
            </w:r>
            <w:bookmarkStart w:id="0" w:name="_GoBack"/>
            <w:bookmarkEnd w:id="0"/>
          </w:p>
        </w:tc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Arş. Gör. Şule ERGÜN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3724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5C55D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 xml:space="preserve">Doç. Dr. </w:t>
            </w:r>
            <w:proofErr w:type="spellStart"/>
            <w:r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Canan</w:t>
            </w:r>
            <w:proofErr w:type="spellEnd"/>
            <w:r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 xml:space="preserve"> KOÇ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5C55D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3697</w:t>
            </w:r>
          </w:p>
        </w:tc>
        <w:tc>
          <w:tcPr>
            <w:tcW w:w="5472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Arş. Gör. Eda Nur ERZURUM SONUÇ</w:t>
            </w:r>
          </w:p>
        </w:tc>
        <w:tc>
          <w:tcPr>
            <w:tcW w:w="1728" w:type="dxa"/>
            <w:shd w:val="clear" w:color="auto" w:fill="F0F9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3735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Doç. Dr. Hale DEMİR KAYAN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3711</w:t>
            </w:r>
          </w:p>
        </w:tc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Arş. Gör. Işılay GENÇ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1E3A8A"/>
                <w:sz w:val="20"/>
                <w:szCs w:val="20"/>
              </w:rPr>
              <w:t>-</w:t>
            </w:r>
          </w:p>
        </w:tc>
      </w:tr>
      <w:tr w:rsidR="001456DF">
        <w:trPr>
          <w:jc w:val="center"/>
        </w:trPr>
        <w:tc>
          <w:tcPr>
            <w:tcW w:w="7488" w:type="dxa"/>
            <w:gridSpan w:val="2"/>
            <w:shd w:val="clear" w:color="auto" w:fill="065F4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456DF" w:rsidRPr="006D3F0C" w:rsidRDefault="00B90856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Segoe UI Symbol" w:hAnsi="Segoe UI Symbol" w:cs="Segoe UI Symbol"/>
                <w:b/>
                <w:color w:val="FFFFFF"/>
                <w:sz w:val="20"/>
                <w:szCs w:val="20"/>
              </w:rPr>
              <w:t>📋</w:t>
            </w:r>
            <w:r w:rsidRPr="006D3F0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İDARİ PERSONEL VE BİRİMLER</w:t>
            </w:r>
          </w:p>
        </w:tc>
        <w:tc>
          <w:tcPr>
            <w:tcW w:w="7488" w:type="dxa"/>
            <w:gridSpan w:val="2"/>
            <w:shd w:val="clear" w:color="auto" w:fill="065F46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456DF" w:rsidRPr="006D3F0C" w:rsidRDefault="00B90856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Segoe UI Symbol" w:hAnsi="Segoe UI Symbol" w:cs="Segoe UI Symbol"/>
                <w:b/>
                <w:color w:val="FFFFFF"/>
                <w:sz w:val="20"/>
                <w:szCs w:val="20"/>
              </w:rPr>
              <w:t>📋</w:t>
            </w:r>
            <w:r w:rsidRPr="006D3F0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 xml:space="preserve"> İDARİ PERSONEL VE BİRİMLER (DEVAM)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D1FAE5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456DF" w:rsidRPr="006D3F0C" w:rsidRDefault="00B90856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AD SOYAD</w:t>
            </w:r>
            <w:r w:rsidR="006D5AAF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-</w:t>
            </w:r>
            <w:r w:rsidR="006D5AAF"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 xml:space="preserve"> </w:t>
            </w:r>
            <w:r w:rsidR="006D5AAF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 xml:space="preserve">UNVAN </w:t>
            </w:r>
          </w:p>
        </w:tc>
        <w:tc>
          <w:tcPr>
            <w:tcW w:w="1728" w:type="dxa"/>
            <w:shd w:val="clear" w:color="auto" w:fill="D1FAE5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456DF" w:rsidRPr="006D3F0C" w:rsidRDefault="00B90856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DAHİLİ</w:t>
            </w:r>
          </w:p>
        </w:tc>
        <w:tc>
          <w:tcPr>
            <w:tcW w:w="5472" w:type="dxa"/>
            <w:shd w:val="clear" w:color="auto" w:fill="D1FAE5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456DF" w:rsidRPr="006D3F0C" w:rsidRDefault="006D5AA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AD SOYAD</w:t>
            </w:r>
            <w:r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-</w:t>
            </w: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UNVAN</w:t>
            </w:r>
          </w:p>
        </w:tc>
        <w:tc>
          <w:tcPr>
            <w:tcW w:w="1728" w:type="dxa"/>
            <w:shd w:val="clear" w:color="auto" w:fill="D1FAE5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1456DF" w:rsidRPr="006D3F0C" w:rsidRDefault="00B90856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DAHİLİ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Aydın BULUT ( FAKÜLTE SEKRETERİ )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3705</w:t>
            </w:r>
          </w:p>
        </w:tc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Adnan LALE (TEKNİK ELEMAN )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3739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Emine KARADENİZ ( ŞEF-YAZI İŞLERİ )</w:t>
            </w:r>
          </w:p>
        </w:tc>
        <w:tc>
          <w:tcPr>
            <w:tcW w:w="1728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3748</w:t>
            </w:r>
          </w:p>
        </w:tc>
        <w:tc>
          <w:tcPr>
            <w:tcW w:w="5472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Abdulmutalip ARPA ( STAJ SİGORTA )</w:t>
            </w:r>
          </w:p>
        </w:tc>
        <w:tc>
          <w:tcPr>
            <w:tcW w:w="1728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3742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Alev DUYMAZ  ( ŞEF-YAZI İŞLERİ )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3725</w:t>
            </w:r>
          </w:p>
        </w:tc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İlhan KAYA ( KÜTÜPHANE SORUMLUSU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3709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Serdar ACAR ( ÖZEL KALEM )</w:t>
            </w:r>
          </w:p>
        </w:tc>
        <w:tc>
          <w:tcPr>
            <w:tcW w:w="1728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3700</w:t>
            </w:r>
          </w:p>
        </w:tc>
        <w:tc>
          <w:tcPr>
            <w:tcW w:w="5472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GÜVENLİK</w:t>
            </w:r>
          </w:p>
        </w:tc>
        <w:tc>
          <w:tcPr>
            <w:tcW w:w="1728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3749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Orhan ŞAHİN ( BÖLÜM SEKRETERİ )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3741</w:t>
            </w:r>
          </w:p>
        </w:tc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LİSANS ÖĞRENCİ İŞLERİ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8751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M. Hakan MÜFTÜOĞLU ( FOTOKOPİ VE EVRAK KAYIT )</w:t>
            </w:r>
          </w:p>
        </w:tc>
        <w:tc>
          <w:tcPr>
            <w:tcW w:w="1728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3718</w:t>
            </w:r>
          </w:p>
        </w:tc>
        <w:tc>
          <w:tcPr>
            <w:tcW w:w="5472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LİSANSÜSTÜ ÖĞRENCİ İŞLERİ</w:t>
            </w:r>
          </w:p>
        </w:tc>
        <w:tc>
          <w:tcPr>
            <w:tcW w:w="1728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8763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Yılmaz ERASLAN ( PERSONEL İŞLERİ )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3738</w:t>
            </w:r>
          </w:p>
        </w:tc>
        <w:tc>
          <w:tcPr>
            <w:tcW w:w="5472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MÜHENDİSLİK KANTN</w:t>
            </w:r>
          </w:p>
        </w:tc>
        <w:tc>
          <w:tcPr>
            <w:tcW w:w="1728" w:type="dxa"/>
            <w:shd w:val="clear" w:color="auto" w:fill="FFFFFF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3635</w:t>
            </w:r>
          </w:p>
        </w:tc>
      </w:tr>
      <w:tr w:rsidR="001456DF">
        <w:trPr>
          <w:jc w:val="center"/>
        </w:trPr>
        <w:tc>
          <w:tcPr>
            <w:tcW w:w="5472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color w:val="1E293B"/>
                <w:sz w:val="20"/>
                <w:szCs w:val="20"/>
              </w:rPr>
              <w:t>Mehmet Nur AKYILDIZ ( İÇ HİZMT ŞEFİ, SATIN ALMA</w:t>
            </w:r>
          </w:p>
        </w:tc>
        <w:tc>
          <w:tcPr>
            <w:tcW w:w="1728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B908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3F0C">
              <w:rPr>
                <w:rFonts w:ascii="Times New Roman" w:hAnsi="Times New Roman" w:cs="Times New Roman"/>
                <w:b/>
                <w:color w:val="065F46"/>
                <w:sz w:val="20"/>
                <w:szCs w:val="20"/>
              </w:rPr>
              <w:t>3746</w:t>
            </w:r>
          </w:p>
        </w:tc>
        <w:tc>
          <w:tcPr>
            <w:tcW w:w="5472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1456D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  <w:shd w:val="clear" w:color="auto" w:fill="ECFDF5"/>
            <w:tcMar>
              <w:top w:w="15" w:type="dxa"/>
              <w:left w:w="50" w:type="dxa"/>
              <w:bottom w:w="15" w:type="dxa"/>
              <w:right w:w="50" w:type="dxa"/>
            </w:tcMar>
          </w:tcPr>
          <w:p w:rsidR="001456DF" w:rsidRPr="006D3F0C" w:rsidRDefault="001456D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90856" w:rsidRDefault="00B90856"/>
    <w:sectPr w:rsidR="00B90856" w:rsidSect="00034616">
      <w:pgSz w:w="15840" w:h="12240" w:orient="landscape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456DF"/>
    <w:rsid w:val="0015074B"/>
    <w:rsid w:val="00226658"/>
    <w:rsid w:val="0029639D"/>
    <w:rsid w:val="00326F90"/>
    <w:rsid w:val="00542703"/>
    <w:rsid w:val="005C55DF"/>
    <w:rsid w:val="006D3F0C"/>
    <w:rsid w:val="006D5AAF"/>
    <w:rsid w:val="00AA1D8D"/>
    <w:rsid w:val="00B47730"/>
    <w:rsid w:val="00B9085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F2DD8"/>
  <w14:defaultImageDpi w14:val="300"/>
  <w15:docId w15:val="{45CBC23D-1C6F-43FD-9B33-89A610D7D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480103-4D8D-43A0-BA63-70A50DA16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Orhan Şahin</cp:lastModifiedBy>
  <cp:revision>3</cp:revision>
  <dcterms:created xsi:type="dcterms:W3CDTF">2026-10-20T12:59:00Z</dcterms:created>
  <dcterms:modified xsi:type="dcterms:W3CDTF">2026-10-21T05:35:00Z</dcterms:modified>
  <cp:category/>
</cp:coreProperties>
</file>