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74CAB630" w14:textId="3794D64B" w:rsidR="00193C48" w:rsidRPr="00804B9B" w:rsidRDefault="001A20AF" w:rsidP="00804B9B">
      <w:pPr>
        <w:spacing w:after="120"/>
        <w:rPr>
          <w:rFonts w:ascii="Times New Roman" w:hAnsi="Times New Roman" w:cs="Times New Roman"/>
          <w:b/>
          <w:bCs/>
          <w:sz w:val="22"/>
        </w:rPr>
      </w:pPr>
      <w:r w:rsidRPr="00804B9B">
        <w:rPr>
          <w:rFonts w:ascii="Times New Roman" w:hAnsi="Times New Roman" w:cs="Times New Roman"/>
          <w:b/>
          <w:bCs/>
          <w:sz w:val="22"/>
        </w:rPr>
        <w:drawing>
          <wp:anchor distT="0" distB="0" distL="114300" distR="114300" simplePos="0" relativeHeight="251659264" behindDoc="0" locked="0" layoutInCell="1" allowOverlap="1" wp14:anchorId="63EDC679" wp14:editId="0120936D">
            <wp:simplePos x="0" y="0"/>
            <wp:positionH relativeFrom="column">
              <wp:posOffset>5018496</wp:posOffset>
            </wp:positionH>
            <wp:positionV relativeFrom="paragraph">
              <wp:posOffset>0</wp:posOffset>
            </wp:positionV>
            <wp:extent cx="985520" cy="967740"/>
            <wp:effectExtent l="0" t="0" r="0" b="0"/>
            <wp:wrapSquare wrapText="bothSides"/>
            <wp:docPr id="523335652" name="Resi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3335652" name="Resim 1"/>
                    <pic:cNvPicPr>
                      <a:picLocks noChangeAspect="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985520" cy="967740"/>
                    </a:xfrm>
                    <a:prstGeom prst="rect">
                      <a:avLst/>
                    </a:prstGeom>
                    <a:noFill/>
                    <a:ln>
                      <a:noFill/>
                    </a:ln>
                  </pic:spPr>
                </pic:pic>
              </a:graphicData>
            </a:graphic>
            <wp14:sizeRelH relativeFrom="page">
              <wp14:pctWidth>0</wp14:pctWidth>
            </wp14:sizeRelH>
            <wp14:sizeRelV relativeFrom="page">
              <wp14:pctHeight>0</wp14:pctHeight>
            </wp14:sizeRelV>
          </wp:anchor>
        </w:drawing>
      </w:r>
      <w:r w:rsidR="00547774" w:rsidRPr="00804B9B">
        <w:rPr>
          <w:rFonts w:ascii="Times New Roman" w:hAnsi="Times New Roman" w:cs="Times New Roman"/>
          <w:b/>
          <w:bCs/>
          <w:sz w:val="22"/>
        </w:rPr>
        <w:t>Dicle Üniversitesi – Mimarlık Bölümü</w:t>
      </w:r>
    </w:p>
    <w:p w14:paraId="1FBC4501" w14:textId="73CC178E" w:rsidR="00193C48" w:rsidRPr="005E53B6" w:rsidRDefault="00000000" w:rsidP="00804B9B">
      <w:pPr>
        <w:spacing w:after="120"/>
        <w:rPr>
          <w:rFonts w:ascii="Times New Roman" w:hAnsi="Times New Roman" w:cs="Times New Roman"/>
          <w:b/>
          <w:bCs/>
          <w:sz w:val="32"/>
          <w:szCs w:val="32"/>
        </w:rPr>
      </w:pPr>
      <w:r w:rsidRPr="005E53B6">
        <w:rPr>
          <w:rFonts w:ascii="Times New Roman" w:hAnsi="Times New Roman" w:cs="Times New Roman"/>
          <w:b/>
          <w:bCs/>
          <w:sz w:val="32"/>
          <w:szCs w:val="32"/>
        </w:rPr>
        <w:t>M</w:t>
      </w:r>
      <w:r w:rsidR="00330C7D" w:rsidRPr="005E53B6">
        <w:rPr>
          <w:rFonts w:ascii="Times New Roman" w:hAnsi="Times New Roman" w:cs="Times New Roman"/>
          <w:b/>
          <w:bCs/>
          <w:sz w:val="32"/>
          <w:szCs w:val="32"/>
        </w:rPr>
        <w:t>B</w:t>
      </w:r>
      <w:r w:rsidRPr="005E53B6">
        <w:rPr>
          <w:rFonts w:ascii="Times New Roman" w:hAnsi="Times New Roman" w:cs="Times New Roman"/>
          <w:b/>
          <w:bCs/>
          <w:sz w:val="32"/>
          <w:szCs w:val="32"/>
        </w:rPr>
        <w:t xml:space="preserve"> </w:t>
      </w:r>
      <w:r w:rsidR="00330C7D" w:rsidRPr="005E53B6">
        <w:rPr>
          <w:rFonts w:ascii="Times New Roman" w:hAnsi="Times New Roman" w:cs="Times New Roman"/>
          <w:b/>
          <w:bCs/>
          <w:sz w:val="32"/>
          <w:szCs w:val="32"/>
        </w:rPr>
        <w:t>1</w:t>
      </w:r>
      <w:r w:rsidR="00547774" w:rsidRPr="005E53B6">
        <w:rPr>
          <w:rFonts w:ascii="Times New Roman" w:hAnsi="Times New Roman" w:cs="Times New Roman"/>
          <w:b/>
          <w:bCs/>
          <w:sz w:val="32"/>
          <w:szCs w:val="32"/>
        </w:rPr>
        <w:t>0</w:t>
      </w:r>
      <w:r w:rsidR="00BC7B41" w:rsidRPr="005E53B6">
        <w:rPr>
          <w:rFonts w:ascii="Times New Roman" w:hAnsi="Times New Roman" w:cs="Times New Roman"/>
          <w:b/>
          <w:bCs/>
          <w:sz w:val="32"/>
          <w:szCs w:val="32"/>
        </w:rPr>
        <w:t>2</w:t>
      </w:r>
      <w:r w:rsidRPr="005E53B6">
        <w:rPr>
          <w:rFonts w:ascii="Times New Roman" w:hAnsi="Times New Roman" w:cs="Times New Roman"/>
          <w:b/>
          <w:bCs/>
          <w:sz w:val="32"/>
          <w:szCs w:val="32"/>
        </w:rPr>
        <w:t xml:space="preserve"> - Mimari Proje </w:t>
      </w:r>
      <w:r w:rsidR="00547774" w:rsidRPr="005E53B6">
        <w:rPr>
          <w:rFonts w:ascii="Times New Roman" w:hAnsi="Times New Roman" w:cs="Times New Roman"/>
          <w:b/>
          <w:bCs/>
          <w:sz w:val="32"/>
          <w:szCs w:val="32"/>
        </w:rPr>
        <w:t>I</w:t>
      </w:r>
      <w:r w:rsidR="00BC7B41" w:rsidRPr="005E53B6">
        <w:rPr>
          <w:rFonts w:ascii="Times New Roman" w:hAnsi="Times New Roman" w:cs="Times New Roman"/>
          <w:b/>
          <w:bCs/>
          <w:sz w:val="32"/>
          <w:szCs w:val="32"/>
        </w:rPr>
        <w:t>I</w:t>
      </w:r>
    </w:p>
    <w:p w14:paraId="14AFEAB1" w14:textId="325C2EB6" w:rsidR="00193C48" w:rsidRPr="00804B9B" w:rsidRDefault="00000000" w:rsidP="00804B9B">
      <w:pPr>
        <w:spacing w:after="120"/>
        <w:rPr>
          <w:rFonts w:ascii="Times New Roman" w:hAnsi="Times New Roman" w:cs="Times New Roman"/>
          <w:b/>
          <w:bCs/>
          <w:sz w:val="22"/>
        </w:rPr>
      </w:pPr>
      <w:r w:rsidRPr="00804B9B">
        <w:rPr>
          <w:rFonts w:ascii="Times New Roman" w:hAnsi="Times New Roman" w:cs="Times New Roman"/>
          <w:b/>
          <w:bCs/>
          <w:sz w:val="22"/>
        </w:rPr>
        <w:t>Ders Programı | 202</w:t>
      </w:r>
      <w:r w:rsidR="00547774" w:rsidRPr="00804B9B">
        <w:rPr>
          <w:rFonts w:ascii="Times New Roman" w:hAnsi="Times New Roman" w:cs="Times New Roman"/>
          <w:b/>
          <w:bCs/>
          <w:sz w:val="22"/>
        </w:rPr>
        <w:t>6</w:t>
      </w:r>
      <w:r w:rsidRPr="00804B9B">
        <w:rPr>
          <w:rFonts w:ascii="Times New Roman" w:hAnsi="Times New Roman" w:cs="Times New Roman"/>
          <w:b/>
          <w:bCs/>
          <w:sz w:val="22"/>
        </w:rPr>
        <w:t>-202</w:t>
      </w:r>
      <w:r w:rsidR="00547774" w:rsidRPr="00804B9B">
        <w:rPr>
          <w:rFonts w:ascii="Times New Roman" w:hAnsi="Times New Roman" w:cs="Times New Roman"/>
          <w:b/>
          <w:bCs/>
          <w:sz w:val="22"/>
        </w:rPr>
        <w:t>7</w:t>
      </w:r>
      <w:r w:rsidRPr="00804B9B">
        <w:rPr>
          <w:rFonts w:ascii="Times New Roman" w:hAnsi="Times New Roman" w:cs="Times New Roman"/>
          <w:b/>
          <w:bCs/>
          <w:sz w:val="22"/>
        </w:rPr>
        <w:t xml:space="preserve"> </w:t>
      </w:r>
      <w:r w:rsidR="00547774" w:rsidRPr="00804B9B">
        <w:rPr>
          <w:rFonts w:ascii="Times New Roman" w:hAnsi="Times New Roman" w:cs="Times New Roman"/>
          <w:b/>
          <w:bCs/>
          <w:sz w:val="22"/>
        </w:rPr>
        <w:t>Güz</w:t>
      </w:r>
      <w:r w:rsidRPr="00804B9B">
        <w:rPr>
          <w:rFonts w:ascii="Times New Roman" w:hAnsi="Times New Roman" w:cs="Times New Roman"/>
          <w:b/>
          <w:bCs/>
          <w:sz w:val="22"/>
        </w:rPr>
        <w:t xml:space="preserve"> Yarıyılı</w:t>
      </w:r>
    </w:p>
    <w:tbl>
      <w:tblPr>
        <w:tblW w:w="9410" w:type="dxa"/>
        <w:jc w:val="center"/>
        <w:tblLayout w:type="fixed"/>
        <w:tblLook w:val="04A0" w:firstRow="1" w:lastRow="0" w:firstColumn="1" w:lastColumn="0" w:noHBand="0" w:noVBand="1"/>
      </w:tblPr>
      <w:tblGrid>
        <w:gridCol w:w="4421"/>
        <w:gridCol w:w="4989"/>
      </w:tblGrid>
      <w:tr w:rsidR="00193C48" w:rsidRPr="00776D87" w14:paraId="760FA350" w14:textId="77777777" w:rsidTr="00F82E1D">
        <w:trPr>
          <w:jc w:val="center"/>
        </w:trPr>
        <w:tc>
          <w:tcPr>
            <w:tcW w:w="4421" w:type="dxa"/>
            <w:tcBorders>
              <w:top w:val="nil"/>
              <w:left w:val="nil"/>
              <w:bottom w:val="nil"/>
              <w:right w:val="nil"/>
            </w:tcBorders>
            <w:tcMar>
              <w:top w:w="0" w:type="dxa"/>
              <w:left w:w="0" w:type="dxa"/>
              <w:bottom w:w="0" w:type="dxa"/>
              <w:right w:w="0" w:type="dxa"/>
            </w:tcMar>
          </w:tcPr>
          <w:p w14:paraId="3BCB4C09" w14:textId="77777777" w:rsidR="00193C48" w:rsidRPr="00776D87" w:rsidRDefault="00193C48" w:rsidP="00804B9B">
            <w:pPr>
              <w:spacing w:after="120"/>
              <w:rPr>
                <w:rFonts w:ascii="Times New Roman" w:hAnsi="Times New Roman" w:cs="Times New Roman"/>
                <w:sz w:val="20"/>
                <w:szCs w:val="20"/>
              </w:rPr>
            </w:pPr>
          </w:p>
          <w:tbl>
            <w:tblPr>
              <w:tblW w:w="0" w:type="auto"/>
              <w:tblLayout w:type="fixed"/>
              <w:tblLook w:val="04A0" w:firstRow="1" w:lastRow="0" w:firstColumn="1" w:lastColumn="0" w:noHBand="0" w:noVBand="1"/>
            </w:tblPr>
            <w:tblGrid>
              <w:gridCol w:w="4989"/>
            </w:tblGrid>
            <w:tr w:rsidR="00193C48" w:rsidRPr="00776D87" w14:paraId="49B12965" w14:textId="77777777">
              <w:tc>
                <w:tcPr>
                  <w:tcW w:w="4989" w:type="dxa"/>
                  <w:tcMar>
                    <w:top w:w="35" w:type="dxa"/>
                    <w:left w:w="70" w:type="dxa"/>
                    <w:bottom w:w="35" w:type="dxa"/>
                    <w:right w:w="70" w:type="dxa"/>
                  </w:tcMar>
                  <w:vAlign w:val="center"/>
                </w:tcPr>
                <w:p w14:paraId="0130D6E8" w14:textId="5B67EDD1" w:rsidR="00193C48" w:rsidRPr="00776D87" w:rsidRDefault="00000000" w:rsidP="00804B9B">
                  <w:pPr>
                    <w:spacing w:after="120"/>
                    <w:rPr>
                      <w:rFonts w:ascii="Times New Roman" w:hAnsi="Times New Roman" w:cs="Times New Roman"/>
                      <w:sz w:val="20"/>
                      <w:szCs w:val="20"/>
                    </w:rPr>
                  </w:pPr>
                  <w:r w:rsidRPr="00776D87">
                    <w:rPr>
                      <w:rFonts w:ascii="Times New Roman" w:hAnsi="Times New Roman" w:cs="Times New Roman"/>
                      <w:sz w:val="20"/>
                      <w:szCs w:val="20"/>
                    </w:rPr>
                    <w:t xml:space="preserve">Dersin Günü ve Saati: </w:t>
                  </w:r>
                  <w:r w:rsidR="00BC7B41" w:rsidRPr="00776D87">
                    <w:rPr>
                      <w:rFonts w:ascii="Times New Roman" w:hAnsi="Times New Roman" w:cs="Times New Roman"/>
                      <w:sz w:val="20"/>
                      <w:szCs w:val="20"/>
                    </w:rPr>
                    <w:t>Salı</w:t>
                  </w:r>
                  <w:r w:rsidRPr="00776D87">
                    <w:rPr>
                      <w:rFonts w:ascii="Times New Roman" w:hAnsi="Times New Roman" w:cs="Times New Roman"/>
                      <w:sz w:val="20"/>
                      <w:szCs w:val="20"/>
                    </w:rPr>
                    <w:t xml:space="preserve"> </w:t>
                  </w:r>
                  <w:r w:rsidR="00547774" w:rsidRPr="00776D87">
                    <w:rPr>
                      <w:rFonts w:ascii="Times New Roman" w:hAnsi="Times New Roman" w:cs="Times New Roman"/>
                      <w:sz w:val="20"/>
                      <w:szCs w:val="20"/>
                    </w:rPr>
                    <w:t>08</w:t>
                  </w:r>
                  <w:r w:rsidRPr="00776D87">
                    <w:rPr>
                      <w:rFonts w:ascii="Times New Roman" w:hAnsi="Times New Roman" w:cs="Times New Roman"/>
                      <w:sz w:val="20"/>
                      <w:szCs w:val="20"/>
                    </w:rPr>
                    <w:t>.</w:t>
                  </w:r>
                  <w:r w:rsidR="00330C7D" w:rsidRPr="00776D87">
                    <w:rPr>
                      <w:rFonts w:ascii="Times New Roman" w:hAnsi="Times New Roman" w:cs="Times New Roman"/>
                      <w:sz w:val="20"/>
                      <w:szCs w:val="20"/>
                    </w:rPr>
                    <w:t>0</w:t>
                  </w:r>
                  <w:r w:rsidRPr="00776D87">
                    <w:rPr>
                      <w:rFonts w:ascii="Times New Roman" w:hAnsi="Times New Roman" w:cs="Times New Roman"/>
                      <w:sz w:val="20"/>
                      <w:szCs w:val="20"/>
                    </w:rPr>
                    <w:t>0-</w:t>
                  </w:r>
                  <w:r w:rsidR="00547774" w:rsidRPr="00776D87">
                    <w:rPr>
                      <w:rFonts w:ascii="Times New Roman" w:hAnsi="Times New Roman" w:cs="Times New Roman"/>
                      <w:sz w:val="20"/>
                      <w:szCs w:val="20"/>
                    </w:rPr>
                    <w:t>16-50</w:t>
                  </w:r>
                </w:p>
              </w:tc>
            </w:tr>
            <w:tr w:rsidR="00193C48" w:rsidRPr="00776D87" w14:paraId="5903C7B3" w14:textId="77777777">
              <w:tc>
                <w:tcPr>
                  <w:tcW w:w="4989" w:type="dxa"/>
                  <w:tcMar>
                    <w:top w:w="35" w:type="dxa"/>
                    <w:left w:w="70" w:type="dxa"/>
                    <w:bottom w:w="35" w:type="dxa"/>
                    <w:right w:w="70" w:type="dxa"/>
                  </w:tcMar>
                  <w:vAlign w:val="center"/>
                </w:tcPr>
                <w:p w14:paraId="2C8DDA7D" w14:textId="504E5E5A" w:rsidR="00193C48" w:rsidRPr="00776D87" w:rsidRDefault="00000000" w:rsidP="00804B9B">
                  <w:pPr>
                    <w:spacing w:after="120"/>
                    <w:rPr>
                      <w:rFonts w:ascii="Times New Roman" w:hAnsi="Times New Roman" w:cs="Times New Roman"/>
                      <w:sz w:val="20"/>
                      <w:szCs w:val="20"/>
                    </w:rPr>
                  </w:pPr>
                  <w:r w:rsidRPr="00776D87">
                    <w:rPr>
                      <w:rFonts w:ascii="Times New Roman" w:hAnsi="Times New Roman" w:cs="Times New Roman"/>
                      <w:sz w:val="20"/>
                      <w:szCs w:val="20"/>
                    </w:rPr>
                    <w:t xml:space="preserve">Derslik: </w:t>
                  </w:r>
                  <w:r w:rsidR="000E1DDB" w:rsidRPr="00776D87">
                    <w:rPr>
                      <w:rFonts w:ascii="Times New Roman" w:hAnsi="Times New Roman" w:cs="Times New Roman"/>
                      <w:sz w:val="20"/>
                      <w:szCs w:val="20"/>
                    </w:rPr>
                    <w:t>ED-B-8</w:t>
                  </w:r>
                </w:p>
              </w:tc>
            </w:tr>
            <w:tr w:rsidR="00193C48" w:rsidRPr="00776D87" w14:paraId="024CB979" w14:textId="77777777">
              <w:tc>
                <w:tcPr>
                  <w:tcW w:w="4989" w:type="dxa"/>
                  <w:tcMar>
                    <w:top w:w="35" w:type="dxa"/>
                    <w:left w:w="70" w:type="dxa"/>
                    <w:bottom w:w="35" w:type="dxa"/>
                    <w:right w:w="70" w:type="dxa"/>
                  </w:tcMar>
                  <w:vAlign w:val="center"/>
                </w:tcPr>
                <w:p w14:paraId="0110F326" w14:textId="09B71DA6" w:rsidR="00193C48" w:rsidRPr="00776D87" w:rsidRDefault="00000000" w:rsidP="00804B9B">
                  <w:pPr>
                    <w:spacing w:after="120"/>
                    <w:rPr>
                      <w:rFonts w:ascii="Times New Roman" w:hAnsi="Times New Roman" w:cs="Times New Roman"/>
                      <w:sz w:val="20"/>
                      <w:szCs w:val="20"/>
                    </w:rPr>
                  </w:pPr>
                  <w:r w:rsidRPr="00776D87">
                    <w:rPr>
                      <w:rFonts w:ascii="Times New Roman" w:hAnsi="Times New Roman" w:cs="Times New Roman"/>
                      <w:sz w:val="20"/>
                      <w:szCs w:val="20"/>
                    </w:rPr>
                    <w:t xml:space="preserve">Dersin Kredisi: </w:t>
                  </w:r>
                  <w:r w:rsidR="00547774" w:rsidRPr="00776D87">
                    <w:rPr>
                      <w:rFonts w:ascii="Times New Roman" w:hAnsi="Times New Roman" w:cs="Times New Roman"/>
                      <w:sz w:val="20"/>
                      <w:szCs w:val="20"/>
                    </w:rPr>
                    <w:t>6</w:t>
                  </w:r>
                  <w:r w:rsidRPr="00776D87">
                    <w:rPr>
                      <w:rFonts w:ascii="Times New Roman" w:hAnsi="Times New Roman" w:cs="Times New Roman"/>
                      <w:sz w:val="20"/>
                      <w:szCs w:val="20"/>
                    </w:rPr>
                    <w:t xml:space="preserve"> (AKTS </w:t>
                  </w:r>
                  <w:r w:rsidR="00547774" w:rsidRPr="00776D87">
                    <w:rPr>
                      <w:rFonts w:ascii="Times New Roman" w:hAnsi="Times New Roman" w:cs="Times New Roman"/>
                      <w:sz w:val="20"/>
                      <w:szCs w:val="20"/>
                    </w:rPr>
                    <w:t>12</w:t>
                  </w:r>
                  <w:r w:rsidRPr="00776D87">
                    <w:rPr>
                      <w:rFonts w:ascii="Times New Roman" w:hAnsi="Times New Roman" w:cs="Times New Roman"/>
                      <w:sz w:val="20"/>
                      <w:szCs w:val="20"/>
                    </w:rPr>
                    <w:t>)</w:t>
                  </w:r>
                </w:p>
              </w:tc>
            </w:tr>
            <w:tr w:rsidR="00193C48" w:rsidRPr="00776D87" w14:paraId="0159D1AA" w14:textId="77777777">
              <w:tc>
                <w:tcPr>
                  <w:tcW w:w="4989" w:type="dxa"/>
                  <w:tcMar>
                    <w:top w:w="35" w:type="dxa"/>
                    <w:left w:w="70" w:type="dxa"/>
                    <w:bottom w:w="35" w:type="dxa"/>
                    <w:right w:w="70" w:type="dxa"/>
                  </w:tcMar>
                  <w:vAlign w:val="center"/>
                </w:tcPr>
                <w:p w14:paraId="54740111" w14:textId="5A0D61AB" w:rsidR="00193C48" w:rsidRPr="00776D87" w:rsidRDefault="00193C48" w:rsidP="00804B9B">
                  <w:pPr>
                    <w:spacing w:after="120"/>
                    <w:rPr>
                      <w:rFonts w:ascii="Times New Roman" w:hAnsi="Times New Roman" w:cs="Times New Roman"/>
                      <w:sz w:val="20"/>
                      <w:szCs w:val="20"/>
                    </w:rPr>
                  </w:pPr>
                </w:p>
              </w:tc>
            </w:tr>
          </w:tbl>
          <w:p w14:paraId="6DCD21E0" w14:textId="77777777" w:rsidR="00193C48" w:rsidRPr="00776D87" w:rsidRDefault="00193C48" w:rsidP="00804B9B">
            <w:pPr>
              <w:spacing w:after="120"/>
              <w:rPr>
                <w:rFonts w:ascii="Times New Roman" w:hAnsi="Times New Roman" w:cs="Times New Roman"/>
                <w:sz w:val="20"/>
                <w:szCs w:val="20"/>
              </w:rPr>
            </w:pPr>
          </w:p>
        </w:tc>
        <w:tc>
          <w:tcPr>
            <w:tcW w:w="4989" w:type="dxa"/>
            <w:tcBorders>
              <w:top w:val="nil"/>
              <w:left w:val="nil"/>
              <w:bottom w:val="nil"/>
              <w:right w:val="nil"/>
            </w:tcBorders>
            <w:tcMar>
              <w:top w:w="0" w:type="dxa"/>
              <w:left w:w="0" w:type="dxa"/>
              <w:bottom w:w="0" w:type="dxa"/>
              <w:right w:w="0" w:type="dxa"/>
            </w:tcMar>
          </w:tcPr>
          <w:p w14:paraId="71997447" w14:textId="77777777" w:rsidR="00193C48" w:rsidRPr="00776D87" w:rsidRDefault="00193C48" w:rsidP="00804B9B">
            <w:pPr>
              <w:spacing w:after="120"/>
              <w:rPr>
                <w:rFonts w:ascii="Times New Roman" w:hAnsi="Times New Roman" w:cs="Times New Roman"/>
                <w:sz w:val="20"/>
                <w:szCs w:val="20"/>
              </w:rPr>
            </w:pPr>
          </w:p>
          <w:tbl>
            <w:tblPr>
              <w:tblW w:w="0" w:type="auto"/>
              <w:tblLayout w:type="fixed"/>
              <w:tblLook w:val="04A0" w:firstRow="1" w:lastRow="0" w:firstColumn="1" w:lastColumn="0" w:noHBand="0" w:noVBand="1"/>
            </w:tblPr>
            <w:tblGrid>
              <w:gridCol w:w="4989"/>
            </w:tblGrid>
            <w:tr w:rsidR="00193C48" w:rsidRPr="00776D87" w14:paraId="79443F9C" w14:textId="77777777">
              <w:tc>
                <w:tcPr>
                  <w:tcW w:w="4989" w:type="dxa"/>
                  <w:tcMar>
                    <w:top w:w="35" w:type="dxa"/>
                    <w:left w:w="70" w:type="dxa"/>
                    <w:bottom w:w="35" w:type="dxa"/>
                    <w:right w:w="70" w:type="dxa"/>
                  </w:tcMar>
                  <w:vAlign w:val="center"/>
                </w:tcPr>
                <w:p w14:paraId="270EAE5F" w14:textId="04B72A1F" w:rsidR="00193C48" w:rsidRPr="00776D87" w:rsidRDefault="000E1DDB" w:rsidP="00804B9B">
                  <w:pPr>
                    <w:spacing w:after="120"/>
                    <w:rPr>
                      <w:rFonts w:ascii="Times New Roman" w:hAnsi="Times New Roman" w:cs="Times New Roman"/>
                      <w:sz w:val="20"/>
                      <w:szCs w:val="20"/>
                    </w:rPr>
                  </w:pPr>
                  <w:r w:rsidRPr="00776D87">
                    <w:rPr>
                      <w:rFonts w:ascii="Times New Roman" w:hAnsi="Times New Roman" w:cs="Times New Roman"/>
                      <w:sz w:val="20"/>
                      <w:szCs w:val="20"/>
                    </w:rPr>
                    <w:t xml:space="preserve">Ders Koordinatörü: </w:t>
                  </w:r>
                  <w:r w:rsidR="00BC7B41" w:rsidRPr="00776D87">
                    <w:rPr>
                      <w:rFonts w:ascii="Times New Roman" w:hAnsi="Times New Roman" w:cs="Times New Roman"/>
                      <w:w w:val="80"/>
                      <w:sz w:val="20"/>
                      <w:szCs w:val="20"/>
                    </w:rPr>
                    <w:t>Dr. Öğr. Üyesi Meltem ERBAŞ ÖZİL</w:t>
                  </w:r>
                </w:p>
              </w:tc>
            </w:tr>
            <w:tr w:rsidR="00193C48" w:rsidRPr="00776D87" w14:paraId="7736A01F" w14:textId="77777777">
              <w:tc>
                <w:tcPr>
                  <w:tcW w:w="4989" w:type="dxa"/>
                  <w:tcMar>
                    <w:top w:w="35" w:type="dxa"/>
                    <w:left w:w="70" w:type="dxa"/>
                    <w:bottom w:w="35" w:type="dxa"/>
                    <w:right w:w="70" w:type="dxa"/>
                  </w:tcMar>
                  <w:vAlign w:val="center"/>
                </w:tcPr>
                <w:p w14:paraId="4A49405A" w14:textId="58462383" w:rsidR="00193C48" w:rsidRPr="00776D87" w:rsidRDefault="00000000" w:rsidP="00804B9B">
                  <w:pPr>
                    <w:spacing w:after="120"/>
                    <w:rPr>
                      <w:rFonts w:ascii="Times New Roman" w:hAnsi="Times New Roman" w:cs="Times New Roman"/>
                      <w:sz w:val="20"/>
                      <w:szCs w:val="20"/>
                    </w:rPr>
                  </w:pPr>
                  <w:r w:rsidRPr="00776D87">
                    <w:rPr>
                      <w:rFonts w:ascii="Times New Roman" w:hAnsi="Times New Roman" w:cs="Times New Roman"/>
                      <w:sz w:val="20"/>
                      <w:szCs w:val="20"/>
                    </w:rPr>
                    <w:t xml:space="preserve">e-posta: </w:t>
                  </w:r>
                  <w:r w:rsidR="00BC7B41" w:rsidRPr="00776D87">
                    <w:rPr>
                      <w:rFonts w:ascii="Times New Roman" w:hAnsi="Times New Roman" w:cs="Times New Roman"/>
                      <w:sz w:val="20"/>
                      <w:szCs w:val="20"/>
                    </w:rPr>
                    <w:t>meltemerbas@gmail.com</w:t>
                  </w:r>
                </w:p>
              </w:tc>
            </w:tr>
            <w:tr w:rsidR="00193C48" w:rsidRPr="00776D87" w14:paraId="5D3FD598" w14:textId="77777777">
              <w:tc>
                <w:tcPr>
                  <w:tcW w:w="4989" w:type="dxa"/>
                  <w:tcMar>
                    <w:top w:w="35" w:type="dxa"/>
                    <w:left w:w="70" w:type="dxa"/>
                    <w:bottom w:w="35" w:type="dxa"/>
                    <w:right w:w="70" w:type="dxa"/>
                  </w:tcMar>
                  <w:vAlign w:val="center"/>
                </w:tcPr>
                <w:p w14:paraId="05A9C6E4" w14:textId="226AF594" w:rsidR="00193C48" w:rsidRPr="00776D87" w:rsidRDefault="00000000" w:rsidP="00804B9B">
                  <w:pPr>
                    <w:spacing w:after="120"/>
                    <w:rPr>
                      <w:rFonts w:ascii="Times New Roman" w:hAnsi="Times New Roman" w:cs="Times New Roman"/>
                      <w:sz w:val="20"/>
                      <w:szCs w:val="20"/>
                    </w:rPr>
                  </w:pPr>
                  <w:r w:rsidRPr="00776D87">
                    <w:rPr>
                      <w:rFonts w:ascii="Times New Roman" w:hAnsi="Times New Roman" w:cs="Times New Roman"/>
                      <w:sz w:val="20"/>
                      <w:szCs w:val="20"/>
                    </w:rPr>
                    <w:t xml:space="preserve">Ofis no: </w:t>
                  </w:r>
                  <w:r w:rsidR="00BC7B41" w:rsidRPr="00776D87">
                    <w:rPr>
                      <w:rFonts w:ascii="Times New Roman" w:hAnsi="Times New Roman" w:cs="Times New Roman"/>
                      <w:spacing w:val="-2"/>
                      <w:w w:val="80"/>
                      <w:sz w:val="20"/>
                      <w:szCs w:val="20"/>
                    </w:rPr>
                    <w:t>4214</w:t>
                  </w:r>
                </w:p>
              </w:tc>
            </w:tr>
            <w:tr w:rsidR="00193C48" w:rsidRPr="00776D87" w14:paraId="050ED690" w14:textId="77777777">
              <w:tc>
                <w:tcPr>
                  <w:tcW w:w="4989" w:type="dxa"/>
                  <w:tcBorders>
                    <w:top w:val="nil"/>
                    <w:left w:val="nil"/>
                    <w:bottom w:val="nil"/>
                    <w:right w:val="nil"/>
                  </w:tcBorders>
                  <w:tcMar>
                    <w:top w:w="35" w:type="dxa"/>
                    <w:left w:w="70" w:type="dxa"/>
                    <w:bottom w:w="35" w:type="dxa"/>
                    <w:right w:w="70" w:type="dxa"/>
                  </w:tcMar>
                  <w:vAlign w:val="center"/>
                </w:tcPr>
                <w:p w14:paraId="74F20DF8" w14:textId="77777777" w:rsidR="00193C48" w:rsidRPr="00776D87" w:rsidRDefault="00193C48" w:rsidP="00804B9B">
                  <w:pPr>
                    <w:spacing w:after="120"/>
                    <w:rPr>
                      <w:rFonts w:ascii="Times New Roman" w:hAnsi="Times New Roman" w:cs="Times New Roman"/>
                      <w:sz w:val="20"/>
                      <w:szCs w:val="20"/>
                    </w:rPr>
                  </w:pPr>
                </w:p>
              </w:tc>
            </w:tr>
            <w:tr w:rsidR="00193C48" w:rsidRPr="00776D87" w14:paraId="2348AE01" w14:textId="77777777">
              <w:tc>
                <w:tcPr>
                  <w:tcW w:w="4989" w:type="dxa"/>
                  <w:tcMar>
                    <w:top w:w="35" w:type="dxa"/>
                    <w:left w:w="70" w:type="dxa"/>
                    <w:bottom w:w="35" w:type="dxa"/>
                    <w:right w:w="70" w:type="dxa"/>
                  </w:tcMar>
                  <w:vAlign w:val="center"/>
                </w:tcPr>
                <w:p w14:paraId="254A0258" w14:textId="7AB11301" w:rsidR="00193C48" w:rsidRPr="00776D87" w:rsidRDefault="00000000" w:rsidP="00804B9B">
                  <w:pPr>
                    <w:spacing w:after="120"/>
                    <w:rPr>
                      <w:rFonts w:ascii="Times New Roman" w:hAnsi="Times New Roman" w:cs="Times New Roman"/>
                      <w:sz w:val="20"/>
                      <w:szCs w:val="20"/>
                    </w:rPr>
                  </w:pPr>
                  <w:r w:rsidRPr="00776D87">
                    <w:rPr>
                      <w:rFonts w:ascii="Times New Roman" w:hAnsi="Times New Roman" w:cs="Times New Roman"/>
                      <w:sz w:val="20"/>
                      <w:szCs w:val="20"/>
                    </w:rPr>
                    <w:t xml:space="preserve">Dersin Asistanı: </w:t>
                  </w:r>
                  <w:r w:rsidR="000E1DDB" w:rsidRPr="00776D87">
                    <w:rPr>
                      <w:rFonts w:ascii="Times New Roman" w:hAnsi="Times New Roman" w:cs="Times New Roman"/>
                      <w:sz w:val="20"/>
                      <w:szCs w:val="20"/>
                    </w:rPr>
                    <w:t>Arş. Gör. Eda Nur ERZURUM SONUÇ</w:t>
                  </w:r>
                </w:p>
              </w:tc>
            </w:tr>
            <w:tr w:rsidR="00193C48" w:rsidRPr="00776D87" w14:paraId="0AECBF39" w14:textId="77777777">
              <w:tc>
                <w:tcPr>
                  <w:tcW w:w="4989" w:type="dxa"/>
                  <w:tcMar>
                    <w:top w:w="35" w:type="dxa"/>
                    <w:left w:w="70" w:type="dxa"/>
                    <w:bottom w:w="35" w:type="dxa"/>
                    <w:right w:w="70" w:type="dxa"/>
                  </w:tcMar>
                  <w:vAlign w:val="center"/>
                </w:tcPr>
                <w:p w14:paraId="36483381" w14:textId="4F89AE79" w:rsidR="00193C48" w:rsidRPr="00776D87" w:rsidRDefault="00000000" w:rsidP="00804B9B">
                  <w:pPr>
                    <w:spacing w:after="120"/>
                    <w:rPr>
                      <w:rFonts w:ascii="Times New Roman" w:hAnsi="Times New Roman" w:cs="Times New Roman"/>
                      <w:sz w:val="20"/>
                      <w:szCs w:val="20"/>
                    </w:rPr>
                  </w:pPr>
                  <w:r w:rsidRPr="00776D87">
                    <w:rPr>
                      <w:rFonts w:ascii="Times New Roman" w:hAnsi="Times New Roman" w:cs="Times New Roman"/>
                      <w:sz w:val="20"/>
                      <w:szCs w:val="20"/>
                    </w:rPr>
                    <w:t xml:space="preserve">e-posta: </w:t>
                  </w:r>
                  <w:r w:rsidR="000E1DDB" w:rsidRPr="00776D87">
                    <w:rPr>
                      <w:rFonts w:ascii="Times New Roman" w:hAnsi="Times New Roman" w:cs="Times New Roman"/>
                      <w:sz w:val="20"/>
                      <w:szCs w:val="20"/>
                    </w:rPr>
                    <w:t>edanur.erzurum@dicle.edu.tr</w:t>
                  </w:r>
                  <w:r w:rsidRPr="00776D87">
                    <w:rPr>
                      <w:rFonts w:ascii="Times New Roman" w:hAnsi="Times New Roman" w:cs="Times New Roman"/>
                      <w:sz w:val="20"/>
                      <w:szCs w:val="20"/>
                    </w:rPr>
                    <w:br/>
                    <w:t xml:space="preserve">Ofis no: </w:t>
                  </w:r>
                  <w:r w:rsidR="000E1DDB" w:rsidRPr="00776D87">
                    <w:rPr>
                      <w:rFonts w:ascii="Times New Roman" w:hAnsi="Times New Roman" w:cs="Times New Roman"/>
                      <w:sz w:val="20"/>
                      <w:szCs w:val="20"/>
                    </w:rPr>
                    <w:t>4203</w:t>
                  </w:r>
                </w:p>
              </w:tc>
            </w:tr>
          </w:tbl>
          <w:p w14:paraId="37709BA4" w14:textId="77777777" w:rsidR="00193C48" w:rsidRPr="00776D87" w:rsidRDefault="00193C48" w:rsidP="00804B9B">
            <w:pPr>
              <w:spacing w:after="120"/>
              <w:rPr>
                <w:rFonts w:ascii="Times New Roman" w:hAnsi="Times New Roman" w:cs="Times New Roman"/>
                <w:sz w:val="20"/>
                <w:szCs w:val="20"/>
              </w:rPr>
            </w:pPr>
          </w:p>
        </w:tc>
      </w:tr>
    </w:tbl>
    <w:p w14:paraId="50F931DE" w14:textId="77777777" w:rsidR="00193C48" w:rsidRPr="00804B9B" w:rsidRDefault="00193C48" w:rsidP="00804B9B">
      <w:pPr>
        <w:spacing w:after="120"/>
        <w:rPr>
          <w:rFonts w:ascii="Times New Roman" w:hAnsi="Times New Roman" w:cs="Times New Roman"/>
          <w:sz w:val="22"/>
        </w:rPr>
      </w:pPr>
    </w:p>
    <w:p w14:paraId="6C144A03" w14:textId="568ED88B" w:rsidR="003F3BEB" w:rsidRPr="00804B9B" w:rsidRDefault="00000000" w:rsidP="00804B9B">
      <w:pPr>
        <w:spacing w:after="120"/>
        <w:rPr>
          <w:rFonts w:ascii="Times New Roman" w:hAnsi="Times New Roman" w:cs="Times New Roman"/>
          <w:b/>
          <w:sz w:val="22"/>
        </w:rPr>
      </w:pPr>
      <w:r w:rsidRPr="00804B9B">
        <w:rPr>
          <w:rFonts w:ascii="Times New Roman" w:hAnsi="Times New Roman" w:cs="Times New Roman"/>
          <w:b/>
          <w:sz w:val="22"/>
        </w:rPr>
        <w:t>Proje Konusunun Tanımı</w:t>
      </w:r>
    </w:p>
    <w:p w14:paraId="209EC522" w14:textId="77777777" w:rsidR="00BC7B41" w:rsidRPr="00804B9B" w:rsidRDefault="00BC7B41" w:rsidP="00804B9B">
      <w:pPr>
        <w:spacing w:after="120"/>
        <w:jc w:val="both"/>
        <w:rPr>
          <w:rFonts w:ascii="Times New Roman" w:hAnsi="Times New Roman" w:cs="Times New Roman"/>
          <w:sz w:val="22"/>
        </w:rPr>
      </w:pPr>
      <w:r w:rsidRPr="00804B9B">
        <w:rPr>
          <w:rFonts w:ascii="Times New Roman" w:hAnsi="Times New Roman" w:cs="Times New Roman"/>
          <w:sz w:val="22"/>
        </w:rPr>
        <w:t>Bu yarıyılda proje ana teması “Eğimli Arazide İki Katlı Konut; Topoğrafya ve Yaşam İlişkisini Yeniden Düşünmek” olarak belirlenmiştir. Ana tema ile irdelenecek kavramlar; kullanıcı gereksinimleri, konut ve yaşam kültürü, topoğrafya–yapı ilişkisi, iç–dış mekân sürekliliği, mahremiyet, doğal çevre, sürdürülebilirlik, strüktür ve malzeme üzerinden ele alınacaktır.</w:t>
      </w:r>
    </w:p>
    <w:p w14:paraId="05FD6021" w14:textId="77777777" w:rsidR="00BC7B41" w:rsidRPr="00804B9B" w:rsidRDefault="00BC7B41" w:rsidP="00804B9B">
      <w:pPr>
        <w:spacing w:after="120"/>
        <w:jc w:val="both"/>
        <w:rPr>
          <w:rFonts w:ascii="Times New Roman" w:hAnsi="Times New Roman" w:cs="Times New Roman"/>
          <w:sz w:val="22"/>
        </w:rPr>
      </w:pPr>
      <w:r w:rsidRPr="00804B9B">
        <w:rPr>
          <w:rFonts w:ascii="Times New Roman" w:hAnsi="Times New Roman" w:cs="Times New Roman"/>
          <w:sz w:val="22"/>
        </w:rPr>
        <w:t>Projenin program odağını; yaşama, dinlenme, çalışma, uyuma ve ortak kullanım alanları ile açık ve yarı açık mekânlar oluşturacaktır. Mekânsal organizasyon, kullanıcıların günlük yaşam biçimleri ve mahremiyet ihtiyaçları doğrultusunda kurgulanırken, iki kat arasındaki ilişki düşey sirkülasyon ve farklı kotlar üzerinden değerlendirilecektir.</w:t>
      </w:r>
    </w:p>
    <w:p w14:paraId="645D7CFF" w14:textId="77777777" w:rsidR="00BC7B41" w:rsidRPr="00804B9B" w:rsidRDefault="00BC7B41" w:rsidP="00804B9B">
      <w:pPr>
        <w:spacing w:after="120"/>
        <w:jc w:val="both"/>
        <w:rPr>
          <w:rFonts w:ascii="Times New Roman" w:hAnsi="Times New Roman" w:cs="Times New Roman"/>
          <w:sz w:val="22"/>
        </w:rPr>
      </w:pPr>
      <w:r w:rsidRPr="00804B9B">
        <w:rPr>
          <w:rFonts w:ascii="Times New Roman" w:hAnsi="Times New Roman" w:cs="Times New Roman"/>
          <w:sz w:val="22"/>
        </w:rPr>
        <w:t>Eğimli arazinin sunduğu kot farkları, yönlenme, manzara ve doğal çevre verileri, yapının araziye yerleşim kararlarının temelini oluşturacaktır. Yapının topoğrafyaya uyum sağlayarak araziyle bütünleşmesi, eğimin bir tasarım potansiyeline dönüştürülmesi ve açık–yarı açık alanların farklı kotlarda değerlendirilmesi hedeflenmektedir.</w:t>
      </w:r>
    </w:p>
    <w:p w14:paraId="62405E7C" w14:textId="71912683" w:rsidR="00E20C49" w:rsidRPr="00804B9B" w:rsidRDefault="00BC7B41" w:rsidP="00804B9B">
      <w:pPr>
        <w:spacing w:after="120"/>
        <w:jc w:val="both"/>
        <w:rPr>
          <w:rFonts w:ascii="Times New Roman" w:hAnsi="Times New Roman" w:cs="Times New Roman"/>
          <w:sz w:val="22"/>
        </w:rPr>
      </w:pPr>
      <w:r w:rsidRPr="00804B9B">
        <w:rPr>
          <w:rFonts w:ascii="Times New Roman" w:hAnsi="Times New Roman" w:cs="Times New Roman"/>
          <w:sz w:val="22"/>
        </w:rPr>
        <w:t>Ayrıca form–fonksiyon–strüktür–malzeme ilişkisi üzerinden yapının taşıyıcı sistemi ve mimari karakteri araştırılacaktır. Doğal aydınlatma, havalandırma ve iklimsel veriler dikkate alınarak çevresel ve yapısal sürdürülebilirliğin sağlanması amaçlanmaktadır. Böylece iki katlı konutun; kullanıcı, topoğrafya, mekân ve yapı arasındaki ilişkiyi bütüncül biçimde ele alan bir mimari tasarım problemi olarak geliştirilmesi hedeflenmektedir.</w:t>
      </w:r>
    </w:p>
    <w:p w14:paraId="7CAB6802" w14:textId="77777777" w:rsidR="00BC7B41" w:rsidRPr="00804B9B" w:rsidRDefault="00BC7B41" w:rsidP="00804B9B">
      <w:pPr>
        <w:spacing w:after="120"/>
        <w:jc w:val="both"/>
        <w:rPr>
          <w:rFonts w:ascii="Times New Roman" w:hAnsi="Times New Roman" w:cs="Times New Roman"/>
          <w:sz w:val="22"/>
        </w:rPr>
      </w:pPr>
    </w:p>
    <w:p w14:paraId="3980D19D" w14:textId="477103C4" w:rsidR="00193C48" w:rsidRPr="00804B9B" w:rsidRDefault="00000000" w:rsidP="00804B9B">
      <w:pPr>
        <w:spacing w:after="120"/>
        <w:rPr>
          <w:rFonts w:ascii="Times New Roman" w:hAnsi="Times New Roman" w:cs="Times New Roman"/>
          <w:sz w:val="22"/>
        </w:rPr>
      </w:pPr>
      <w:r w:rsidRPr="00804B9B">
        <w:rPr>
          <w:rFonts w:ascii="Times New Roman" w:hAnsi="Times New Roman" w:cs="Times New Roman"/>
          <w:b/>
          <w:sz w:val="22"/>
        </w:rPr>
        <w:t>Proje Stüdyosunun Yapısı ve Planı</w:t>
      </w:r>
      <w:r w:rsidRPr="00804B9B">
        <w:rPr>
          <w:rFonts w:ascii="Times New Roman" w:hAnsi="Times New Roman" w:cs="Times New Roman"/>
          <w:sz w:val="22"/>
        </w:rPr>
        <w:t xml:space="preserve">  </w:t>
      </w:r>
    </w:p>
    <w:tbl>
      <w:tblPr>
        <w:tblW w:w="8930" w:type="dxa"/>
        <w:jc w:val="center"/>
        <w:tblLayout w:type="fixed"/>
        <w:tblLook w:val="04A0" w:firstRow="1" w:lastRow="0" w:firstColumn="1" w:lastColumn="0" w:noHBand="0" w:noVBand="1"/>
      </w:tblPr>
      <w:tblGrid>
        <w:gridCol w:w="992"/>
        <w:gridCol w:w="1276"/>
        <w:gridCol w:w="6662"/>
      </w:tblGrid>
      <w:tr w:rsidR="00193C48" w:rsidRPr="00804B9B" w14:paraId="38D73CDD" w14:textId="77777777" w:rsidTr="00804B9B">
        <w:trPr>
          <w:trHeight w:val="454"/>
          <w:jc w:val="center"/>
        </w:trPr>
        <w:tc>
          <w:tcPr>
            <w:tcW w:w="992" w:type="dxa"/>
            <w:tcBorders>
              <w:top w:val="single" w:sz="3" w:space="0" w:color="666666"/>
              <w:left w:val="nil"/>
              <w:bottom w:val="single" w:sz="3" w:space="0" w:color="666666"/>
              <w:right w:val="nil"/>
            </w:tcBorders>
            <w:tcMar>
              <w:top w:w="10" w:type="dxa"/>
              <w:left w:w="20" w:type="dxa"/>
              <w:bottom w:w="10" w:type="dxa"/>
              <w:right w:w="20" w:type="dxa"/>
            </w:tcMar>
            <w:vAlign w:val="center"/>
          </w:tcPr>
          <w:p w14:paraId="1DF63A9F" w14:textId="77777777" w:rsidR="00193C48" w:rsidRPr="00804B9B" w:rsidRDefault="00000000" w:rsidP="00804B9B">
            <w:pPr>
              <w:jc w:val="center"/>
              <w:rPr>
                <w:rFonts w:ascii="Times New Roman" w:hAnsi="Times New Roman" w:cs="Times New Roman"/>
                <w:b/>
                <w:bCs/>
                <w:sz w:val="22"/>
              </w:rPr>
            </w:pPr>
            <w:r w:rsidRPr="00804B9B">
              <w:rPr>
                <w:rFonts w:ascii="Times New Roman" w:hAnsi="Times New Roman" w:cs="Times New Roman"/>
                <w:b/>
                <w:bCs/>
                <w:sz w:val="22"/>
              </w:rPr>
              <w:t>HAFTA</w:t>
            </w:r>
          </w:p>
        </w:tc>
        <w:tc>
          <w:tcPr>
            <w:tcW w:w="1276" w:type="dxa"/>
            <w:tcBorders>
              <w:top w:val="single" w:sz="3" w:space="0" w:color="666666"/>
              <w:left w:val="nil"/>
              <w:bottom w:val="single" w:sz="3" w:space="0" w:color="666666"/>
              <w:right w:val="nil"/>
            </w:tcBorders>
            <w:tcMar>
              <w:top w:w="10" w:type="dxa"/>
              <w:left w:w="20" w:type="dxa"/>
              <w:bottom w:w="10" w:type="dxa"/>
              <w:right w:w="20" w:type="dxa"/>
            </w:tcMar>
            <w:vAlign w:val="center"/>
          </w:tcPr>
          <w:p w14:paraId="0A339D4A" w14:textId="77777777" w:rsidR="00193C48" w:rsidRPr="00804B9B" w:rsidRDefault="00000000" w:rsidP="00804B9B">
            <w:pPr>
              <w:jc w:val="center"/>
              <w:rPr>
                <w:rFonts w:ascii="Times New Roman" w:hAnsi="Times New Roman" w:cs="Times New Roman"/>
                <w:b/>
                <w:bCs/>
                <w:sz w:val="22"/>
              </w:rPr>
            </w:pPr>
            <w:r w:rsidRPr="00804B9B">
              <w:rPr>
                <w:rFonts w:ascii="Times New Roman" w:hAnsi="Times New Roman" w:cs="Times New Roman"/>
                <w:b/>
                <w:bCs/>
                <w:sz w:val="22"/>
              </w:rPr>
              <w:t>TARİH</w:t>
            </w:r>
          </w:p>
        </w:tc>
        <w:tc>
          <w:tcPr>
            <w:tcW w:w="6662" w:type="dxa"/>
            <w:tcBorders>
              <w:top w:val="single" w:sz="3" w:space="0" w:color="666666"/>
              <w:left w:val="nil"/>
              <w:bottom w:val="single" w:sz="3" w:space="0" w:color="666666"/>
              <w:right w:val="nil"/>
            </w:tcBorders>
            <w:tcMar>
              <w:top w:w="10" w:type="dxa"/>
              <w:left w:w="20" w:type="dxa"/>
              <w:bottom w:w="10" w:type="dxa"/>
              <w:right w:w="20" w:type="dxa"/>
            </w:tcMar>
            <w:vAlign w:val="center"/>
          </w:tcPr>
          <w:p w14:paraId="7925C3D8" w14:textId="77777777" w:rsidR="00193C48" w:rsidRPr="00804B9B" w:rsidRDefault="00000000" w:rsidP="00804B9B">
            <w:pPr>
              <w:jc w:val="center"/>
              <w:rPr>
                <w:rFonts w:ascii="Times New Roman" w:hAnsi="Times New Roman" w:cs="Times New Roman"/>
                <w:b/>
                <w:bCs/>
                <w:sz w:val="22"/>
              </w:rPr>
            </w:pPr>
            <w:r w:rsidRPr="00804B9B">
              <w:rPr>
                <w:rFonts w:ascii="Times New Roman" w:hAnsi="Times New Roman" w:cs="Times New Roman"/>
                <w:b/>
                <w:bCs/>
                <w:sz w:val="22"/>
              </w:rPr>
              <w:t>KONU</w:t>
            </w:r>
          </w:p>
        </w:tc>
      </w:tr>
      <w:tr w:rsidR="00193C48" w:rsidRPr="00804B9B" w14:paraId="49BC67BF" w14:textId="77777777" w:rsidTr="00804B9B">
        <w:trPr>
          <w:trHeight w:val="454"/>
          <w:jc w:val="center"/>
        </w:trPr>
        <w:tc>
          <w:tcPr>
            <w:tcW w:w="992" w:type="dxa"/>
            <w:tcBorders>
              <w:top w:val="single" w:sz="3" w:space="0" w:color="666666"/>
              <w:left w:val="nil"/>
              <w:bottom w:val="single" w:sz="3" w:space="0" w:color="666666"/>
              <w:right w:val="nil"/>
            </w:tcBorders>
            <w:tcMar>
              <w:top w:w="8" w:type="dxa"/>
              <w:left w:w="18" w:type="dxa"/>
              <w:bottom w:w="8" w:type="dxa"/>
              <w:right w:w="18" w:type="dxa"/>
            </w:tcMar>
            <w:vAlign w:val="center"/>
          </w:tcPr>
          <w:p w14:paraId="3446CCD1" w14:textId="77777777" w:rsidR="00193C48" w:rsidRPr="00804B9B" w:rsidRDefault="00000000" w:rsidP="00804B9B">
            <w:pPr>
              <w:jc w:val="center"/>
              <w:rPr>
                <w:rFonts w:ascii="Times New Roman" w:hAnsi="Times New Roman" w:cs="Times New Roman"/>
                <w:sz w:val="22"/>
              </w:rPr>
            </w:pPr>
            <w:r w:rsidRPr="00804B9B">
              <w:rPr>
                <w:rFonts w:ascii="Times New Roman" w:hAnsi="Times New Roman" w:cs="Times New Roman"/>
                <w:sz w:val="22"/>
              </w:rPr>
              <w:t>1</w:t>
            </w:r>
          </w:p>
        </w:tc>
        <w:tc>
          <w:tcPr>
            <w:tcW w:w="1276" w:type="dxa"/>
            <w:tcBorders>
              <w:top w:val="single" w:sz="3" w:space="0" w:color="666666"/>
              <w:left w:val="nil"/>
              <w:bottom w:val="single" w:sz="3" w:space="0" w:color="666666"/>
              <w:right w:val="nil"/>
            </w:tcBorders>
            <w:tcMar>
              <w:top w:w="8" w:type="dxa"/>
              <w:left w:w="18" w:type="dxa"/>
              <w:bottom w:w="8" w:type="dxa"/>
              <w:right w:w="18" w:type="dxa"/>
            </w:tcMar>
            <w:vAlign w:val="center"/>
          </w:tcPr>
          <w:p w14:paraId="1B2C424C" w14:textId="32786087" w:rsidR="00193C48" w:rsidRPr="00804B9B" w:rsidRDefault="00BC7B41" w:rsidP="00804B9B">
            <w:pPr>
              <w:jc w:val="center"/>
              <w:rPr>
                <w:rFonts w:ascii="Times New Roman" w:hAnsi="Times New Roman" w:cs="Times New Roman"/>
                <w:sz w:val="22"/>
              </w:rPr>
            </w:pPr>
            <w:r w:rsidRPr="00804B9B">
              <w:rPr>
                <w:rFonts w:ascii="Times New Roman" w:hAnsi="Times New Roman" w:cs="Times New Roman"/>
                <w:sz w:val="22"/>
              </w:rPr>
              <w:t>29</w:t>
            </w:r>
            <w:r w:rsidR="00392001" w:rsidRPr="00804B9B">
              <w:rPr>
                <w:rFonts w:ascii="Times New Roman" w:hAnsi="Times New Roman" w:cs="Times New Roman"/>
                <w:sz w:val="22"/>
              </w:rPr>
              <w:t>.</w:t>
            </w:r>
            <w:r w:rsidRPr="00804B9B">
              <w:rPr>
                <w:rFonts w:ascii="Times New Roman" w:hAnsi="Times New Roman" w:cs="Times New Roman"/>
                <w:sz w:val="22"/>
              </w:rPr>
              <w:t>09</w:t>
            </w:r>
            <w:r w:rsidR="0057564F" w:rsidRPr="00804B9B">
              <w:rPr>
                <w:rFonts w:ascii="Times New Roman" w:hAnsi="Times New Roman" w:cs="Times New Roman"/>
                <w:sz w:val="22"/>
              </w:rPr>
              <w:t>.2026</w:t>
            </w:r>
          </w:p>
        </w:tc>
        <w:tc>
          <w:tcPr>
            <w:tcW w:w="6662" w:type="dxa"/>
            <w:tcBorders>
              <w:top w:val="single" w:sz="3" w:space="0" w:color="666666"/>
              <w:left w:val="nil"/>
              <w:bottom w:val="single" w:sz="3" w:space="0" w:color="666666"/>
              <w:right w:val="nil"/>
            </w:tcBorders>
            <w:tcMar>
              <w:top w:w="8" w:type="dxa"/>
              <w:left w:w="18" w:type="dxa"/>
              <w:bottom w:w="8" w:type="dxa"/>
              <w:right w:w="18" w:type="dxa"/>
            </w:tcMar>
            <w:vAlign w:val="center"/>
          </w:tcPr>
          <w:p w14:paraId="0BF82552" w14:textId="4ED17077" w:rsidR="00193C48" w:rsidRPr="00804B9B" w:rsidRDefault="00BC7B41" w:rsidP="00804B9B">
            <w:pPr>
              <w:jc w:val="both"/>
              <w:rPr>
                <w:rFonts w:ascii="Times New Roman" w:hAnsi="Times New Roman" w:cs="Times New Roman"/>
                <w:sz w:val="22"/>
              </w:rPr>
            </w:pPr>
            <w:r w:rsidRPr="00804B9B">
              <w:rPr>
                <w:rFonts w:ascii="Times New Roman" w:hAnsi="Times New Roman" w:cs="Times New Roman"/>
                <w:sz w:val="22"/>
              </w:rPr>
              <w:t>Proje konusunun tanıtımı, sorular ve cevaplar</w:t>
            </w:r>
          </w:p>
        </w:tc>
      </w:tr>
      <w:tr w:rsidR="00193C48" w:rsidRPr="00804B9B" w14:paraId="2D5E7F30" w14:textId="77777777" w:rsidTr="00804B9B">
        <w:trPr>
          <w:trHeight w:val="454"/>
          <w:jc w:val="center"/>
        </w:trPr>
        <w:tc>
          <w:tcPr>
            <w:tcW w:w="992" w:type="dxa"/>
            <w:tcBorders>
              <w:top w:val="single" w:sz="3" w:space="0" w:color="666666"/>
              <w:left w:val="nil"/>
              <w:bottom w:val="single" w:sz="3" w:space="0" w:color="666666"/>
              <w:right w:val="nil"/>
            </w:tcBorders>
            <w:tcMar>
              <w:top w:w="8" w:type="dxa"/>
              <w:left w:w="18" w:type="dxa"/>
              <w:bottom w:w="8" w:type="dxa"/>
              <w:right w:w="18" w:type="dxa"/>
            </w:tcMar>
            <w:vAlign w:val="center"/>
          </w:tcPr>
          <w:p w14:paraId="5BE4E3A0" w14:textId="246ED2E6" w:rsidR="00193C48" w:rsidRPr="00804B9B" w:rsidRDefault="00392001" w:rsidP="00804B9B">
            <w:pPr>
              <w:jc w:val="center"/>
              <w:rPr>
                <w:rFonts w:ascii="Times New Roman" w:hAnsi="Times New Roman" w:cs="Times New Roman"/>
                <w:sz w:val="22"/>
              </w:rPr>
            </w:pPr>
            <w:r w:rsidRPr="00804B9B">
              <w:rPr>
                <w:rFonts w:ascii="Times New Roman" w:hAnsi="Times New Roman" w:cs="Times New Roman"/>
                <w:sz w:val="22"/>
              </w:rPr>
              <w:t>2</w:t>
            </w:r>
          </w:p>
        </w:tc>
        <w:tc>
          <w:tcPr>
            <w:tcW w:w="1276" w:type="dxa"/>
            <w:tcBorders>
              <w:top w:val="single" w:sz="3" w:space="0" w:color="666666"/>
              <w:left w:val="nil"/>
              <w:bottom w:val="single" w:sz="3" w:space="0" w:color="666666"/>
              <w:right w:val="nil"/>
            </w:tcBorders>
            <w:tcMar>
              <w:top w:w="8" w:type="dxa"/>
              <w:left w:w="18" w:type="dxa"/>
              <w:bottom w:w="8" w:type="dxa"/>
              <w:right w:w="18" w:type="dxa"/>
            </w:tcMar>
            <w:vAlign w:val="center"/>
          </w:tcPr>
          <w:p w14:paraId="76FD57C6" w14:textId="7DC23CF4" w:rsidR="00193C48" w:rsidRPr="00804B9B" w:rsidRDefault="00000000" w:rsidP="00804B9B">
            <w:pPr>
              <w:jc w:val="center"/>
              <w:rPr>
                <w:rFonts w:ascii="Times New Roman" w:hAnsi="Times New Roman" w:cs="Times New Roman"/>
                <w:sz w:val="22"/>
              </w:rPr>
            </w:pPr>
            <w:r w:rsidRPr="00804B9B">
              <w:rPr>
                <w:rFonts w:ascii="Times New Roman" w:hAnsi="Times New Roman" w:cs="Times New Roman"/>
                <w:sz w:val="22"/>
              </w:rPr>
              <w:t>0</w:t>
            </w:r>
            <w:r w:rsidR="00BC7B41" w:rsidRPr="00804B9B">
              <w:rPr>
                <w:rFonts w:ascii="Times New Roman" w:hAnsi="Times New Roman" w:cs="Times New Roman"/>
                <w:sz w:val="22"/>
              </w:rPr>
              <w:t>6</w:t>
            </w:r>
            <w:r w:rsidRPr="00804B9B">
              <w:rPr>
                <w:rFonts w:ascii="Times New Roman" w:hAnsi="Times New Roman" w:cs="Times New Roman"/>
                <w:sz w:val="22"/>
              </w:rPr>
              <w:t>.</w:t>
            </w:r>
            <w:r w:rsidR="00392001" w:rsidRPr="00804B9B">
              <w:rPr>
                <w:rFonts w:ascii="Times New Roman" w:hAnsi="Times New Roman" w:cs="Times New Roman"/>
                <w:sz w:val="22"/>
              </w:rPr>
              <w:t>10</w:t>
            </w:r>
            <w:r w:rsidR="0057564F" w:rsidRPr="00804B9B">
              <w:rPr>
                <w:rFonts w:ascii="Times New Roman" w:hAnsi="Times New Roman" w:cs="Times New Roman"/>
                <w:sz w:val="22"/>
              </w:rPr>
              <w:t>.2026</w:t>
            </w:r>
          </w:p>
        </w:tc>
        <w:tc>
          <w:tcPr>
            <w:tcW w:w="6662" w:type="dxa"/>
            <w:tcBorders>
              <w:top w:val="single" w:sz="3" w:space="0" w:color="666666"/>
              <w:left w:val="nil"/>
              <w:bottom w:val="single" w:sz="3" w:space="0" w:color="666666"/>
              <w:right w:val="nil"/>
            </w:tcBorders>
            <w:tcMar>
              <w:top w:w="8" w:type="dxa"/>
              <w:left w:w="18" w:type="dxa"/>
              <w:bottom w:w="8" w:type="dxa"/>
              <w:right w:w="18" w:type="dxa"/>
            </w:tcMar>
            <w:vAlign w:val="center"/>
          </w:tcPr>
          <w:p w14:paraId="701D4149" w14:textId="4C59DD94" w:rsidR="00193C48" w:rsidRPr="00804B9B" w:rsidRDefault="00BC7B41" w:rsidP="00804B9B">
            <w:pPr>
              <w:jc w:val="both"/>
              <w:rPr>
                <w:rFonts w:ascii="Times New Roman" w:hAnsi="Times New Roman" w:cs="Times New Roman"/>
                <w:sz w:val="22"/>
              </w:rPr>
            </w:pPr>
            <w:r w:rsidRPr="00804B9B">
              <w:rPr>
                <w:rFonts w:ascii="Times New Roman" w:hAnsi="Times New Roman" w:cs="Times New Roman"/>
                <w:sz w:val="22"/>
              </w:rPr>
              <w:t>Kavramsal çalışmalar, kentsel bağlam analizi ve tasarımsal kararlar</w:t>
            </w:r>
          </w:p>
        </w:tc>
      </w:tr>
      <w:tr w:rsidR="00557151" w:rsidRPr="00804B9B" w14:paraId="1E948C5A" w14:textId="77777777" w:rsidTr="00804B9B">
        <w:trPr>
          <w:trHeight w:val="454"/>
          <w:jc w:val="center"/>
        </w:trPr>
        <w:tc>
          <w:tcPr>
            <w:tcW w:w="992" w:type="dxa"/>
            <w:tcBorders>
              <w:top w:val="single" w:sz="3" w:space="0" w:color="666666"/>
              <w:left w:val="nil"/>
              <w:bottom w:val="single" w:sz="3" w:space="0" w:color="666666"/>
              <w:right w:val="nil"/>
            </w:tcBorders>
            <w:tcMar>
              <w:top w:w="8" w:type="dxa"/>
              <w:left w:w="18" w:type="dxa"/>
              <w:bottom w:w="8" w:type="dxa"/>
              <w:right w:w="18" w:type="dxa"/>
            </w:tcMar>
            <w:vAlign w:val="center"/>
          </w:tcPr>
          <w:p w14:paraId="1D421D0C" w14:textId="16D037DF" w:rsidR="00557151" w:rsidRPr="00804B9B" w:rsidRDefault="00557151" w:rsidP="00804B9B">
            <w:pPr>
              <w:jc w:val="center"/>
              <w:rPr>
                <w:rFonts w:ascii="Times New Roman" w:hAnsi="Times New Roman" w:cs="Times New Roman"/>
                <w:sz w:val="22"/>
              </w:rPr>
            </w:pPr>
            <w:r w:rsidRPr="00804B9B">
              <w:rPr>
                <w:rFonts w:ascii="Times New Roman" w:hAnsi="Times New Roman" w:cs="Times New Roman"/>
                <w:sz w:val="22"/>
              </w:rPr>
              <w:t>3</w:t>
            </w:r>
          </w:p>
        </w:tc>
        <w:tc>
          <w:tcPr>
            <w:tcW w:w="1276" w:type="dxa"/>
            <w:tcBorders>
              <w:top w:val="single" w:sz="3" w:space="0" w:color="666666"/>
              <w:left w:val="nil"/>
              <w:bottom w:val="single" w:sz="3" w:space="0" w:color="666666"/>
              <w:right w:val="nil"/>
            </w:tcBorders>
            <w:tcMar>
              <w:top w:w="8" w:type="dxa"/>
              <w:left w:w="18" w:type="dxa"/>
              <w:bottom w:w="8" w:type="dxa"/>
              <w:right w:w="18" w:type="dxa"/>
            </w:tcMar>
            <w:vAlign w:val="center"/>
          </w:tcPr>
          <w:p w14:paraId="0C610937" w14:textId="3D2555C5" w:rsidR="00557151" w:rsidRPr="00804B9B" w:rsidRDefault="00557151" w:rsidP="00804B9B">
            <w:pPr>
              <w:jc w:val="center"/>
              <w:rPr>
                <w:rFonts w:ascii="Times New Roman" w:hAnsi="Times New Roman" w:cs="Times New Roman"/>
                <w:sz w:val="22"/>
              </w:rPr>
            </w:pPr>
            <w:r w:rsidRPr="00804B9B">
              <w:rPr>
                <w:rFonts w:ascii="Times New Roman" w:hAnsi="Times New Roman" w:cs="Times New Roman"/>
                <w:sz w:val="22"/>
              </w:rPr>
              <w:t>1</w:t>
            </w:r>
            <w:r w:rsidR="00BC7B41" w:rsidRPr="00804B9B">
              <w:rPr>
                <w:rFonts w:ascii="Times New Roman" w:hAnsi="Times New Roman" w:cs="Times New Roman"/>
                <w:sz w:val="22"/>
              </w:rPr>
              <w:t>3</w:t>
            </w:r>
            <w:r w:rsidRPr="00804B9B">
              <w:rPr>
                <w:rFonts w:ascii="Times New Roman" w:hAnsi="Times New Roman" w:cs="Times New Roman"/>
                <w:sz w:val="22"/>
              </w:rPr>
              <w:t>.10.2026</w:t>
            </w:r>
          </w:p>
        </w:tc>
        <w:tc>
          <w:tcPr>
            <w:tcW w:w="6662" w:type="dxa"/>
            <w:tcBorders>
              <w:top w:val="single" w:sz="3" w:space="0" w:color="666666"/>
              <w:left w:val="nil"/>
              <w:bottom w:val="single" w:sz="3" w:space="0" w:color="666666"/>
              <w:right w:val="nil"/>
            </w:tcBorders>
            <w:tcMar>
              <w:top w:w="8" w:type="dxa"/>
              <w:left w:w="18" w:type="dxa"/>
              <w:bottom w:w="8" w:type="dxa"/>
              <w:right w:w="18" w:type="dxa"/>
            </w:tcMar>
            <w:vAlign w:val="center"/>
          </w:tcPr>
          <w:p w14:paraId="01AB2AC6" w14:textId="6CB8A0F2" w:rsidR="00557151" w:rsidRPr="00804B9B" w:rsidRDefault="00BC7B41" w:rsidP="00804B9B">
            <w:pPr>
              <w:jc w:val="both"/>
              <w:rPr>
                <w:rFonts w:ascii="Times New Roman" w:hAnsi="Times New Roman" w:cs="Times New Roman"/>
                <w:sz w:val="22"/>
              </w:rPr>
            </w:pPr>
            <w:r w:rsidRPr="00804B9B">
              <w:rPr>
                <w:rFonts w:ascii="Times New Roman" w:hAnsi="Times New Roman" w:cs="Times New Roman"/>
                <w:sz w:val="22"/>
              </w:rPr>
              <w:t>Kavramsal çalışmalar, fonksiyonel ilişki şemaları, tasarımsal kararlar ve vaziyet planı kararları</w:t>
            </w:r>
          </w:p>
        </w:tc>
      </w:tr>
      <w:tr w:rsidR="00557151" w:rsidRPr="00804B9B" w14:paraId="7D81827F" w14:textId="77777777" w:rsidTr="00804B9B">
        <w:trPr>
          <w:trHeight w:val="454"/>
          <w:jc w:val="center"/>
        </w:trPr>
        <w:tc>
          <w:tcPr>
            <w:tcW w:w="992" w:type="dxa"/>
            <w:tcBorders>
              <w:top w:val="single" w:sz="3" w:space="0" w:color="666666"/>
              <w:left w:val="nil"/>
              <w:bottom w:val="single" w:sz="3" w:space="0" w:color="666666"/>
              <w:right w:val="nil"/>
            </w:tcBorders>
            <w:tcMar>
              <w:top w:w="8" w:type="dxa"/>
              <w:left w:w="18" w:type="dxa"/>
              <w:bottom w:w="8" w:type="dxa"/>
              <w:right w:w="18" w:type="dxa"/>
            </w:tcMar>
            <w:vAlign w:val="center"/>
          </w:tcPr>
          <w:p w14:paraId="43D928CC" w14:textId="01DFFA41" w:rsidR="00557151" w:rsidRPr="00804B9B" w:rsidRDefault="00557151" w:rsidP="00804B9B">
            <w:pPr>
              <w:jc w:val="center"/>
              <w:rPr>
                <w:rFonts w:ascii="Times New Roman" w:hAnsi="Times New Roman" w:cs="Times New Roman"/>
                <w:sz w:val="22"/>
              </w:rPr>
            </w:pPr>
            <w:r w:rsidRPr="00804B9B">
              <w:rPr>
                <w:rFonts w:ascii="Times New Roman" w:hAnsi="Times New Roman" w:cs="Times New Roman"/>
                <w:sz w:val="22"/>
              </w:rPr>
              <w:t>4</w:t>
            </w:r>
          </w:p>
        </w:tc>
        <w:tc>
          <w:tcPr>
            <w:tcW w:w="1276" w:type="dxa"/>
            <w:tcBorders>
              <w:top w:val="single" w:sz="3" w:space="0" w:color="666666"/>
              <w:left w:val="nil"/>
              <w:bottom w:val="single" w:sz="3" w:space="0" w:color="666666"/>
              <w:right w:val="nil"/>
            </w:tcBorders>
            <w:tcMar>
              <w:top w:w="8" w:type="dxa"/>
              <w:left w:w="18" w:type="dxa"/>
              <w:bottom w:w="8" w:type="dxa"/>
              <w:right w:w="18" w:type="dxa"/>
            </w:tcMar>
            <w:vAlign w:val="center"/>
          </w:tcPr>
          <w:p w14:paraId="7CFEEB41" w14:textId="3DDFE7A8" w:rsidR="00557151" w:rsidRPr="00804B9B" w:rsidRDefault="00557151" w:rsidP="00804B9B">
            <w:pPr>
              <w:jc w:val="center"/>
              <w:rPr>
                <w:rFonts w:ascii="Times New Roman" w:hAnsi="Times New Roman" w:cs="Times New Roman"/>
                <w:sz w:val="22"/>
              </w:rPr>
            </w:pPr>
            <w:r w:rsidRPr="00804B9B">
              <w:rPr>
                <w:rFonts w:ascii="Times New Roman" w:hAnsi="Times New Roman" w:cs="Times New Roman"/>
                <w:sz w:val="22"/>
              </w:rPr>
              <w:t>2</w:t>
            </w:r>
            <w:r w:rsidR="00BC7B41" w:rsidRPr="00804B9B">
              <w:rPr>
                <w:rFonts w:ascii="Times New Roman" w:hAnsi="Times New Roman" w:cs="Times New Roman"/>
                <w:sz w:val="22"/>
              </w:rPr>
              <w:t>0</w:t>
            </w:r>
            <w:r w:rsidRPr="00804B9B">
              <w:rPr>
                <w:rFonts w:ascii="Times New Roman" w:hAnsi="Times New Roman" w:cs="Times New Roman"/>
                <w:sz w:val="22"/>
              </w:rPr>
              <w:t>.10.2026</w:t>
            </w:r>
          </w:p>
        </w:tc>
        <w:tc>
          <w:tcPr>
            <w:tcW w:w="6662" w:type="dxa"/>
            <w:tcBorders>
              <w:top w:val="single" w:sz="3" w:space="0" w:color="666666"/>
              <w:left w:val="nil"/>
              <w:bottom w:val="single" w:sz="3" w:space="0" w:color="666666"/>
              <w:right w:val="nil"/>
            </w:tcBorders>
            <w:tcMar>
              <w:top w:w="8" w:type="dxa"/>
              <w:left w:w="18" w:type="dxa"/>
              <w:bottom w:w="8" w:type="dxa"/>
              <w:right w:w="18" w:type="dxa"/>
            </w:tcMar>
            <w:vAlign w:val="center"/>
          </w:tcPr>
          <w:p w14:paraId="5A9411F3" w14:textId="135EF994" w:rsidR="00557151" w:rsidRPr="00804B9B" w:rsidRDefault="00557151" w:rsidP="00804B9B">
            <w:pPr>
              <w:jc w:val="both"/>
              <w:rPr>
                <w:rFonts w:ascii="Times New Roman" w:hAnsi="Times New Roman" w:cs="Times New Roman"/>
                <w:sz w:val="22"/>
              </w:rPr>
            </w:pPr>
            <w:r w:rsidRPr="00804B9B">
              <w:rPr>
                <w:rFonts w:ascii="Times New Roman" w:hAnsi="Times New Roman" w:cs="Times New Roman"/>
                <w:sz w:val="22"/>
              </w:rPr>
              <w:t xml:space="preserve">Konsept çalışmaları ve tasarımsal kararlar </w:t>
            </w:r>
          </w:p>
        </w:tc>
      </w:tr>
      <w:tr w:rsidR="00374A66" w:rsidRPr="00804B9B" w14:paraId="0C979B74" w14:textId="77777777" w:rsidTr="00804B9B">
        <w:trPr>
          <w:trHeight w:val="454"/>
          <w:jc w:val="center"/>
        </w:trPr>
        <w:tc>
          <w:tcPr>
            <w:tcW w:w="992" w:type="dxa"/>
            <w:tcBorders>
              <w:top w:val="single" w:sz="3" w:space="0" w:color="666666"/>
              <w:left w:val="nil"/>
              <w:bottom w:val="single" w:sz="3" w:space="0" w:color="666666"/>
              <w:right w:val="nil"/>
            </w:tcBorders>
            <w:tcMar>
              <w:top w:w="8" w:type="dxa"/>
              <w:left w:w="18" w:type="dxa"/>
              <w:bottom w:w="8" w:type="dxa"/>
              <w:right w:w="18" w:type="dxa"/>
            </w:tcMar>
            <w:vAlign w:val="center"/>
          </w:tcPr>
          <w:p w14:paraId="6C783F90" w14:textId="20DAE180" w:rsidR="00374A66" w:rsidRPr="00804B9B" w:rsidRDefault="00374A66" w:rsidP="00804B9B">
            <w:pPr>
              <w:jc w:val="center"/>
              <w:rPr>
                <w:rFonts w:ascii="Times New Roman" w:hAnsi="Times New Roman" w:cs="Times New Roman"/>
                <w:sz w:val="22"/>
              </w:rPr>
            </w:pPr>
            <w:r w:rsidRPr="00804B9B">
              <w:rPr>
                <w:rFonts w:ascii="Times New Roman" w:hAnsi="Times New Roman" w:cs="Times New Roman"/>
                <w:b/>
                <w:sz w:val="22"/>
              </w:rPr>
              <w:t>5</w:t>
            </w:r>
          </w:p>
        </w:tc>
        <w:tc>
          <w:tcPr>
            <w:tcW w:w="1276" w:type="dxa"/>
            <w:tcBorders>
              <w:top w:val="single" w:sz="3" w:space="0" w:color="666666"/>
              <w:left w:val="nil"/>
              <w:bottom w:val="single" w:sz="3" w:space="0" w:color="666666"/>
              <w:right w:val="nil"/>
            </w:tcBorders>
            <w:tcMar>
              <w:top w:w="8" w:type="dxa"/>
              <w:left w:w="18" w:type="dxa"/>
              <w:bottom w:w="8" w:type="dxa"/>
              <w:right w:w="18" w:type="dxa"/>
            </w:tcMar>
            <w:vAlign w:val="center"/>
          </w:tcPr>
          <w:p w14:paraId="5C2B7A36" w14:textId="56B5BB24" w:rsidR="00374A66" w:rsidRPr="00804B9B" w:rsidRDefault="00374A66" w:rsidP="00804B9B">
            <w:pPr>
              <w:jc w:val="center"/>
              <w:rPr>
                <w:rFonts w:ascii="Times New Roman" w:hAnsi="Times New Roman" w:cs="Times New Roman"/>
                <w:bCs/>
                <w:sz w:val="22"/>
              </w:rPr>
            </w:pPr>
            <w:r w:rsidRPr="00804B9B">
              <w:rPr>
                <w:rFonts w:ascii="Times New Roman" w:hAnsi="Times New Roman" w:cs="Times New Roman"/>
                <w:bCs/>
                <w:sz w:val="22"/>
              </w:rPr>
              <w:t>27.10.2026</w:t>
            </w:r>
          </w:p>
        </w:tc>
        <w:tc>
          <w:tcPr>
            <w:tcW w:w="6662" w:type="dxa"/>
            <w:tcBorders>
              <w:top w:val="single" w:sz="3" w:space="0" w:color="666666"/>
              <w:left w:val="nil"/>
              <w:bottom w:val="single" w:sz="3" w:space="0" w:color="666666"/>
              <w:right w:val="nil"/>
            </w:tcBorders>
            <w:tcMar>
              <w:top w:w="8" w:type="dxa"/>
              <w:left w:w="18" w:type="dxa"/>
              <w:bottom w:w="8" w:type="dxa"/>
              <w:right w:w="18" w:type="dxa"/>
            </w:tcMar>
            <w:vAlign w:val="center"/>
          </w:tcPr>
          <w:p w14:paraId="0AFC500C" w14:textId="75688028" w:rsidR="00374A66" w:rsidRPr="00804B9B" w:rsidRDefault="00374A66" w:rsidP="00804B9B">
            <w:pPr>
              <w:jc w:val="both"/>
              <w:rPr>
                <w:rFonts w:ascii="Times New Roman" w:hAnsi="Times New Roman" w:cs="Times New Roman"/>
                <w:sz w:val="22"/>
              </w:rPr>
            </w:pPr>
            <w:r w:rsidRPr="00804B9B">
              <w:rPr>
                <w:rFonts w:ascii="Times New Roman" w:hAnsi="Times New Roman" w:cs="Times New Roman"/>
                <w:sz w:val="22"/>
              </w:rPr>
              <w:t>Mekân tasarımı düzenlemeleri-plan üzerinden değerlendirmeler</w:t>
            </w:r>
          </w:p>
        </w:tc>
      </w:tr>
      <w:tr w:rsidR="00374A66" w:rsidRPr="00804B9B" w14:paraId="5C123C9A" w14:textId="77777777" w:rsidTr="00804B9B">
        <w:trPr>
          <w:trHeight w:val="454"/>
          <w:jc w:val="center"/>
        </w:trPr>
        <w:tc>
          <w:tcPr>
            <w:tcW w:w="992" w:type="dxa"/>
            <w:tcBorders>
              <w:top w:val="single" w:sz="3" w:space="0" w:color="666666"/>
              <w:left w:val="nil"/>
              <w:bottom w:val="single" w:sz="3" w:space="0" w:color="666666"/>
              <w:right w:val="nil"/>
            </w:tcBorders>
            <w:tcMar>
              <w:top w:w="8" w:type="dxa"/>
              <w:left w:w="18" w:type="dxa"/>
              <w:bottom w:w="8" w:type="dxa"/>
              <w:right w:w="18" w:type="dxa"/>
            </w:tcMar>
            <w:vAlign w:val="center"/>
          </w:tcPr>
          <w:p w14:paraId="2F33625F" w14:textId="73E7F53B" w:rsidR="00374A66" w:rsidRPr="00804B9B" w:rsidRDefault="00374A66" w:rsidP="00804B9B">
            <w:pPr>
              <w:jc w:val="center"/>
              <w:rPr>
                <w:rFonts w:ascii="Times New Roman" w:hAnsi="Times New Roman" w:cs="Times New Roman"/>
                <w:sz w:val="22"/>
              </w:rPr>
            </w:pPr>
            <w:r w:rsidRPr="00804B9B">
              <w:rPr>
                <w:rFonts w:ascii="Times New Roman" w:hAnsi="Times New Roman" w:cs="Times New Roman"/>
                <w:sz w:val="22"/>
              </w:rPr>
              <w:lastRenderedPageBreak/>
              <w:t>6</w:t>
            </w:r>
          </w:p>
        </w:tc>
        <w:tc>
          <w:tcPr>
            <w:tcW w:w="1276" w:type="dxa"/>
            <w:tcBorders>
              <w:top w:val="single" w:sz="3" w:space="0" w:color="666666"/>
              <w:left w:val="nil"/>
              <w:bottom w:val="single" w:sz="3" w:space="0" w:color="666666"/>
              <w:right w:val="nil"/>
            </w:tcBorders>
            <w:tcMar>
              <w:top w:w="8" w:type="dxa"/>
              <w:left w:w="18" w:type="dxa"/>
              <w:bottom w:w="8" w:type="dxa"/>
              <w:right w:w="18" w:type="dxa"/>
            </w:tcMar>
            <w:vAlign w:val="center"/>
          </w:tcPr>
          <w:p w14:paraId="615196F3" w14:textId="6D94E194" w:rsidR="00374A66" w:rsidRPr="00804B9B" w:rsidRDefault="00374A66" w:rsidP="00804B9B">
            <w:pPr>
              <w:jc w:val="center"/>
              <w:rPr>
                <w:rFonts w:ascii="Times New Roman" w:hAnsi="Times New Roman" w:cs="Times New Roman"/>
                <w:sz w:val="22"/>
              </w:rPr>
            </w:pPr>
            <w:r w:rsidRPr="00804B9B">
              <w:rPr>
                <w:rFonts w:ascii="Times New Roman" w:hAnsi="Times New Roman" w:cs="Times New Roman"/>
                <w:sz w:val="22"/>
              </w:rPr>
              <w:t>03.11.2026</w:t>
            </w:r>
          </w:p>
        </w:tc>
        <w:tc>
          <w:tcPr>
            <w:tcW w:w="6662" w:type="dxa"/>
            <w:tcBorders>
              <w:top w:val="single" w:sz="3" w:space="0" w:color="666666"/>
              <w:left w:val="nil"/>
              <w:bottom w:val="single" w:sz="3" w:space="0" w:color="666666"/>
              <w:right w:val="nil"/>
            </w:tcBorders>
            <w:tcMar>
              <w:top w:w="8" w:type="dxa"/>
              <w:left w:w="18" w:type="dxa"/>
              <w:bottom w:w="8" w:type="dxa"/>
              <w:right w:w="18" w:type="dxa"/>
            </w:tcMar>
            <w:vAlign w:val="center"/>
          </w:tcPr>
          <w:p w14:paraId="1218CA36" w14:textId="232044D9" w:rsidR="00374A66" w:rsidRPr="00804B9B" w:rsidRDefault="00374A66" w:rsidP="00804B9B">
            <w:pPr>
              <w:jc w:val="both"/>
              <w:rPr>
                <w:rFonts w:ascii="Times New Roman" w:hAnsi="Times New Roman" w:cs="Times New Roman"/>
                <w:sz w:val="22"/>
              </w:rPr>
            </w:pPr>
            <w:r w:rsidRPr="00804B9B">
              <w:rPr>
                <w:rFonts w:ascii="Times New Roman" w:hAnsi="Times New Roman" w:cs="Times New Roman"/>
                <w:sz w:val="22"/>
              </w:rPr>
              <w:t>Mekân tasarımı düzenlemeleri-plan üzerinden değerlendirmeler</w:t>
            </w:r>
          </w:p>
        </w:tc>
      </w:tr>
      <w:tr w:rsidR="00374A66" w:rsidRPr="00804B9B" w14:paraId="665DECAC" w14:textId="77777777" w:rsidTr="00804B9B">
        <w:trPr>
          <w:trHeight w:val="454"/>
          <w:jc w:val="center"/>
        </w:trPr>
        <w:tc>
          <w:tcPr>
            <w:tcW w:w="992" w:type="dxa"/>
            <w:tcBorders>
              <w:top w:val="single" w:sz="3" w:space="0" w:color="666666"/>
              <w:left w:val="nil"/>
              <w:bottom w:val="single" w:sz="3" w:space="0" w:color="666666"/>
              <w:right w:val="nil"/>
            </w:tcBorders>
            <w:tcMar>
              <w:top w:w="8" w:type="dxa"/>
              <w:left w:w="18" w:type="dxa"/>
              <w:bottom w:w="8" w:type="dxa"/>
              <w:right w:w="18" w:type="dxa"/>
            </w:tcMar>
            <w:vAlign w:val="center"/>
          </w:tcPr>
          <w:p w14:paraId="42ABC89F" w14:textId="3ABB558D" w:rsidR="00374A66" w:rsidRPr="00804B9B" w:rsidRDefault="00374A66" w:rsidP="00804B9B">
            <w:pPr>
              <w:jc w:val="center"/>
              <w:rPr>
                <w:rFonts w:ascii="Times New Roman" w:hAnsi="Times New Roman" w:cs="Times New Roman"/>
                <w:sz w:val="22"/>
              </w:rPr>
            </w:pPr>
            <w:r w:rsidRPr="00804B9B">
              <w:rPr>
                <w:rFonts w:ascii="Times New Roman" w:hAnsi="Times New Roman" w:cs="Times New Roman"/>
                <w:sz w:val="22"/>
              </w:rPr>
              <w:t>7</w:t>
            </w:r>
          </w:p>
        </w:tc>
        <w:tc>
          <w:tcPr>
            <w:tcW w:w="1276" w:type="dxa"/>
            <w:tcBorders>
              <w:top w:val="single" w:sz="3" w:space="0" w:color="666666"/>
              <w:left w:val="nil"/>
              <w:bottom w:val="single" w:sz="3" w:space="0" w:color="666666"/>
              <w:right w:val="nil"/>
            </w:tcBorders>
            <w:tcMar>
              <w:top w:w="8" w:type="dxa"/>
              <w:left w:w="18" w:type="dxa"/>
              <w:bottom w:w="8" w:type="dxa"/>
              <w:right w:w="18" w:type="dxa"/>
            </w:tcMar>
            <w:vAlign w:val="center"/>
          </w:tcPr>
          <w:p w14:paraId="533C4C16" w14:textId="02CE5C17" w:rsidR="00374A66" w:rsidRPr="00804B9B" w:rsidRDefault="00374A66" w:rsidP="00804B9B">
            <w:pPr>
              <w:jc w:val="center"/>
              <w:rPr>
                <w:rFonts w:ascii="Times New Roman" w:hAnsi="Times New Roman" w:cs="Times New Roman"/>
                <w:sz w:val="22"/>
              </w:rPr>
            </w:pPr>
            <w:r w:rsidRPr="00804B9B">
              <w:rPr>
                <w:rFonts w:ascii="Times New Roman" w:hAnsi="Times New Roman" w:cs="Times New Roman"/>
                <w:sz w:val="22"/>
              </w:rPr>
              <w:t>10.11.2026</w:t>
            </w:r>
          </w:p>
        </w:tc>
        <w:tc>
          <w:tcPr>
            <w:tcW w:w="6662" w:type="dxa"/>
            <w:tcBorders>
              <w:top w:val="single" w:sz="3" w:space="0" w:color="666666"/>
              <w:left w:val="nil"/>
              <w:bottom w:val="single" w:sz="3" w:space="0" w:color="666666"/>
              <w:right w:val="nil"/>
            </w:tcBorders>
            <w:tcMar>
              <w:top w:w="8" w:type="dxa"/>
              <w:left w:w="18" w:type="dxa"/>
              <w:bottom w:w="8" w:type="dxa"/>
              <w:right w:w="18" w:type="dxa"/>
            </w:tcMar>
            <w:vAlign w:val="center"/>
          </w:tcPr>
          <w:p w14:paraId="4B3FB70B" w14:textId="65EF665F" w:rsidR="00374A66" w:rsidRPr="00804B9B" w:rsidRDefault="00374A66" w:rsidP="00804B9B">
            <w:pPr>
              <w:jc w:val="both"/>
              <w:rPr>
                <w:rFonts w:ascii="Times New Roman" w:hAnsi="Times New Roman" w:cs="Times New Roman"/>
                <w:sz w:val="22"/>
              </w:rPr>
            </w:pPr>
            <w:r w:rsidRPr="00804B9B">
              <w:rPr>
                <w:rFonts w:ascii="Times New Roman" w:hAnsi="Times New Roman" w:cs="Times New Roman"/>
                <w:sz w:val="22"/>
              </w:rPr>
              <w:t>Mekân tasarımı düzenlemeleri-plan ve kesit üzerinden değerlendirmeler</w:t>
            </w:r>
          </w:p>
        </w:tc>
      </w:tr>
      <w:tr w:rsidR="00374A66" w:rsidRPr="00804B9B" w14:paraId="73FB30AB" w14:textId="77777777" w:rsidTr="00804B9B">
        <w:trPr>
          <w:trHeight w:val="454"/>
          <w:jc w:val="center"/>
        </w:trPr>
        <w:tc>
          <w:tcPr>
            <w:tcW w:w="992" w:type="dxa"/>
            <w:tcBorders>
              <w:top w:val="single" w:sz="3" w:space="0" w:color="666666"/>
              <w:left w:val="nil"/>
              <w:bottom w:val="single" w:sz="3" w:space="0" w:color="666666"/>
              <w:right w:val="nil"/>
            </w:tcBorders>
            <w:tcMar>
              <w:top w:w="8" w:type="dxa"/>
              <w:left w:w="18" w:type="dxa"/>
              <w:bottom w:w="8" w:type="dxa"/>
              <w:right w:w="18" w:type="dxa"/>
            </w:tcMar>
            <w:vAlign w:val="center"/>
          </w:tcPr>
          <w:p w14:paraId="3C4D6DDB" w14:textId="53BD2ECF" w:rsidR="00374A66" w:rsidRPr="00804B9B" w:rsidRDefault="00374A66" w:rsidP="00804B9B">
            <w:pPr>
              <w:jc w:val="center"/>
              <w:rPr>
                <w:rFonts w:ascii="Times New Roman" w:hAnsi="Times New Roman" w:cs="Times New Roman"/>
                <w:sz w:val="22"/>
              </w:rPr>
            </w:pPr>
            <w:r w:rsidRPr="00804B9B">
              <w:rPr>
                <w:rFonts w:ascii="Times New Roman" w:hAnsi="Times New Roman" w:cs="Times New Roman"/>
                <w:sz w:val="22"/>
              </w:rPr>
              <w:t>8</w:t>
            </w:r>
          </w:p>
        </w:tc>
        <w:tc>
          <w:tcPr>
            <w:tcW w:w="1276" w:type="dxa"/>
            <w:tcBorders>
              <w:top w:val="single" w:sz="3" w:space="0" w:color="666666"/>
              <w:left w:val="nil"/>
              <w:bottom w:val="single" w:sz="3" w:space="0" w:color="666666"/>
              <w:right w:val="nil"/>
            </w:tcBorders>
            <w:tcMar>
              <w:top w:w="8" w:type="dxa"/>
              <w:left w:w="18" w:type="dxa"/>
              <w:bottom w:w="8" w:type="dxa"/>
              <w:right w:w="18" w:type="dxa"/>
            </w:tcMar>
            <w:vAlign w:val="center"/>
          </w:tcPr>
          <w:p w14:paraId="017C4F91" w14:textId="0521A516" w:rsidR="00374A66" w:rsidRPr="00804B9B" w:rsidRDefault="00374A66" w:rsidP="00804B9B">
            <w:pPr>
              <w:jc w:val="center"/>
              <w:rPr>
                <w:rFonts w:ascii="Times New Roman" w:hAnsi="Times New Roman" w:cs="Times New Roman"/>
                <w:sz w:val="22"/>
              </w:rPr>
            </w:pPr>
            <w:r w:rsidRPr="00804B9B">
              <w:rPr>
                <w:rFonts w:ascii="Times New Roman" w:hAnsi="Times New Roman" w:cs="Times New Roman"/>
                <w:sz w:val="22"/>
              </w:rPr>
              <w:t>17.11.2026</w:t>
            </w:r>
          </w:p>
        </w:tc>
        <w:tc>
          <w:tcPr>
            <w:tcW w:w="6662" w:type="dxa"/>
            <w:tcBorders>
              <w:top w:val="single" w:sz="3" w:space="0" w:color="666666"/>
              <w:left w:val="nil"/>
              <w:bottom w:val="single" w:sz="3" w:space="0" w:color="666666"/>
              <w:right w:val="nil"/>
            </w:tcBorders>
            <w:tcMar>
              <w:top w:w="8" w:type="dxa"/>
              <w:left w:w="18" w:type="dxa"/>
              <w:bottom w:w="8" w:type="dxa"/>
              <w:right w:w="18" w:type="dxa"/>
            </w:tcMar>
            <w:vAlign w:val="center"/>
          </w:tcPr>
          <w:p w14:paraId="19051B76" w14:textId="51859204" w:rsidR="00374A66" w:rsidRPr="00804B9B" w:rsidRDefault="00374A66" w:rsidP="00804B9B">
            <w:pPr>
              <w:jc w:val="both"/>
              <w:rPr>
                <w:rFonts w:ascii="Times New Roman" w:hAnsi="Times New Roman" w:cs="Times New Roman"/>
                <w:sz w:val="22"/>
              </w:rPr>
            </w:pPr>
            <w:r w:rsidRPr="00804B9B">
              <w:rPr>
                <w:rFonts w:ascii="Times New Roman" w:hAnsi="Times New Roman" w:cs="Times New Roman"/>
                <w:sz w:val="22"/>
              </w:rPr>
              <w:t>Mekân tasarımı düzenlemeleri-plan ve kesit üzerinden değerlendirmeler</w:t>
            </w:r>
          </w:p>
        </w:tc>
      </w:tr>
      <w:tr w:rsidR="00374A66" w:rsidRPr="00804B9B" w14:paraId="1C46232F" w14:textId="77777777" w:rsidTr="00804B9B">
        <w:trPr>
          <w:trHeight w:val="454"/>
          <w:jc w:val="center"/>
        </w:trPr>
        <w:tc>
          <w:tcPr>
            <w:tcW w:w="992" w:type="dxa"/>
            <w:tcBorders>
              <w:top w:val="single" w:sz="3" w:space="0" w:color="666666"/>
              <w:left w:val="nil"/>
              <w:bottom w:val="single" w:sz="3" w:space="0" w:color="666666"/>
              <w:right w:val="nil"/>
            </w:tcBorders>
            <w:tcMar>
              <w:top w:w="8" w:type="dxa"/>
              <w:left w:w="18" w:type="dxa"/>
              <w:bottom w:w="8" w:type="dxa"/>
              <w:right w:w="18" w:type="dxa"/>
            </w:tcMar>
            <w:vAlign w:val="center"/>
          </w:tcPr>
          <w:p w14:paraId="0686FB4F" w14:textId="397213FD" w:rsidR="00374A66" w:rsidRPr="00804B9B" w:rsidRDefault="00374A66" w:rsidP="00804B9B">
            <w:pPr>
              <w:jc w:val="center"/>
              <w:rPr>
                <w:rFonts w:ascii="Times New Roman" w:hAnsi="Times New Roman" w:cs="Times New Roman"/>
                <w:sz w:val="22"/>
              </w:rPr>
            </w:pPr>
            <w:r w:rsidRPr="00804B9B">
              <w:rPr>
                <w:rFonts w:ascii="Times New Roman" w:hAnsi="Times New Roman" w:cs="Times New Roman"/>
                <w:sz w:val="22"/>
              </w:rPr>
              <w:t>9</w:t>
            </w:r>
          </w:p>
        </w:tc>
        <w:tc>
          <w:tcPr>
            <w:tcW w:w="1276" w:type="dxa"/>
            <w:tcBorders>
              <w:top w:val="single" w:sz="3" w:space="0" w:color="666666"/>
              <w:left w:val="nil"/>
              <w:bottom w:val="single" w:sz="3" w:space="0" w:color="666666"/>
              <w:right w:val="nil"/>
            </w:tcBorders>
            <w:tcMar>
              <w:top w:w="8" w:type="dxa"/>
              <w:left w:w="18" w:type="dxa"/>
              <w:bottom w:w="8" w:type="dxa"/>
              <w:right w:w="18" w:type="dxa"/>
            </w:tcMar>
            <w:vAlign w:val="center"/>
          </w:tcPr>
          <w:p w14:paraId="0363C637" w14:textId="493D7AAE" w:rsidR="00374A66" w:rsidRPr="00804B9B" w:rsidRDefault="00374A66" w:rsidP="00804B9B">
            <w:pPr>
              <w:jc w:val="center"/>
              <w:rPr>
                <w:rFonts w:ascii="Times New Roman" w:hAnsi="Times New Roman" w:cs="Times New Roman"/>
                <w:sz w:val="22"/>
              </w:rPr>
            </w:pPr>
            <w:r w:rsidRPr="00804B9B">
              <w:rPr>
                <w:rFonts w:ascii="Times New Roman" w:hAnsi="Times New Roman" w:cs="Times New Roman"/>
                <w:sz w:val="22"/>
              </w:rPr>
              <w:t>24.11.2026</w:t>
            </w:r>
          </w:p>
        </w:tc>
        <w:tc>
          <w:tcPr>
            <w:tcW w:w="6662" w:type="dxa"/>
            <w:tcBorders>
              <w:top w:val="single" w:sz="3" w:space="0" w:color="666666"/>
              <w:left w:val="nil"/>
              <w:bottom w:val="single" w:sz="3" w:space="0" w:color="666666"/>
              <w:right w:val="nil"/>
            </w:tcBorders>
            <w:tcMar>
              <w:top w:w="8" w:type="dxa"/>
              <w:left w:w="18" w:type="dxa"/>
              <w:bottom w:w="8" w:type="dxa"/>
              <w:right w:w="18" w:type="dxa"/>
            </w:tcMar>
            <w:vAlign w:val="center"/>
          </w:tcPr>
          <w:p w14:paraId="25B7EE85" w14:textId="2CF888BA" w:rsidR="00374A66" w:rsidRPr="00804B9B" w:rsidRDefault="00374A66" w:rsidP="00804B9B">
            <w:pPr>
              <w:jc w:val="both"/>
              <w:rPr>
                <w:rFonts w:ascii="Times New Roman" w:hAnsi="Times New Roman" w:cs="Times New Roman"/>
                <w:sz w:val="22"/>
              </w:rPr>
            </w:pPr>
            <w:r w:rsidRPr="00804B9B">
              <w:rPr>
                <w:rFonts w:ascii="Times New Roman" w:hAnsi="Times New Roman" w:cs="Times New Roman"/>
                <w:sz w:val="22"/>
              </w:rPr>
              <w:t>Ara Sınav</w:t>
            </w:r>
            <w:r w:rsidR="000E1DDB" w:rsidRPr="00804B9B">
              <w:rPr>
                <w:rFonts w:ascii="Times New Roman" w:hAnsi="Times New Roman" w:cs="Times New Roman"/>
                <w:sz w:val="22"/>
              </w:rPr>
              <w:t xml:space="preserve"> </w:t>
            </w:r>
            <w:r w:rsidRPr="00804B9B">
              <w:rPr>
                <w:rFonts w:ascii="Times New Roman" w:hAnsi="Times New Roman" w:cs="Times New Roman"/>
                <w:sz w:val="22"/>
              </w:rPr>
              <w:t>(Vaziyet Planı+ Kat Plan</w:t>
            </w:r>
            <w:r w:rsidR="000E1DDB" w:rsidRPr="00804B9B">
              <w:rPr>
                <w:rFonts w:ascii="Times New Roman" w:hAnsi="Times New Roman" w:cs="Times New Roman"/>
                <w:sz w:val="22"/>
              </w:rPr>
              <w:t>ları</w:t>
            </w:r>
            <w:r w:rsidRPr="00804B9B">
              <w:rPr>
                <w:rFonts w:ascii="Times New Roman" w:hAnsi="Times New Roman" w:cs="Times New Roman"/>
                <w:sz w:val="22"/>
              </w:rPr>
              <w:t xml:space="preserve"> +Kesit </w:t>
            </w:r>
            <w:r w:rsidR="00804B9B">
              <w:rPr>
                <w:rFonts w:ascii="Times New Roman" w:hAnsi="Times New Roman" w:cs="Times New Roman"/>
                <w:sz w:val="22"/>
              </w:rPr>
              <w:t>t</w:t>
            </w:r>
            <w:r w:rsidRPr="00804B9B">
              <w:rPr>
                <w:rFonts w:ascii="Times New Roman" w:hAnsi="Times New Roman" w:cs="Times New Roman"/>
                <w:sz w:val="22"/>
              </w:rPr>
              <w:t xml:space="preserve">eslim </w:t>
            </w:r>
            <w:r w:rsidR="00804B9B">
              <w:rPr>
                <w:rFonts w:ascii="Times New Roman" w:hAnsi="Times New Roman" w:cs="Times New Roman"/>
                <w:sz w:val="22"/>
              </w:rPr>
              <w:t>e</w:t>
            </w:r>
            <w:r w:rsidRPr="00804B9B">
              <w:rPr>
                <w:rFonts w:ascii="Times New Roman" w:hAnsi="Times New Roman" w:cs="Times New Roman"/>
                <w:sz w:val="22"/>
              </w:rPr>
              <w:t>dilecek</w:t>
            </w:r>
            <w:r w:rsidR="000E1DDB" w:rsidRPr="00804B9B">
              <w:rPr>
                <w:rFonts w:ascii="Times New Roman" w:hAnsi="Times New Roman" w:cs="Times New Roman"/>
                <w:sz w:val="22"/>
              </w:rPr>
              <w:t>tir</w:t>
            </w:r>
            <w:r w:rsidRPr="00804B9B">
              <w:rPr>
                <w:rFonts w:ascii="Times New Roman" w:hAnsi="Times New Roman" w:cs="Times New Roman"/>
                <w:sz w:val="22"/>
              </w:rPr>
              <w:t>)</w:t>
            </w:r>
          </w:p>
        </w:tc>
      </w:tr>
      <w:tr w:rsidR="00374A66" w:rsidRPr="00804B9B" w14:paraId="3F804884" w14:textId="77777777" w:rsidTr="00804B9B">
        <w:trPr>
          <w:trHeight w:val="454"/>
          <w:jc w:val="center"/>
        </w:trPr>
        <w:tc>
          <w:tcPr>
            <w:tcW w:w="992" w:type="dxa"/>
            <w:tcBorders>
              <w:top w:val="single" w:sz="3" w:space="0" w:color="666666"/>
              <w:left w:val="nil"/>
              <w:bottom w:val="single" w:sz="3" w:space="0" w:color="666666"/>
              <w:right w:val="nil"/>
            </w:tcBorders>
            <w:tcMar>
              <w:top w:w="8" w:type="dxa"/>
              <w:left w:w="18" w:type="dxa"/>
              <w:bottom w:w="8" w:type="dxa"/>
              <w:right w:w="18" w:type="dxa"/>
            </w:tcMar>
            <w:vAlign w:val="center"/>
          </w:tcPr>
          <w:p w14:paraId="49C084C3" w14:textId="2DE31211" w:rsidR="00374A66" w:rsidRPr="00804B9B" w:rsidRDefault="00374A66" w:rsidP="00804B9B">
            <w:pPr>
              <w:jc w:val="center"/>
              <w:rPr>
                <w:rFonts w:ascii="Times New Roman" w:hAnsi="Times New Roman" w:cs="Times New Roman"/>
                <w:sz w:val="22"/>
              </w:rPr>
            </w:pPr>
            <w:r w:rsidRPr="00804B9B">
              <w:rPr>
                <w:rFonts w:ascii="Times New Roman" w:hAnsi="Times New Roman" w:cs="Times New Roman"/>
                <w:sz w:val="22"/>
              </w:rPr>
              <w:t>10</w:t>
            </w:r>
          </w:p>
        </w:tc>
        <w:tc>
          <w:tcPr>
            <w:tcW w:w="1276" w:type="dxa"/>
            <w:tcBorders>
              <w:top w:val="single" w:sz="3" w:space="0" w:color="666666"/>
              <w:left w:val="nil"/>
              <w:bottom w:val="single" w:sz="3" w:space="0" w:color="666666"/>
              <w:right w:val="nil"/>
            </w:tcBorders>
            <w:tcMar>
              <w:top w:w="8" w:type="dxa"/>
              <w:left w:w="18" w:type="dxa"/>
              <w:bottom w:w="8" w:type="dxa"/>
              <w:right w:w="18" w:type="dxa"/>
            </w:tcMar>
            <w:vAlign w:val="center"/>
          </w:tcPr>
          <w:p w14:paraId="79B1F9A3" w14:textId="28D1B1BE" w:rsidR="00374A66" w:rsidRPr="00804B9B" w:rsidRDefault="00374A66" w:rsidP="00804B9B">
            <w:pPr>
              <w:jc w:val="center"/>
              <w:rPr>
                <w:rFonts w:ascii="Times New Roman" w:hAnsi="Times New Roman" w:cs="Times New Roman"/>
                <w:sz w:val="22"/>
              </w:rPr>
            </w:pPr>
            <w:r w:rsidRPr="00804B9B">
              <w:rPr>
                <w:rFonts w:ascii="Times New Roman" w:hAnsi="Times New Roman" w:cs="Times New Roman"/>
                <w:sz w:val="22"/>
              </w:rPr>
              <w:t>01.12.2026</w:t>
            </w:r>
          </w:p>
        </w:tc>
        <w:tc>
          <w:tcPr>
            <w:tcW w:w="6662" w:type="dxa"/>
            <w:tcBorders>
              <w:top w:val="single" w:sz="3" w:space="0" w:color="666666"/>
              <w:left w:val="nil"/>
              <w:bottom w:val="single" w:sz="3" w:space="0" w:color="666666"/>
              <w:right w:val="nil"/>
            </w:tcBorders>
            <w:tcMar>
              <w:top w:w="8" w:type="dxa"/>
              <w:left w:w="18" w:type="dxa"/>
              <w:bottom w:w="8" w:type="dxa"/>
              <w:right w:w="18" w:type="dxa"/>
            </w:tcMar>
            <w:vAlign w:val="center"/>
          </w:tcPr>
          <w:p w14:paraId="3BC2E963" w14:textId="5E626D0F" w:rsidR="00374A66" w:rsidRPr="00804B9B" w:rsidRDefault="00374A66" w:rsidP="00804B9B">
            <w:pPr>
              <w:jc w:val="both"/>
              <w:rPr>
                <w:rFonts w:ascii="Times New Roman" w:hAnsi="Times New Roman" w:cs="Times New Roman"/>
                <w:sz w:val="22"/>
              </w:rPr>
            </w:pPr>
            <w:r w:rsidRPr="00804B9B">
              <w:rPr>
                <w:rFonts w:ascii="Times New Roman" w:hAnsi="Times New Roman" w:cs="Times New Roman"/>
                <w:sz w:val="22"/>
              </w:rPr>
              <w:t>Mekân tasarımı düzenlemeleri-plan</w:t>
            </w:r>
            <w:r w:rsidR="00BF16CE" w:rsidRPr="00804B9B">
              <w:rPr>
                <w:rFonts w:ascii="Times New Roman" w:hAnsi="Times New Roman" w:cs="Times New Roman"/>
                <w:sz w:val="22"/>
              </w:rPr>
              <w:t xml:space="preserve"> ve</w:t>
            </w:r>
            <w:r w:rsidRPr="00804B9B">
              <w:rPr>
                <w:rFonts w:ascii="Times New Roman" w:hAnsi="Times New Roman" w:cs="Times New Roman"/>
                <w:sz w:val="22"/>
              </w:rPr>
              <w:t xml:space="preserve"> kesit üzerinden eleştiriler</w:t>
            </w:r>
          </w:p>
        </w:tc>
      </w:tr>
      <w:tr w:rsidR="00374A66" w:rsidRPr="00804B9B" w14:paraId="2BEE745D" w14:textId="77777777" w:rsidTr="00804B9B">
        <w:trPr>
          <w:trHeight w:val="454"/>
          <w:jc w:val="center"/>
        </w:trPr>
        <w:tc>
          <w:tcPr>
            <w:tcW w:w="992" w:type="dxa"/>
            <w:tcBorders>
              <w:top w:val="single" w:sz="3" w:space="0" w:color="666666"/>
              <w:left w:val="nil"/>
              <w:bottom w:val="single" w:sz="3" w:space="0" w:color="666666"/>
              <w:right w:val="nil"/>
            </w:tcBorders>
            <w:tcMar>
              <w:top w:w="8" w:type="dxa"/>
              <w:left w:w="18" w:type="dxa"/>
              <w:bottom w:w="8" w:type="dxa"/>
              <w:right w:w="18" w:type="dxa"/>
            </w:tcMar>
            <w:vAlign w:val="center"/>
          </w:tcPr>
          <w:p w14:paraId="376AC9B8" w14:textId="3614F16A" w:rsidR="00374A66" w:rsidRPr="00804B9B" w:rsidRDefault="00374A66" w:rsidP="00804B9B">
            <w:pPr>
              <w:jc w:val="center"/>
              <w:rPr>
                <w:rFonts w:ascii="Times New Roman" w:hAnsi="Times New Roman" w:cs="Times New Roman"/>
                <w:sz w:val="22"/>
              </w:rPr>
            </w:pPr>
            <w:r w:rsidRPr="00804B9B">
              <w:rPr>
                <w:rFonts w:ascii="Times New Roman" w:hAnsi="Times New Roman" w:cs="Times New Roman"/>
                <w:sz w:val="22"/>
              </w:rPr>
              <w:t>11</w:t>
            </w:r>
          </w:p>
        </w:tc>
        <w:tc>
          <w:tcPr>
            <w:tcW w:w="1276" w:type="dxa"/>
            <w:tcBorders>
              <w:top w:val="single" w:sz="3" w:space="0" w:color="666666"/>
              <w:left w:val="nil"/>
              <w:bottom w:val="single" w:sz="3" w:space="0" w:color="666666"/>
              <w:right w:val="nil"/>
            </w:tcBorders>
            <w:tcMar>
              <w:top w:w="8" w:type="dxa"/>
              <w:left w:w="18" w:type="dxa"/>
              <w:bottom w:w="8" w:type="dxa"/>
              <w:right w:w="18" w:type="dxa"/>
            </w:tcMar>
            <w:vAlign w:val="center"/>
          </w:tcPr>
          <w:p w14:paraId="16C9628D" w14:textId="5E7CF786" w:rsidR="00374A66" w:rsidRPr="00804B9B" w:rsidRDefault="00374A66" w:rsidP="00804B9B">
            <w:pPr>
              <w:jc w:val="center"/>
              <w:rPr>
                <w:rFonts w:ascii="Times New Roman" w:hAnsi="Times New Roman" w:cs="Times New Roman"/>
                <w:sz w:val="22"/>
              </w:rPr>
            </w:pPr>
            <w:r w:rsidRPr="00804B9B">
              <w:rPr>
                <w:rFonts w:ascii="Times New Roman" w:hAnsi="Times New Roman" w:cs="Times New Roman"/>
                <w:sz w:val="22"/>
              </w:rPr>
              <w:t>08.12.2026</w:t>
            </w:r>
          </w:p>
        </w:tc>
        <w:tc>
          <w:tcPr>
            <w:tcW w:w="6662" w:type="dxa"/>
            <w:tcBorders>
              <w:top w:val="single" w:sz="3" w:space="0" w:color="666666"/>
              <w:left w:val="nil"/>
              <w:bottom w:val="single" w:sz="3" w:space="0" w:color="666666"/>
              <w:right w:val="nil"/>
            </w:tcBorders>
            <w:tcMar>
              <w:top w:w="8" w:type="dxa"/>
              <w:left w:w="18" w:type="dxa"/>
              <w:bottom w:w="8" w:type="dxa"/>
              <w:right w:w="18" w:type="dxa"/>
            </w:tcMar>
            <w:vAlign w:val="center"/>
          </w:tcPr>
          <w:p w14:paraId="46D6725F" w14:textId="6188F46D" w:rsidR="00374A66" w:rsidRPr="00804B9B" w:rsidRDefault="00374A66" w:rsidP="00804B9B">
            <w:pPr>
              <w:jc w:val="both"/>
              <w:rPr>
                <w:rFonts w:ascii="Times New Roman" w:hAnsi="Times New Roman" w:cs="Times New Roman"/>
                <w:sz w:val="22"/>
              </w:rPr>
            </w:pPr>
            <w:r w:rsidRPr="00804B9B">
              <w:rPr>
                <w:rFonts w:ascii="Times New Roman" w:hAnsi="Times New Roman" w:cs="Times New Roman"/>
                <w:sz w:val="22"/>
              </w:rPr>
              <w:t>Mekân tasarımı düzenlemeleri-plan, kesit, görünüş üzerinden değerlendirmeler</w:t>
            </w:r>
          </w:p>
        </w:tc>
      </w:tr>
      <w:tr w:rsidR="00374A66" w:rsidRPr="00804B9B" w14:paraId="776B9301" w14:textId="77777777" w:rsidTr="00804B9B">
        <w:trPr>
          <w:trHeight w:val="454"/>
          <w:jc w:val="center"/>
        </w:trPr>
        <w:tc>
          <w:tcPr>
            <w:tcW w:w="992" w:type="dxa"/>
            <w:tcBorders>
              <w:top w:val="single" w:sz="3" w:space="0" w:color="666666"/>
              <w:left w:val="nil"/>
              <w:bottom w:val="single" w:sz="3" w:space="0" w:color="666666"/>
              <w:right w:val="nil"/>
            </w:tcBorders>
            <w:tcMar>
              <w:top w:w="8" w:type="dxa"/>
              <w:left w:w="18" w:type="dxa"/>
              <w:bottom w:w="8" w:type="dxa"/>
              <w:right w:w="18" w:type="dxa"/>
            </w:tcMar>
            <w:vAlign w:val="center"/>
          </w:tcPr>
          <w:p w14:paraId="75F2E30E" w14:textId="45A5B01A" w:rsidR="00374A66" w:rsidRPr="00804B9B" w:rsidRDefault="00374A66" w:rsidP="00804B9B">
            <w:pPr>
              <w:jc w:val="center"/>
              <w:rPr>
                <w:rFonts w:ascii="Times New Roman" w:hAnsi="Times New Roman" w:cs="Times New Roman"/>
                <w:sz w:val="22"/>
              </w:rPr>
            </w:pPr>
            <w:r w:rsidRPr="00804B9B">
              <w:rPr>
                <w:rFonts w:ascii="Times New Roman" w:hAnsi="Times New Roman" w:cs="Times New Roman"/>
                <w:sz w:val="22"/>
              </w:rPr>
              <w:t>12</w:t>
            </w:r>
          </w:p>
        </w:tc>
        <w:tc>
          <w:tcPr>
            <w:tcW w:w="1276" w:type="dxa"/>
            <w:tcBorders>
              <w:top w:val="single" w:sz="3" w:space="0" w:color="666666"/>
              <w:left w:val="nil"/>
              <w:bottom w:val="single" w:sz="3" w:space="0" w:color="666666"/>
              <w:right w:val="nil"/>
            </w:tcBorders>
            <w:tcMar>
              <w:top w:w="8" w:type="dxa"/>
              <w:left w:w="18" w:type="dxa"/>
              <w:bottom w:w="8" w:type="dxa"/>
              <w:right w:w="18" w:type="dxa"/>
            </w:tcMar>
            <w:vAlign w:val="center"/>
          </w:tcPr>
          <w:p w14:paraId="01FD9709" w14:textId="167C52A0" w:rsidR="00374A66" w:rsidRPr="00804B9B" w:rsidRDefault="00374A66" w:rsidP="00804B9B">
            <w:pPr>
              <w:jc w:val="center"/>
              <w:rPr>
                <w:rFonts w:ascii="Times New Roman" w:hAnsi="Times New Roman" w:cs="Times New Roman"/>
                <w:sz w:val="22"/>
              </w:rPr>
            </w:pPr>
            <w:r w:rsidRPr="00804B9B">
              <w:rPr>
                <w:rFonts w:ascii="Times New Roman" w:hAnsi="Times New Roman" w:cs="Times New Roman"/>
                <w:sz w:val="22"/>
              </w:rPr>
              <w:t>15.12.2026</w:t>
            </w:r>
          </w:p>
        </w:tc>
        <w:tc>
          <w:tcPr>
            <w:tcW w:w="6662" w:type="dxa"/>
            <w:tcBorders>
              <w:top w:val="single" w:sz="3" w:space="0" w:color="666666"/>
              <w:left w:val="nil"/>
              <w:bottom w:val="single" w:sz="3" w:space="0" w:color="666666"/>
              <w:right w:val="nil"/>
            </w:tcBorders>
            <w:tcMar>
              <w:top w:w="8" w:type="dxa"/>
              <w:left w:w="18" w:type="dxa"/>
              <w:bottom w:w="8" w:type="dxa"/>
              <w:right w:w="18" w:type="dxa"/>
            </w:tcMar>
            <w:vAlign w:val="center"/>
          </w:tcPr>
          <w:p w14:paraId="7897ECFD" w14:textId="0834AC27" w:rsidR="00374A66" w:rsidRPr="00804B9B" w:rsidRDefault="00374A66" w:rsidP="00804B9B">
            <w:pPr>
              <w:jc w:val="both"/>
              <w:rPr>
                <w:rFonts w:ascii="Times New Roman" w:hAnsi="Times New Roman" w:cs="Times New Roman"/>
                <w:sz w:val="22"/>
              </w:rPr>
            </w:pPr>
            <w:r w:rsidRPr="00804B9B">
              <w:rPr>
                <w:rFonts w:ascii="Times New Roman" w:hAnsi="Times New Roman" w:cs="Times New Roman"/>
                <w:sz w:val="22"/>
              </w:rPr>
              <w:t>Mekân tasarımı düzenlemeleri-plan, kesit, görünüş üzerinden değerlendirmeler</w:t>
            </w:r>
          </w:p>
        </w:tc>
      </w:tr>
      <w:tr w:rsidR="00374A66" w:rsidRPr="00804B9B" w14:paraId="450FD87E" w14:textId="77777777" w:rsidTr="00804B9B">
        <w:trPr>
          <w:trHeight w:val="454"/>
          <w:jc w:val="center"/>
        </w:trPr>
        <w:tc>
          <w:tcPr>
            <w:tcW w:w="992" w:type="dxa"/>
            <w:tcBorders>
              <w:top w:val="single" w:sz="3" w:space="0" w:color="666666"/>
              <w:left w:val="nil"/>
              <w:bottom w:val="single" w:sz="3" w:space="0" w:color="666666"/>
              <w:right w:val="nil"/>
            </w:tcBorders>
            <w:tcMar>
              <w:top w:w="8" w:type="dxa"/>
              <w:left w:w="18" w:type="dxa"/>
              <w:bottom w:w="8" w:type="dxa"/>
              <w:right w:w="18" w:type="dxa"/>
            </w:tcMar>
            <w:vAlign w:val="center"/>
          </w:tcPr>
          <w:p w14:paraId="74F39043" w14:textId="6DCB81EF" w:rsidR="00374A66" w:rsidRPr="00804B9B" w:rsidRDefault="00374A66" w:rsidP="00804B9B">
            <w:pPr>
              <w:jc w:val="center"/>
              <w:rPr>
                <w:rFonts w:ascii="Times New Roman" w:hAnsi="Times New Roman" w:cs="Times New Roman"/>
                <w:sz w:val="22"/>
              </w:rPr>
            </w:pPr>
            <w:r w:rsidRPr="00804B9B">
              <w:rPr>
                <w:rFonts w:ascii="Times New Roman" w:hAnsi="Times New Roman" w:cs="Times New Roman"/>
                <w:sz w:val="22"/>
              </w:rPr>
              <w:t>13</w:t>
            </w:r>
          </w:p>
        </w:tc>
        <w:tc>
          <w:tcPr>
            <w:tcW w:w="1276" w:type="dxa"/>
            <w:tcBorders>
              <w:top w:val="single" w:sz="3" w:space="0" w:color="666666"/>
              <w:left w:val="nil"/>
              <w:bottom w:val="single" w:sz="3" w:space="0" w:color="666666"/>
              <w:right w:val="nil"/>
            </w:tcBorders>
            <w:tcMar>
              <w:top w:w="8" w:type="dxa"/>
              <w:left w:w="18" w:type="dxa"/>
              <w:bottom w:w="8" w:type="dxa"/>
              <w:right w:w="18" w:type="dxa"/>
            </w:tcMar>
            <w:vAlign w:val="center"/>
          </w:tcPr>
          <w:p w14:paraId="3EF240C4" w14:textId="0B83EFFF" w:rsidR="00374A66" w:rsidRPr="00804B9B" w:rsidRDefault="00374A66" w:rsidP="00804B9B">
            <w:pPr>
              <w:jc w:val="center"/>
              <w:rPr>
                <w:rFonts w:ascii="Times New Roman" w:hAnsi="Times New Roman" w:cs="Times New Roman"/>
                <w:sz w:val="22"/>
              </w:rPr>
            </w:pPr>
            <w:r w:rsidRPr="00804B9B">
              <w:rPr>
                <w:rFonts w:ascii="Times New Roman" w:hAnsi="Times New Roman" w:cs="Times New Roman"/>
                <w:sz w:val="22"/>
              </w:rPr>
              <w:t>22.12.2026</w:t>
            </w:r>
          </w:p>
        </w:tc>
        <w:tc>
          <w:tcPr>
            <w:tcW w:w="6662" w:type="dxa"/>
            <w:tcBorders>
              <w:top w:val="single" w:sz="3" w:space="0" w:color="666666"/>
              <w:left w:val="nil"/>
              <w:bottom w:val="single" w:sz="3" w:space="0" w:color="666666"/>
              <w:right w:val="nil"/>
            </w:tcBorders>
            <w:tcMar>
              <w:top w:w="8" w:type="dxa"/>
              <w:left w:w="18" w:type="dxa"/>
              <w:bottom w:w="8" w:type="dxa"/>
              <w:right w:w="18" w:type="dxa"/>
            </w:tcMar>
            <w:vAlign w:val="center"/>
          </w:tcPr>
          <w:p w14:paraId="6EAB84BA" w14:textId="6601983A" w:rsidR="00374A66" w:rsidRPr="00804B9B" w:rsidRDefault="00374A66" w:rsidP="00804B9B">
            <w:pPr>
              <w:jc w:val="both"/>
              <w:rPr>
                <w:rFonts w:ascii="Times New Roman" w:hAnsi="Times New Roman" w:cs="Times New Roman"/>
                <w:sz w:val="22"/>
              </w:rPr>
            </w:pPr>
            <w:r w:rsidRPr="00804B9B">
              <w:rPr>
                <w:rFonts w:ascii="Times New Roman" w:hAnsi="Times New Roman" w:cs="Times New Roman"/>
                <w:sz w:val="22"/>
              </w:rPr>
              <w:t>Mekân tasarımı düzenlemeleri-plan, kesit, görünüş ve kitle maketi üzerinden değerlendirmeler</w:t>
            </w:r>
          </w:p>
        </w:tc>
      </w:tr>
      <w:tr w:rsidR="00374A66" w:rsidRPr="00804B9B" w14:paraId="74627DFF" w14:textId="77777777" w:rsidTr="00804B9B">
        <w:trPr>
          <w:trHeight w:val="454"/>
          <w:jc w:val="center"/>
        </w:trPr>
        <w:tc>
          <w:tcPr>
            <w:tcW w:w="992" w:type="dxa"/>
            <w:tcBorders>
              <w:top w:val="single" w:sz="3" w:space="0" w:color="666666"/>
              <w:left w:val="nil"/>
              <w:bottom w:val="single" w:sz="3" w:space="0" w:color="666666"/>
              <w:right w:val="nil"/>
            </w:tcBorders>
            <w:tcMar>
              <w:top w:w="8" w:type="dxa"/>
              <w:left w:w="18" w:type="dxa"/>
              <w:bottom w:w="8" w:type="dxa"/>
              <w:right w:w="18" w:type="dxa"/>
            </w:tcMar>
            <w:vAlign w:val="center"/>
          </w:tcPr>
          <w:p w14:paraId="0BF13C9B" w14:textId="0EE0611C" w:rsidR="00374A66" w:rsidRPr="00804B9B" w:rsidRDefault="00374A66" w:rsidP="00804B9B">
            <w:pPr>
              <w:jc w:val="center"/>
              <w:rPr>
                <w:rFonts w:ascii="Times New Roman" w:hAnsi="Times New Roman" w:cs="Times New Roman"/>
                <w:sz w:val="22"/>
              </w:rPr>
            </w:pPr>
            <w:r w:rsidRPr="00804B9B">
              <w:rPr>
                <w:rFonts w:ascii="Times New Roman" w:hAnsi="Times New Roman" w:cs="Times New Roman"/>
                <w:sz w:val="22"/>
              </w:rPr>
              <w:t>14</w:t>
            </w:r>
          </w:p>
        </w:tc>
        <w:tc>
          <w:tcPr>
            <w:tcW w:w="1276" w:type="dxa"/>
            <w:tcBorders>
              <w:top w:val="single" w:sz="3" w:space="0" w:color="666666"/>
              <w:left w:val="nil"/>
              <w:bottom w:val="single" w:sz="3" w:space="0" w:color="666666"/>
              <w:right w:val="nil"/>
            </w:tcBorders>
            <w:tcMar>
              <w:top w:w="8" w:type="dxa"/>
              <w:left w:w="18" w:type="dxa"/>
              <w:bottom w:w="8" w:type="dxa"/>
              <w:right w:w="18" w:type="dxa"/>
            </w:tcMar>
            <w:vAlign w:val="center"/>
          </w:tcPr>
          <w:p w14:paraId="40AED030" w14:textId="2B700B66" w:rsidR="00374A66" w:rsidRPr="00804B9B" w:rsidRDefault="00374A66" w:rsidP="00804B9B">
            <w:pPr>
              <w:jc w:val="center"/>
              <w:rPr>
                <w:rFonts w:ascii="Times New Roman" w:hAnsi="Times New Roman" w:cs="Times New Roman"/>
                <w:bCs/>
                <w:sz w:val="22"/>
              </w:rPr>
            </w:pPr>
            <w:r w:rsidRPr="00804B9B">
              <w:rPr>
                <w:rFonts w:ascii="Times New Roman" w:hAnsi="Times New Roman" w:cs="Times New Roman"/>
                <w:bCs/>
                <w:sz w:val="22"/>
              </w:rPr>
              <w:t>29.12.2026</w:t>
            </w:r>
          </w:p>
        </w:tc>
        <w:tc>
          <w:tcPr>
            <w:tcW w:w="6662" w:type="dxa"/>
            <w:tcBorders>
              <w:top w:val="single" w:sz="3" w:space="0" w:color="666666"/>
              <w:left w:val="nil"/>
              <w:bottom w:val="single" w:sz="3" w:space="0" w:color="666666"/>
              <w:right w:val="nil"/>
            </w:tcBorders>
            <w:tcMar>
              <w:top w:w="8" w:type="dxa"/>
              <w:left w:w="18" w:type="dxa"/>
              <w:bottom w:w="8" w:type="dxa"/>
              <w:right w:w="18" w:type="dxa"/>
            </w:tcMar>
            <w:vAlign w:val="center"/>
          </w:tcPr>
          <w:p w14:paraId="0D759F07" w14:textId="2C0898AC" w:rsidR="00374A66" w:rsidRPr="00804B9B" w:rsidRDefault="00374A66" w:rsidP="00804B9B">
            <w:pPr>
              <w:jc w:val="both"/>
              <w:rPr>
                <w:rFonts w:ascii="Times New Roman" w:hAnsi="Times New Roman" w:cs="Times New Roman"/>
                <w:sz w:val="22"/>
              </w:rPr>
            </w:pPr>
            <w:r w:rsidRPr="00804B9B">
              <w:rPr>
                <w:rFonts w:ascii="Times New Roman" w:hAnsi="Times New Roman" w:cs="Times New Roman"/>
                <w:sz w:val="22"/>
              </w:rPr>
              <w:t>Mekân tasarımı düzenlemeleri-plan, kesit, görünüş ve kitle maketi üzerinden değerlendirmeler</w:t>
            </w:r>
          </w:p>
        </w:tc>
      </w:tr>
      <w:tr w:rsidR="00374A66" w:rsidRPr="00804B9B" w14:paraId="54C6607C" w14:textId="77777777" w:rsidTr="00804B9B">
        <w:trPr>
          <w:trHeight w:val="454"/>
          <w:jc w:val="center"/>
        </w:trPr>
        <w:tc>
          <w:tcPr>
            <w:tcW w:w="992" w:type="dxa"/>
            <w:tcBorders>
              <w:top w:val="single" w:sz="3" w:space="0" w:color="666666"/>
              <w:left w:val="nil"/>
              <w:bottom w:val="single" w:sz="3" w:space="0" w:color="666666"/>
              <w:right w:val="nil"/>
            </w:tcBorders>
            <w:tcMar>
              <w:top w:w="8" w:type="dxa"/>
              <w:left w:w="18" w:type="dxa"/>
              <w:bottom w:w="8" w:type="dxa"/>
              <w:right w:w="18" w:type="dxa"/>
            </w:tcMar>
            <w:vAlign w:val="center"/>
          </w:tcPr>
          <w:p w14:paraId="01889128" w14:textId="53BE5844" w:rsidR="00374A66" w:rsidRPr="00804B9B" w:rsidRDefault="00374A66" w:rsidP="00804B9B">
            <w:pPr>
              <w:jc w:val="center"/>
              <w:rPr>
                <w:rFonts w:ascii="Times New Roman" w:hAnsi="Times New Roman" w:cs="Times New Roman"/>
                <w:sz w:val="22"/>
              </w:rPr>
            </w:pPr>
            <w:r w:rsidRPr="00804B9B">
              <w:rPr>
                <w:rFonts w:ascii="Times New Roman" w:hAnsi="Times New Roman" w:cs="Times New Roman"/>
                <w:sz w:val="22"/>
              </w:rPr>
              <w:t>15</w:t>
            </w:r>
          </w:p>
        </w:tc>
        <w:tc>
          <w:tcPr>
            <w:tcW w:w="1276" w:type="dxa"/>
            <w:tcBorders>
              <w:top w:val="single" w:sz="3" w:space="0" w:color="666666"/>
              <w:left w:val="nil"/>
              <w:bottom w:val="single" w:sz="3" w:space="0" w:color="666666"/>
              <w:right w:val="nil"/>
            </w:tcBorders>
            <w:tcMar>
              <w:top w:w="8" w:type="dxa"/>
              <w:left w:w="18" w:type="dxa"/>
              <w:bottom w:w="8" w:type="dxa"/>
              <w:right w:w="18" w:type="dxa"/>
            </w:tcMar>
            <w:vAlign w:val="center"/>
          </w:tcPr>
          <w:p w14:paraId="6F356633" w14:textId="26EA7E21" w:rsidR="00374A66" w:rsidRPr="00804B9B" w:rsidRDefault="00374A66" w:rsidP="00804B9B">
            <w:pPr>
              <w:jc w:val="center"/>
              <w:rPr>
                <w:rFonts w:ascii="Times New Roman" w:hAnsi="Times New Roman" w:cs="Times New Roman"/>
                <w:sz w:val="22"/>
              </w:rPr>
            </w:pPr>
            <w:r w:rsidRPr="00804B9B">
              <w:rPr>
                <w:rFonts w:ascii="Times New Roman" w:hAnsi="Times New Roman" w:cs="Times New Roman"/>
                <w:sz w:val="22"/>
              </w:rPr>
              <w:t>05.01.2027</w:t>
            </w:r>
          </w:p>
        </w:tc>
        <w:tc>
          <w:tcPr>
            <w:tcW w:w="6662" w:type="dxa"/>
            <w:tcBorders>
              <w:top w:val="single" w:sz="3" w:space="0" w:color="666666"/>
              <w:left w:val="nil"/>
              <w:bottom w:val="single" w:sz="3" w:space="0" w:color="666666"/>
              <w:right w:val="nil"/>
            </w:tcBorders>
            <w:tcMar>
              <w:top w:w="8" w:type="dxa"/>
              <w:left w:w="18" w:type="dxa"/>
              <w:bottom w:w="8" w:type="dxa"/>
              <w:right w:w="18" w:type="dxa"/>
            </w:tcMar>
            <w:vAlign w:val="center"/>
          </w:tcPr>
          <w:p w14:paraId="6E9E94FB" w14:textId="2FDC4FFA" w:rsidR="00374A66" w:rsidRPr="00804B9B" w:rsidRDefault="00374A66" w:rsidP="00804B9B">
            <w:pPr>
              <w:jc w:val="both"/>
              <w:rPr>
                <w:rFonts w:ascii="Times New Roman" w:hAnsi="Times New Roman" w:cs="Times New Roman"/>
                <w:sz w:val="22"/>
              </w:rPr>
            </w:pPr>
            <w:r w:rsidRPr="00804B9B">
              <w:rPr>
                <w:rFonts w:ascii="Times New Roman" w:hAnsi="Times New Roman" w:cs="Times New Roman"/>
                <w:sz w:val="22"/>
              </w:rPr>
              <w:t>Mekân tasarımı düzenlemeleri-plan, kesit, görünüş ve kitle maketi üzerinden değerlendirmeler</w:t>
            </w:r>
          </w:p>
        </w:tc>
      </w:tr>
    </w:tbl>
    <w:p w14:paraId="05DF2220" w14:textId="77777777" w:rsidR="00CF4B9B" w:rsidRPr="00804B9B" w:rsidRDefault="00CF4B9B" w:rsidP="00804B9B">
      <w:pPr>
        <w:spacing w:after="120"/>
        <w:rPr>
          <w:rFonts w:ascii="Times New Roman" w:hAnsi="Times New Roman" w:cs="Times New Roman"/>
          <w:b/>
          <w:sz w:val="22"/>
        </w:rPr>
      </w:pPr>
    </w:p>
    <w:p w14:paraId="32D09F66" w14:textId="0717E6AC" w:rsidR="00557151" w:rsidRPr="00804B9B" w:rsidRDefault="00000000" w:rsidP="00804B9B">
      <w:pPr>
        <w:spacing w:after="120"/>
        <w:rPr>
          <w:rFonts w:ascii="Times New Roman" w:hAnsi="Times New Roman" w:cs="Times New Roman"/>
          <w:b/>
          <w:sz w:val="22"/>
        </w:rPr>
      </w:pPr>
      <w:r w:rsidRPr="00804B9B">
        <w:rPr>
          <w:rFonts w:ascii="Times New Roman" w:hAnsi="Times New Roman" w:cs="Times New Roman"/>
          <w:b/>
          <w:sz w:val="22"/>
        </w:rPr>
        <w:t>Önerilen Kaynaklar</w:t>
      </w:r>
    </w:p>
    <w:p w14:paraId="3EEDB153" w14:textId="77777777" w:rsidR="00804B9B" w:rsidRPr="00FA1EC8" w:rsidRDefault="00804B9B" w:rsidP="00804B9B">
      <w:pPr>
        <w:pStyle w:val="ListeParagraf"/>
        <w:numPr>
          <w:ilvl w:val="0"/>
          <w:numId w:val="11"/>
        </w:numPr>
        <w:spacing w:after="60"/>
        <w:ind w:left="708" w:hanging="282"/>
        <w:contextualSpacing w:val="0"/>
        <w:jc w:val="both"/>
        <w:rPr>
          <w:rFonts w:ascii="Times New Roman" w:hAnsi="Times New Roman" w:cs="Times New Roman"/>
          <w:sz w:val="22"/>
          <w:lang w:val="tr-TR"/>
        </w:rPr>
      </w:pPr>
      <w:r w:rsidRPr="00FA1EC8">
        <w:rPr>
          <w:rFonts w:ascii="Times New Roman" w:hAnsi="Times New Roman" w:cs="Times New Roman"/>
          <w:sz w:val="22"/>
          <w:lang w:val="tr-TR"/>
        </w:rPr>
        <w:t xml:space="preserve">Altan, M. İ. (2024). </w:t>
      </w:r>
      <w:r w:rsidRPr="00A2667C">
        <w:rPr>
          <w:rFonts w:ascii="Times New Roman" w:hAnsi="Times New Roman" w:cs="Times New Roman"/>
          <w:i/>
          <w:iCs/>
          <w:sz w:val="22"/>
          <w:lang w:val="tr-TR"/>
        </w:rPr>
        <w:t>Mimarlık ve iç mimarlık öğrencileri için teknik resim</w:t>
      </w:r>
      <w:r w:rsidRPr="00FA1EC8">
        <w:rPr>
          <w:rFonts w:ascii="Times New Roman" w:hAnsi="Times New Roman" w:cs="Times New Roman"/>
          <w:sz w:val="22"/>
          <w:lang w:val="tr-TR"/>
        </w:rPr>
        <w:t xml:space="preserve">. </w:t>
      </w:r>
      <w:r>
        <w:rPr>
          <w:rFonts w:ascii="Times New Roman" w:hAnsi="Times New Roman" w:cs="Times New Roman"/>
          <w:sz w:val="22"/>
          <w:lang w:val="tr-TR"/>
        </w:rPr>
        <w:t xml:space="preserve">İstanbul: </w:t>
      </w:r>
      <w:r w:rsidRPr="00FA1EC8">
        <w:rPr>
          <w:rFonts w:ascii="Times New Roman" w:hAnsi="Times New Roman" w:cs="Times New Roman"/>
          <w:sz w:val="22"/>
          <w:lang w:val="tr-TR"/>
        </w:rPr>
        <w:t>YEM Yayınları.</w:t>
      </w:r>
    </w:p>
    <w:p w14:paraId="3FB88A07" w14:textId="77777777" w:rsidR="00804B9B" w:rsidRPr="00FA1EC8" w:rsidRDefault="00804B9B" w:rsidP="00804B9B">
      <w:pPr>
        <w:pStyle w:val="ListeParagraf"/>
        <w:numPr>
          <w:ilvl w:val="0"/>
          <w:numId w:val="11"/>
        </w:numPr>
        <w:spacing w:after="60"/>
        <w:ind w:left="708" w:hanging="282"/>
        <w:contextualSpacing w:val="0"/>
        <w:jc w:val="both"/>
        <w:rPr>
          <w:rFonts w:ascii="Times New Roman" w:hAnsi="Times New Roman" w:cs="Times New Roman"/>
          <w:sz w:val="22"/>
          <w:lang w:val="tr-TR"/>
        </w:rPr>
      </w:pPr>
      <w:r w:rsidRPr="00FA1EC8">
        <w:rPr>
          <w:rFonts w:ascii="Times New Roman" w:hAnsi="Times New Roman" w:cs="Times New Roman"/>
          <w:sz w:val="22"/>
          <w:lang w:val="tr-TR"/>
        </w:rPr>
        <w:t xml:space="preserve">Arcan, E. F., Evci, F. (1999). </w:t>
      </w:r>
      <w:r w:rsidRPr="00A2667C">
        <w:rPr>
          <w:rFonts w:ascii="Times New Roman" w:hAnsi="Times New Roman" w:cs="Times New Roman"/>
          <w:i/>
          <w:iCs/>
          <w:sz w:val="22"/>
          <w:lang w:val="tr-TR"/>
        </w:rPr>
        <w:t>Mimari Tasarıma Yaklaşım I</w:t>
      </w:r>
      <w:r w:rsidRPr="00FA1EC8">
        <w:rPr>
          <w:rFonts w:ascii="Times New Roman" w:hAnsi="Times New Roman" w:cs="Times New Roman"/>
          <w:sz w:val="22"/>
          <w:lang w:val="tr-TR"/>
        </w:rPr>
        <w:t>. İstanbul: Tasarım Yayın Grubu.</w:t>
      </w:r>
    </w:p>
    <w:p w14:paraId="25941652" w14:textId="77777777" w:rsidR="00804B9B" w:rsidRPr="00FA1EC8" w:rsidRDefault="00804B9B" w:rsidP="00804B9B">
      <w:pPr>
        <w:pStyle w:val="ListeParagraf"/>
        <w:numPr>
          <w:ilvl w:val="0"/>
          <w:numId w:val="11"/>
        </w:numPr>
        <w:spacing w:after="60"/>
        <w:ind w:left="708" w:hanging="282"/>
        <w:contextualSpacing w:val="0"/>
        <w:jc w:val="both"/>
        <w:rPr>
          <w:rFonts w:ascii="Times New Roman" w:hAnsi="Times New Roman" w:cs="Times New Roman"/>
          <w:sz w:val="22"/>
          <w:lang w:val="tr-TR"/>
        </w:rPr>
      </w:pPr>
      <w:r w:rsidRPr="00FA1EC8">
        <w:rPr>
          <w:rFonts w:ascii="Times New Roman" w:hAnsi="Times New Roman" w:cs="Times New Roman"/>
          <w:sz w:val="22"/>
          <w:lang w:val="tr-TR"/>
        </w:rPr>
        <w:t xml:space="preserve">Arcila, M. T. (2002). </w:t>
      </w:r>
      <w:r w:rsidRPr="00A2667C">
        <w:rPr>
          <w:rFonts w:ascii="Times New Roman" w:hAnsi="Times New Roman" w:cs="Times New Roman"/>
          <w:i/>
          <w:iCs/>
          <w:sz w:val="22"/>
          <w:lang w:val="tr-TR"/>
        </w:rPr>
        <w:t>Contemporary Houses of the World</w:t>
      </w:r>
      <w:r w:rsidRPr="00FA1EC8">
        <w:rPr>
          <w:rFonts w:ascii="Times New Roman" w:hAnsi="Times New Roman" w:cs="Times New Roman"/>
          <w:sz w:val="22"/>
          <w:lang w:val="tr-TR"/>
        </w:rPr>
        <w:t>. Mexico: Atrium International.</w:t>
      </w:r>
    </w:p>
    <w:p w14:paraId="3D291138" w14:textId="77777777" w:rsidR="00804B9B" w:rsidRPr="00FA1EC8" w:rsidRDefault="00804B9B" w:rsidP="00804B9B">
      <w:pPr>
        <w:pStyle w:val="ListeParagraf"/>
        <w:numPr>
          <w:ilvl w:val="0"/>
          <w:numId w:val="11"/>
        </w:numPr>
        <w:spacing w:after="60"/>
        <w:ind w:left="708" w:hanging="282"/>
        <w:contextualSpacing w:val="0"/>
        <w:jc w:val="both"/>
        <w:rPr>
          <w:rFonts w:ascii="Times New Roman" w:hAnsi="Times New Roman" w:cs="Times New Roman"/>
          <w:sz w:val="22"/>
          <w:lang w:val="tr-TR"/>
        </w:rPr>
      </w:pPr>
      <w:r w:rsidRPr="00FA1EC8">
        <w:rPr>
          <w:rFonts w:ascii="Times New Roman" w:hAnsi="Times New Roman" w:cs="Times New Roman"/>
          <w:sz w:val="22"/>
          <w:lang w:val="tr-TR"/>
        </w:rPr>
        <w:t xml:space="preserve">Asensio, P. (Ed.). (2002). </w:t>
      </w:r>
      <w:r w:rsidRPr="00A2667C">
        <w:rPr>
          <w:rFonts w:ascii="Times New Roman" w:hAnsi="Times New Roman" w:cs="Times New Roman"/>
          <w:i/>
          <w:iCs/>
          <w:sz w:val="22"/>
          <w:lang w:val="tr-TR"/>
        </w:rPr>
        <w:t>Spectacular Houses</w:t>
      </w:r>
      <w:r w:rsidRPr="00FA1EC8">
        <w:rPr>
          <w:rFonts w:ascii="Times New Roman" w:hAnsi="Times New Roman" w:cs="Times New Roman"/>
          <w:sz w:val="22"/>
          <w:lang w:val="tr-TR"/>
        </w:rPr>
        <w:t>. Madrid: H. Klickzowski.</w:t>
      </w:r>
    </w:p>
    <w:p w14:paraId="6B866B7B" w14:textId="77777777" w:rsidR="00804B9B" w:rsidRPr="00FA1EC8" w:rsidRDefault="00804B9B" w:rsidP="00804B9B">
      <w:pPr>
        <w:pStyle w:val="ListeParagraf"/>
        <w:numPr>
          <w:ilvl w:val="0"/>
          <w:numId w:val="11"/>
        </w:numPr>
        <w:spacing w:after="60"/>
        <w:ind w:left="708" w:hanging="282"/>
        <w:contextualSpacing w:val="0"/>
        <w:jc w:val="both"/>
        <w:rPr>
          <w:rFonts w:ascii="Times New Roman" w:hAnsi="Times New Roman" w:cs="Times New Roman"/>
          <w:sz w:val="22"/>
          <w:lang w:val="tr-TR"/>
        </w:rPr>
      </w:pPr>
      <w:r w:rsidRPr="00FA1EC8">
        <w:rPr>
          <w:rFonts w:ascii="Times New Roman" w:hAnsi="Times New Roman" w:cs="Times New Roman"/>
          <w:sz w:val="22"/>
          <w:lang w:val="tr-TR"/>
        </w:rPr>
        <w:t xml:space="preserve">Bayülke, N. (2018). </w:t>
      </w:r>
      <w:r w:rsidRPr="00A2667C">
        <w:rPr>
          <w:rFonts w:ascii="Times New Roman" w:hAnsi="Times New Roman" w:cs="Times New Roman"/>
          <w:i/>
          <w:iCs/>
          <w:sz w:val="22"/>
          <w:lang w:val="tr-TR"/>
        </w:rPr>
        <w:t>Yığma yapılar: Taş ve tuğla</w:t>
      </w:r>
      <w:r w:rsidRPr="00FA1EC8">
        <w:rPr>
          <w:rFonts w:ascii="Times New Roman" w:hAnsi="Times New Roman" w:cs="Times New Roman"/>
          <w:sz w:val="22"/>
          <w:lang w:val="tr-TR"/>
        </w:rPr>
        <w:t xml:space="preserve">. </w:t>
      </w:r>
      <w:r>
        <w:rPr>
          <w:rFonts w:ascii="Times New Roman" w:hAnsi="Times New Roman" w:cs="Times New Roman"/>
          <w:sz w:val="22"/>
          <w:lang w:val="tr-TR"/>
        </w:rPr>
        <w:t xml:space="preserve">Ankara: </w:t>
      </w:r>
      <w:r w:rsidRPr="00FA1EC8">
        <w:rPr>
          <w:rFonts w:ascii="Times New Roman" w:hAnsi="Times New Roman" w:cs="Times New Roman"/>
          <w:sz w:val="22"/>
          <w:lang w:val="tr-TR"/>
        </w:rPr>
        <w:t>TMMOB İnşaat Mühendisleri Odası Ankara Şubesi.</w:t>
      </w:r>
    </w:p>
    <w:p w14:paraId="1ED63B3B" w14:textId="77777777" w:rsidR="00804B9B" w:rsidRPr="00FA1EC8" w:rsidRDefault="00804B9B" w:rsidP="00804B9B">
      <w:pPr>
        <w:pStyle w:val="ListeParagraf"/>
        <w:numPr>
          <w:ilvl w:val="0"/>
          <w:numId w:val="11"/>
        </w:numPr>
        <w:spacing w:after="60"/>
        <w:ind w:left="708" w:hanging="282"/>
        <w:contextualSpacing w:val="0"/>
        <w:jc w:val="both"/>
        <w:rPr>
          <w:rFonts w:ascii="Times New Roman" w:hAnsi="Times New Roman" w:cs="Times New Roman"/>
          <w:sz w:val="22"/>
          <w:lang w:val="tr-TR"/>
        </w:rPr>
      </w:pPr>
      <w:r w:rsidRPr="00FA1EC8">
        <w:rPr>
          <w:rFonts w:ascii="Times New Roman" w:hAnsi="Times New Roman" w:cs="Times New Roman"/>
          <w:sz w:val="22"/>
          <w:lang w:val="tr-TR"/>
        </w:rPr>
        <w:t xml:space="preserve">Cerver, F. A. (Ed.). (1997). </w:t>
      </w:r>
      <w:r w:rsidRPr="00A2667C">
        <w:rPr>
          <w:rFonts w:ascii="Times New Roman" w:hAnsi="Times New Roman" w:cs="Times New Roman"/>
          <w:i/>
          <w:iCs/>
          <w:sz w:val="22"/>
          <w:lang w:val="tr-TR"/>
        </w:rPr>
        <w:t>Exclusive Houses: New Concepts in Housing Architecture</w:t>
      </w:r>
      <w:r w:rsidRPr="00FA1EC8">
        <w:rPr>
          <w:rFonts w:ascii="Times New Roman" w:hAnsi="Times New Roman" w:cs="Times New Roman"/>
          <w:sz w:val="22"/>
          <w:lang w:val="tr-TR"/>
        </w:rPr>
        <w:t>. Barcelona: Atrium International.</w:t>
      </w:r>
    </w:p>
    <w:p w14:paraId="1BAB0F57" w14:textId="77777777" w:rsidR="00804B9B" w:rsidRPr="00FA1EC8" w:rsidRDefault="00804B9B" w:rsidP="00804B9B">
      <w:pPr>
        <w:pStyle w:val="ListeParagraf"/>
        <w:numPr>
          <w:ilvl w:val="0"/>
          <w:numId w:val="11"/>
        </w:numPr>
        <w:spacing w:after="60"/>
        <w:ind w:left="708" w:hanging="282"/>
        <w:contextualSpacing w:val="0"/>
        <w:jc w:val="both"/>
        <w:rPr>
          <w:rFonts w:ascii="Times New Roman" w:hAnsi="Times New Roman" w:cs="Times New Roman"/>
          <w:sz w:val="22"/>
          <w:lang w:val="tr-TR"/>
        </w:rPr>
      </w:pPr>
      <w:r w:rsidRPr="00FA1EC8">
        <w:rPr>
          <w:rFonts w:ascii="Times New Roman" w:hAnsi="Times New Roman" w:cs="Times New Roman"/>
          <w:sz w:val="22"/>
          <w:lang w:val="tr-TR"/>
        </w:rPr>
        <w:t xml:space="preserve">Ching, F. D. K. (2006). </w:t>
      </w:r>
      <w:r w:rsidRPr="00A2667C">
        <w:rPr>
          <w:rFonts w:ascii="Times New Roman" w:hAnsi="Times New Roman" w:cs="Times New Roman"/>
          <w:i/>
          <w:iCs/>
          <w:sz w:val="22"/>
          <w:lang w:val="tr-TR"/>
        </w:rPr>
        <w:t>Çizimlerle bina yapım rehberi</w:t>
      </w:r>
      <w:r w:rsidRPr="00FA1EC8">
        <w:rPr>
          <w:rFonts w:ascii="Times New Roman" w:hAnsi="Times New Roman" w:cs="Times New Roman"/>
          <w:sz w:val="22"/>
          <w:lang w:val="tr-TR"/>
        </w:rPr>
        <w:t xml:space="preserve">. </w:t>
      </w:r>
      <w:r>
        <w:rPr>
          <w:rFonts w:ascii="Times New Roman" w:hAnsi="Times New Roman" w:cs="Times New Roman"/>
          <w:sz w:val="22"/>
          <w:lang w:val="tr-TR"/>
        </w:rPr>
        <w:t xml:space="preserve">İstanbul: </w:t>
      </w:r>
      <w:r w:rsidRPr="00FA1EC8">
        <w:rPr>
          <w:rFonts w:ascii="Times New Roman" w:hAnsi="Times New Roman" w:cs="Times New Roman"/>
          <w:sz w:val="22"/>
          <w:lang w:val="tr-TR"/>
        </w:rPr>
        <w:t>YEM Yayın</w:t>
      </w:r>
      <w:r>
        <w:rPr>
          <w:rFonts w:ascii="Times New Roman" w:hAnsi="Times New Roman" w:cs="Times New Roman"/>
          <w:sz w:val="22"/>
          <w:lang w:val="tr-TR"/>
        </w:rPr>
        <w:t>evi</w:t>
      </w:r>
      <w:r w:rsidRPr="00FA1EC8">
        <w:rPr>
          <w:rFonts w:ascii="Times New Roman" w:hAnsi="Times New Roman" w:cs="Times New Roman"/>
          <w:sz w:val="22"/>
          <w:lang w:val="tr-TR"/>
        </w:rPr>
        <w:t>.</w:t>
      </w:r>
    </w:p>
    <w:p w14:paraId="0C784C55" w14:textId="77777777" w:rsidR="00804B9B" w:rsidRPr="00FA1EC8" w:rsidRDefault="00804B9B" w:rsidP="00804B9B">
      <w:pPr>
        <w:pStyle w:val="ListeParagraf"/>
        <w:numPr>
          <w:ilvl w:val="0"/>
          <w:numId w:val="11"/>
        </w:numPr>
        <w:spacing w:after="60"/>
        <w:ind w:left="708" w:hanging="282"/>
        <w:contextualSpacing w:val="0"/>
        <w:jc w:val="both"/>
        <w:rPr>
          <w:rFonts w:ascii="Times New Roman" w:hAnsi="Times New Roman" w:cs="Times New Roman"/>
          <w:sz w:val="22"/>
          <w:lang w:val="tr-TR"/>
        </w:rPr>
      </w:pPr>
      <w:r w:rsidRPr="00FA1EC8">
        <w:rPr>
          <w:rFonts w:ascii="Times New Roman" w:hAnsi="Times New Roman" w:cs="Times New Roman"/>
          <w:sz w:val="22"/>
          <w:lang w:val="tr-TR"/>
        </w:rPr>
        <w:t xml:space="preserve">Çelebi, M. R. (2023). </w:t>
      </w:r>
      <w:r w:rsidRPr="00A2667C">
        <w:rPr>
          <w:rFonts w:ascii="Times New Roman" w:hAnsi="Times New Roman" w:cs="Times New Roman"/>
          <w:i/>
          <w:iCs/>
          <w:sz w:val="22"/>
          <w:lang w:val="tr-TR"/>
        </w:rPr>
        <w:t>Yapı Bilgisi</w:t>
      </w:r>
      <w:r w:rsidRPr="00FA1EC8">
        <w:rPr>
          <w:rFonts w:ascii="Times New Roman" w:hAnsi="Times New Roman" w:cs="Times New Roman"/>
          <w:sz w:val="22"/>
          <w:lang w:val="tr-TR"/>
        </w:rPr>
        <w:t>. İstanbul Kültür Üniversitesi Yayınevi.</w:t>
      </w:r>
    </w:p>
    <w:p w14:paraId="7E15168B" w14:textId="77777777" w:rsidR="00804B9B" w:rsidRPr="00FA1EC8" w:rsidRDefault="00804B9B" w:rsidP="00804B9B">
      <w:pPr>
        <w:pStyle w:val="ListeParagraf"/>
        <w:numPr>
          <w:ilvl w:val="0"/>
          <w:numId w:val="11"/>
        </w:numPr>
        <w:spacing w:after="60"/>
        <w:ind w:left="708" w:hanging="282"/>
        <w:contextualSpacing w:val="0"/>
        <w:jc w:val="both"/>
        <w:rPr>
          <w:rFonts w:ascii="Times New Roman" w:hAnsi="Times New Roman" w:cs="Times New Roman"/>
          <w:sz w:val="22"/>
          <w:lang w:val="tr-TR"/>
        </w:rPr>
      </w:pPr>
      <w:r w:rsidRPr="00FA1EC8">
        <w:rPr>
          <w:rFonts w:ascii="Times New Roman" w:hAnsi="Times New Roman" w:cs="Times New Roman"/>
          <w:sz w:val="22"/>
          <w:lang w:val="tr-TR"/>
        </w:rPr>
        <w:t xml:space="preserve">De Chiara, J., Calender, J. (Eds.). (1990). </w:t>
      </w:r>
      <w:r w:rsidRPr="00A2667C">
        <w:rPr>
          <w:rFonts w:ascii="Times New Roman" w:hAnsi="Times New Roman" w:cs="Times New Roman"/>
          <w:i/>
          <w:iCs/>
          <w:sz w:val="22"/>
          <w:lang w:val="tr-TR"/>
        </w:rPr>
        <w:t>Time-Saver Standards for Building Types</w:t>
      </w:r>
      <w:r w:rsidRPr="00FA1EC8">
        <w:rPr>
          <w:rFonts w:ascii="Times New Roman" w:hAnsi="Times New Roman" w:cs="Times New Roman"/>
          <w:sz w:val="22"/>
          <w:lang w:val="tr-TR"/>
        </w:rPr>
        <w:t>. Singapore: McGraw-Hill.</w:t>
      </w:r>
    </w:p>
    <w:p w14:paraId="0A0EBF25" w14:textId="77777777" w:rsidR="00804B9B" w:rsidRPr="00FA1EC8" w:rsidRDefault="00804B9B" w:rsidP="00804B9B">
      <w:pPr>
        <w:pStyle w:val="ListeParagraf"/>
        <w:numPr>
          <w:ilvl w:val="0"/>
          <w:numId w:val="11"/>
        </w:numPr>
        <w:spacing w:after="60"/>
        <w:ind w:left="708" w:hanging="282"/>
        <w:contextualSpacing w:val="0"/>
        <w:jc w:val="both"/>
        <w:rPr>
          <w:rFonts w:ascii="Times New Roman" w:hAnsi="Times New Roman" w:cs="Times New Roman"/>
          <w:sz w:val="22"/>
          <w:lang w:val="tr-TR"/>
        </w:rPr>
      </w:pPr>
      <w:r w:rsidRPr="00FA1EC8">
        <w:rPr>
          <w:rFonts w:ascii="Times New Roman" w:hAnsi="Times New Roman" w:cs="Times New Roman"/>
          <w:sz w:val="22"/>
          <w:lang w:val="tr-TR"/>
        </w:rPr>
        <w:t>Dülgeroğlu</w:t>
      </w:r>
      <w:r>
        <w:rPr>
          <w:rFonts w:ascii="Times New Roman" w:hAnsi="Times New Roman" w:cs="Times New Roman"/>
          <w:sz w:val="22"/>
          <w:lang w:val="tr-TR"/>
        </w:rPr>
        <w:t>,</w:t>
      </w:r>
      <w:r w:rsidRPr="00FA1EC8">
        <w:rPr>
          <w:rFonts w:ascii="Times New Roman" w:hAnsi="Times New Roman" w:cs="Times New Roman"/>
          <w:sz w:val="22"/>
          <w:lang w:val="tr-TR"/>
        </w:rPr>
        <w:t xml:space="preserve"> Y. (1995). </w:t>
      </w:r>
      <w:r w:rsidRPr="00A2667C">
        <w:rPr>
          <w:rFonts w:ascii="Times New Roman" w:hAnsi="Times New Roman" w:cs="Times New Roman"/>
          <w:i/>
          <w:iCs/>
          <w:sz w:val="22"/>
          <w:lang w:val="tr-TR"/>
        </w:rPr>
        <w:t>Konut Mekânı Kavramının Tipolojik Temelleri</w:t>
      </w:r>
      <w:r w:rsidRPr="00FA1EC8">
        <w:rPr>
          <w:rFonts w:ascii="Times New Roman" w:hAnsi="Times New Roman" w:cs="Times New Roman"/>
          <w:sz w:val="22"/>
          <w:lang w:val="tr-TR"/>
        </w:rPr>
        <w:t>. İstanbul: İTÜ.</w:t>
      </w:r>
    </w:p>
    <w:p w14:paraId="72C7B073" w14:textId="77777777" w:rsidR="00804B9B" w:rsidRPr="00FA1EC8" w:rsidRDefault="00804B9B" w:rsidP="00804B9B">
      <w:pPr>
        <w:pStyle w:val="ListeParagraf"/>
        <w:numPr>
          <w:ilvl w:val="0"/>
          <w:numId w:val="11"/>
        </w:numPr>
        <w:spacing w:after="60"/>
        <w:ind w:left="708" w:hanging="282"/>
        <w:contextualSpacing w:val="0"/>
        <w:jc w:val="both"/>
        <w:rPr>
          <w:rFonts w:ascii="Times New Roman" w:hAnsi="Times New Roman" w:cs="Times New Roman"/>
          <w:sz w:val="22"/>
          <w:lang w:val="tr-TR"/>
        </w:rPr>
      </w:pPr>
      <w:r w:rsidRPr="00FA1EC8">
        <w:rPr>
          <w:rFonts w:ascii="Times New Roman" w:hAnsi="Times New Roman" w:cs="Times New Roman"/>
          <w:sz w:val="22"/>
          <w:lang w:val="tr-TR"/>
        </w:rPr>
        <w:t xml:space="preserve">Erten, E. (2018). </w:t>
      </w:r>
      <w:r w:rsidRPr="00A2667C">
        <w:rPr>
          <w:rFonts w:ascii="Times New Roman" w:hAnsi="Times New Roman" w:cs="Times New Roman"/>
          <w:i/>
          <w:iCs/>
          <w:sz w:val="22"/>
          <w:lang w:val="tr-TR"/>
        </w:rPr>
        <w:t>Mimarlıkta yapı-yapım</w:t>
      </w:r>
      <w:r w:rsidRPr="00FA1EC8">
        <w:rPr>
          <w:rFonts w:ascii="Times New Roman" w:hAnsi="Times New Roman" w:cs="Times New Roman"/>
          <w:sz w:val="22"/>
          <w:lang w:val="tr-TR"/>
        </w:rPr>
        <w:t>. Birsen Yayınevi.</w:t>
      </w:r>
    </w:p>
    <w:p w14:paraId="71C92CF3" w14:textId="77777777" w:rsidR="00804B9B" w:rsidRPr="00FA1EC8" w:rsidRDefault="00804B9B" w:rsidP="00804B9B">
      <w:pPr>
        <w:pStyle w:val="ListeParagraf"/>
        <w:numPr>
          <w:ilvl w:val="0"/>
          <w:numId w:val="11"/>
        </w:numPr>
        <w:spacing w:after="60"/>
        <w:ind w:left="708" w:hanging="282"/>
        <w:contextualSpacing w:val="0"/>
        <w:jc w:val="both"/>
        <w:rPr>
          <w:rFonts w:ascii="Times New Roman" w:hAnsi="Times New Roman" w:cs="Times New Roman"/>
          <w:sz w:val="22"/>
          <w:lang w:val="tr-TR"/>
        </w:rPr>
      </w:pPr>
      <w:r w:rsidRPr="00FA1EC8">
        <w:rPr>
          <w:rFonts w:ascii="Times New Roman" w:hAnsi="Times New Roman" w:cs="Times New Roman"/>
          <w:sz w:val="22"/>
          <w:lang w:val="tr-TR"/>
        </w:rPr>
        <w:t xml:space="preserve">Gür, Ş. Ö. (1996). </w:t>
      </w:r>
      <w:r w:rsidRPr="00A2667C">
        <w:rPr>
          <w:rFonts w:ascii="Times New Roman" w:hAnsi="Times New Roman" w:cs="Times New Roman"/>
          <w:i/>
          <w:iCs/>
          <w:sz w:val="22"/>
          <w:lang w:val="tr-TR"/>
        </w:rPr>
        <w:t>Mekân Örgütlenmesi</w:t>
      </w:r>
      <w:r w:rsidRPr="00FA1EC8">
        <w:rPr>
          <w:rFonts w:ascii="Times New Roman" w:hAnsi="Times New Roman" w:cs="Times New Roman"/>
          <w:sz w:val="22"/>
          <w:lang w:val="tr-TR"/>
        </w:rPr>
        <w:t>. Trabzon: Gür Yayıncılık.</w:t>
      </w:r>
    </w:p>
    <w:p w14:paraId="4DCE6C2C" w14:textId="77777777" w:rsidR="00804B9B" w:rsidRPr="00FA1EC8" w:rsidRDefault="00804B9B" w:rsidP="00804B9B">
      <w:pPr>
        <w:pStyle w:val="ListeParagraf"/>
        <w:numPr>
          <w:ilvl w:val="0"/>
          <w:numId w:val="11"/>
        </w:numPr>
        <w:spacing w:after="60"/>
        <w:ind w:left="708" w:hanging="282"/>
        <w:contextualSpacing w:val="0"/>
        <w:jc w:val="both"/>
        <w:rPr>
          <w:rFonts w:ascii="Times New Roman" w:hAnsi="Times New Roman" w:cs="Times New Roman"/>
          <w:sz w:val="22"/>
          <w:lang w:val="tr-TR"/>
        </w:rPr>
      </w:pPr>
      <w:r w:rsidRPr="00FA1EC8">
        <w:rPr>
          <w:rFonts w:ascii="Times New Roman" w:hAnsi="Times New Roman" w:cs="Times New Roman"/>
          <w:sz w:val="22"/>
          <w:lang w:val="tr-TR"/>
        </w:rPr>
        <w:t xml:space="preserve">Gür, Ş. Ö. (2000). </w:t>
      </w:r>
      <w:r w:rsidRPr="00A2667C">
        <w:rPr>
          <w:rFonts w:ascii="Times New Roman" w:hAnsi="Times New Roman" w:cs="Times New Roman"/>
          <w:i/>
          <w:iCs/>
          <w:sz w:val="22"/>
          <w:lang w:val="tr-TR"/>
        </w:rPr>
        <w:t>Doğu Karadeniz Örneğinde Konut</w:t>
      </w:r>
      <w:r w:rsidRPr="00FA1EC8">
        <w:rPr>
          <w:rFonts w:ascii="Times New Roman" w:hAnsi="Times New Roman" w:cs="Times New Roman"/>
          <w:sz w:val="22"/>
          <w:lang w:val="tr-TR"/>
        </w:rPr>
        <w:t>. İstanbul: YEM Yayınları.</w:t>
      </w:r>
    </w:p>
    <w:p w14:paraId="0318C49B" w14:textId="77777777" w:rsidR="00804B9B" w:rsidRPr="00FA1EC8" w:rsidRDefault="00804B9B" w:rsidP="00804B9B">
      <w:pPr>
        <w:pStyle w:val="ListeParagraf"/>
        <w:numPr>
          <w:ilvl w:val="0"/>
          <w:numId w:val="11"/>
        </w:numPr>
        <w:spacing w:after="60"/>
        <w:ind w:left="708" w:hanging="282"/>
        <w:contextualSpacing w:val="0"/>
        <w:jc w:val="both"/>
        <w:rPr>
          <w:rFonts w:ascii="Times New Roman" w:hAnsi="Times New Roman" w:cs="Times New Roman"/>
          <w:sz w:val="22"/>
          <w:lang w:val="tr-TR"/>
        </w:rPr>
      </w:pPr>
      <w:r w:rsidRPr="00FA1EC8">
        <w:rPr>
          <w:rFonts w:ascii="Times New Roman" w:hAnsi="Times New Roman" w:cs="Times New Roman"/>
          <w:sz w:val="22"/>
          <w:lang w:val="tr-TR"/>
        </w:rPr>
        <w:t xml:space="preserve">Hoke, J. R. (Ed.). (1994). </w:t>
      </w:r>
      <w:r w:rsidRPr="00A2667C">
        <w:rPr>
          <w:rFonts w:ascii="Times New Roman" w:hAnsi="Times New Roman" w:cs="Times New Roman"/>
          <w:i/>
          <w:iCs/>
          <w:sz w:val="22"/>
          <w:lang w:val="tr-TR"/>
        </w:rPr>
        <w:t>Architectural Graphic Standards</w:t>
      </w:r>
      <w:r w:rsidRPr="00FA1EC8">
        <w:rPr>
          <w:rFonts w:ascii="Times New Roman" w:hAnsi="Times New Roman" w:cs="Times New Roman"/>
          <w:sz w:val="22"/>
          <w:lang w:val="tr-TR"/>
        </w:rPr>
        <w:t>. New York: John Wiley &amp; Sons.</w:t>
      </w:r>
    </w:p>
    <w:p w14:paraId="683B2202" w14:textId="77777777" w:rsidR="00804B9B" w:rsidRPr="00FA1EC8" w:rsidRDefault="00804B9B" w:rsidP="00804B9B">
      <w:pPr>
        <w:pStyle w:val="ListeParagraf"/>
        <w:numPr>
          <w:ilvl w:val="0"/>
          <w:numId w:val="11"/>
        </w:numPr>
        <w:spacing w:after="60"/>
        <w:ind w:left="708" w:hanging="282"/>
        <w:contextualSpacing w:val="0"/>
        <w:jc w:val="both"/>
        <w:rPr>
          <w:rFonts w:ascii="Times New Roman" w:hAnsi="Times New Roman" w:cs="Times New Roman"/>
          <w:sz w:val="22"/>
          <w:lang w:val="tr-TR"/>
        </w:rPr>
      </w:pPr>
      <w:r w:rsidRPr="00FA1EC8">
        <w:rPr>
          <w:rFonts w:ascii="Times New Roman" w:hAnsi="Times New Roman" w:cs="Times New Roman"/>
          <w:sz w:val="22"/>
          <w:lang w:val="tr-TR"/>
        </w:rPr>
        <w:t xml:space="preserve">Krauel, J., Ockrassa, A. (2003). </w:t>
      </w:r>
      <w:r w:rsidRPr="00A2667C">
        <w:rPr>
          <w:rFonts w:ascii="Times New Roman" w:hAnsi="Times New Roman" w:cs="Times New Roman"/>
          <w:i/>
          <w:iCs/>
          <w:sz w:val="22"/>
          <w:lang w:val="tr-TR"/>
        </w:rPr>
        <w:t>Innovative Houses</w:t>
      </w:r>
      <w:r w:rsidRPr="00FA1EC8">
        <w:rPr>
          <w:rFonts w:ascii="Times New Roman" w:hAnsi="Times New Roman" w:cs="Times New Roman"/>
          <w:sz w:val="22"/>
          <w:lang w:val="tr-TR"/>
        </w:rPr>
        <w:t>. Barcelona: Links International.</w:t>
      </w:r>
    </w:p>
    <w:p w14:paraId="3F948D4E" w14:textId="77777777" w:rsidR="00804B9B" w:rsidRPr="00FA1EC8" w:rsidRDefault="00804B9B" w:rsidP="00804B9B">
      <w:pPr>
        <w:pStyle w:val="ListeParagraf"/>
        <w:numPr>
          <w:ilvl w:val="0"/>
          <w:numId w:val="11"/>
        </w:numPr>
        <w:spacing w:after="60"/>
        <w:ind w:left="708" w:hanging="282"/>
        <w:contextualSpacing w:val="0"/>
        <w:jc w:val="both"/>
        <w:rPr>
          <w:rFonts w:ascii="Times New Roman" w:hAnsi="Times New Roman" w:cs="Times New Roman"/>
          <w:sz w:val="22"/>
          <w:lang w:val="tr-TR"/>
        </w:rPr>
      </w:pPr>
      <w:r w:rsidRPr="00FA1EC8">
        <w:rPr>
          <w:rFonts w:ascii="Times New Roman" w:hAnsi="Times New Roman" w:cs="Times New Roman"/>
          <w:sz w:val="22"/>
          <w:lang w:val="tr-TR"/>
        </w:rPr>
        <w:t xml:space="preserve">Mostaedi, A. (2003). </w:t>
      </w:r>
      <w:r w:rsidRPr="00A2667C">
        <w:rPr>
          <w:rFonts w:ascii="Times New Roman" w:hAnsi="Times New Roman" w:cs="Times New Roman"/>
          <w:i/>
          <w:iCs/>
          <w:sz w:val="22"/>
          <w:lang w:val="tr-TR"/>
        </w:rPr>
        <w:t>Small Living Spaces</w:t>
      </w:r>
      <w:r w:rsidRPr="00FA1EC8">
        <w:rPr>
          <w:rFonts w:ascii="Times New Roman" w:hAnsi="Times New Roman" w:cs="Times New Roman"/>
          <w:sz w:val="22"/>
          <w:lang w:val="tr-TR"/>
        </w:rPr>
        <w:t>. Barcelona: Carles Broto &amp; Joseph Ma Minguet.</w:t>
      </w:r>
    </w:p>
    <w:p w14:paraId="40FDCD5E" w14:textId="77777777" w:rsidR="00804B9B" w:rsidRPr="00FA1EC8" w:rsidRDefault="00804B9B" w:rsidP="00804B9B">
      <w:pPr>
        <w:pStyle w:val="ListeParagraf"/>
        <w:numPr>
          <w:ilvl w:val="0"/>
          <w:numId w:val="11"/>
        </w:numPr>
        <w:spacing w:after="60"/>
        <w:ind w:left="708" w:hanging="282"/>
        <w:contextualSpacing w:val="0"/>
        <w:jc w:val="both"/>
        <w:rPr>
          <w:rFonts w:ascii="Times New Roman" w:hAnsi="Times New Roman" w:cs="Times New Roman"/>
          <w:sz w:val="22"/>
          <w:lang w:val="tr-TR"/>
        </w:rPr>
      </w:pPr>
      <w:r w:rsidRPr="00FA1EC8">
        <w:rPr>
          <w:rFonts w:ascii="Times New Roman" w:hAnsi="Times New Roman" w:cs="Times New Roman"/>
          <w:sz w:val="22"/>
          <w:lang w:val="tr-TR"/>
        </w:rPr>
        <w:t xml:space="preserve">Neufert, E. (2018). </w:t>
      </w:r>
      <w:r w:rsidRPr="00A2667C">
        <w:rPr>
          <w:rFonts w:ascii="Times New Roman" w:hAnsi="Times New Roman" w:cs="Times New Roman"/>
          <w:i/>
          <w:iCs/>
          <w:sz w:val="22"/>
          <w:lang w:val="tr-TR"/>
        </w:rPr>
        <w:t>Yapı tasarımı: Temel bilgiler, standartlar, yapı elemanları, mekanlar, ölçüler</w:t>
      </w:r>
      <w:r w:rsidRPr="00FA1EC8">
        <w:rPr>
          <w:rFonts w:ascii="Times New Roman" w:hAnsi="Times New Roman" w:cs="Times New Roman"/>
          <w:sz w:val="22"/>
          <w:lang w:val="tr-TR"/>
        </w:rPr>
        <w:t xml:space="preserve"> (A. Akça, Çev.). Beta Basım Yayım Dağıtım.</w:t>
      </w:r>
    </w:p>
    <w:p w14:paraId="63BC556E" w14:textId="77777777" w:rsidR="00804B9B" w:rsidRPr="00FA1EC8" w:rsidRDefault="00804B9B" w:rsidP="00804B9B">
      <w:pPr>
        <w:pStyle w:val="ListeParagraf"/>
        <w:numPr>
          <w:ilvl w:val="0"/>
          <w:numId w:val="11"/>
        </w:numPr>
        <w:spacing w:after="60"/>
        <w:ind w:left="708" w:hanging="282"/>
        <w:contextualSpacing w:val="0"/>
        <w:jc w:val="both"/>
        <w:rPr>
          <w:rFonts w:ascii="Times New Roman" w:hAnsi="Times New Roman" w:cs="Times New Roman"/>
          <w:sz w:val="22"/>
          <w:lang w:val="tr-TR"/>
        </w:rPr>
      </w:pPr>
      <w:r w:rsidRPr="00FA1EC8">
        <w:rPr>
          <w:rFonts w:ascii="Times New Roman" w:hAnsi="Times New Roman" w:cs="Times New Roman"/>
          <w:sz w:val="22"/>
          <w:lang w:val="tr-TR"/>
        </w:rPr>
        <w:t xml:space="preserve">Pearman, H. (1998). </w:t>
      </w:r>
      <w:r w:rsidRPr="00A2667C">
        <w:rPr>
          <w:rFonts w:ascii="Times New Roman" w:hAnsi="Times New Roman" w:cs="Times New Roman"/>
          <w:i/>
          <w:iCs/>
          <w:sz w:val="22"/>
          <w:lang w:val="tr-TR"/>
        </w:rPr>
        <w:t>Contemporary World Acrhitecture</w:t>
      </w:r>
      <w:r w:rsidRPr="00FA1EC8">
        <w:rPr>
          <w:rFonts w:ascii="Times New Roman" w:hAnsi="Times New Roman" w:cs="Times New Roman"/>
          <w:sz w:val="22"/>
          <w:lang w:val="tr-TR"/>
        </w:rPr>
        <w:t>. London: Phaidon Press.</w:t>
      </w:r>
    </w:p>
    <w:p w14:paraId="4B264556" w14:textId="77777777" w:rsidR="00804B9B" w:rsidRPr="00FA1EC8" w:rsidRDefault="00804B9B" w:rsidP="00804B9B">
      <w:pPr>
        <w:pStyle w:val="ListeParagraf"/>
        <w:numPr>
          <w:ilvl w:val="0"/>
          <w:numId w:val="11"/>
        </w:numPr>
        <w:spacing w:after="60"/>
        <w:ind w:left="708" w:hanging="282"/>
        <w:contextualSpacing w:val="0"/>
        <w:jc w:val="both"/>
        <w:rPr>
          <w:rFonts w:ascii="Times New Roman" w:hAnsi="Times New Roman" w:cs="Times New Roman"/>
          <w:sz w:val="22"/>
          <w:lang w:val="tr-TR"/>
        </w:rPr>
      </w:pPr>
      <w:r w:rsidRPr="00FA1EC8">
        <w:rPr>
          <w:rFonts w:ascii="Times New Roman" w:hAnsi="Times New Roman" w:cs="Times New Roman"/>
          <w:sz w:val="22"/>
          <w:lang w:val="tr-TR"/>
        </w:rPr>
        <w:t>Şahinler, O., &amp; Kızıl, F. (2021). Mimarlıkta teknik resim. YEM Yayınları.</w:t>
      </w:r>
    </w:p>
    <w:p w14:paraId="163ECF0F" w14:textId="77777777" w:rsidR="00804B9B" w:rsidRPr="00FA1EC8" w:rsidRDefault="00804B9B" w:rsidP="00804B9B">
      <w:pPr>
        <w:pStyle w:val="ListeParagraf"/>
        <w:numPr>
          <w:ilvl w:val="0"/>
          <w:numId w:val="11"/>
        </w:numPr>
        <w:spacing w:after="60"/>
        <w:ind w:left="708" w:hanging="282"/>
        <w:contextualSpacing w:val="0"/>
        <w:jc w:val="both"/>
        <w:rPr>
          <w:rFonts w:ascii="Times New Roman" w:hAnsi="Times New Roman" w:cs="Times New Roman"/>
          <w:sz w:val="22"/>
          <w:lang w:val="tr-TR"/>
        </w:rPr>
      </w:pPr>
      <w:r w:rsidRPr="00FA1EC8">
        <w:rPr>
          <w:rFonts w:ascii="Times New Roman" w:hAnsi="Times New Roman" w:cs="Times New Roman"/>
          <w:sz w:val="22"/>
          <w:lang w:val="tr-TR"/>
        </w:rPr>
        <w:t xml:space="preserve">Ünügür, S. M. (1989). </w:t>
      </w:r>
      <w:r w:rsidRPr="00A2667C">
        <w:rPr>
          <w:rFonts w:ascii="Times New Roman" w:hAnsi="Times New Roman" w:cs="Times New Roman"/>
          <w:i/>
          <w:iCs/>
          <w:sz w:val="22"/>
          <w:lang w:val="tr-TR"/>
        </w:rPr>
        <w:t>Bina Tasarımının Temel İlkeleri</w:t>
      </w:r>
      <w:r w:rsidRPr="00FA1EC8">
        <w:rPr>
          <w:rFonts w:ascii="Times New Roman" w:hAnsi="Times New Roman" w:cs="Times New Roman"/>
          <w:sz w:val="22"/>
          <w:lang w:val="tr-TR"/>
        </w:rPr>
        <w:t>. İstanbul: İTÜ.</w:t>
      </w:r>
    </w:p>
    <w:p w14:paraId="029A2BA0" w14:textId="77777777" w:rsidR="00804B9B" w:rsidRPr="00FA1EC8" w:rsidRDefault="00804B9B" w:rsidP="00804B9B">
      <w:pPr>
        <w:pStyle w:val="ListeParagraf"/>
        <w:numPr>
          <w:ilvl w:val="0"/>
          <w:numId w:val="11"/>
        </w:numPr>
        <w:spacing w:after="60"/>
        <w:ind w:left="708" w:hanging="282"/>
        <w:contextualSpacing w:val="0"/>
        <w:jc w:val="both"/>
        <w:rPr>
          <w:rFonts w:ascii="Times New Roman" w:hAnsi="Times New Roman" w:cs="Times New Roman"/>
          <w:sz w:val="22"/>
          <w:lang w:val="tr-TR"/>
        </w:rPr>
      </w:pPr>
      <w:r w:rsidRPr="00FA1EC8">
        <w:rPr>
          <w:rFonts w:ascii="Times New Roman" w:hAnsi="Times New Roman" w:cs="Times New Roman"/>
          <w:sz w:val="22"/>
          <w:lang w:val="tr-TR"/>
        </w:rPr>
        <w:t xml:space="preserve">Yücesoy, L. (2007). </w:t>
      </w:r>
      <w:r w:rsidRPr="00A2667C">
        <w:rPr>
          <w:rFonts w:ascii="Times New Roman" w:hAnsi="Times New Roman" w:cs="Times New Roman"/>
          <w:i/>
          <w:iCs/>
          <w:sz w:val="22"/>
          <w:lang w:val="tr-TR"/>
        </w:rPr>
        <w:t>Temeller, Duvarlar, Döşemeler</w:t>
      </w:r>
      <w:r w:rsidRPr="00FA1EC8">
        <w:rPr>
          <w:rFonts w:ascii="Times New Roman" w:hAnsi="Times New Roman" w:cs="Times New Roman"/>
          <w:sz w:val="22"/>
          <w:lang w:val="tr-TR"/>
        </w:rPr>
        <w:t xml:space="preserve">. </w:t>
      </w:r>
      <w:r>
        <w:rPr>
          <w:rFonts w:ascii="Times New Roman" w:hAnsi="Times New Roman" w:cs="Times New Roman"/>
          <w:sz w:val="22"/>
          <w:lang w:val="tr-TR"/>
        </w:rPr>
        <w:t xml:space="preserve">İstanbul: </w:t>
      </w:r>
      <w:r w:rsidRPr="00FA1EC8">
        <w:rPr>
          <w:rFonts w:ascii="Times New Roman" w:hAnsi="Times New Roman" w:cs="Times New Roman"/>
          <w:sz w:val="22"/>
          <w:lang w:val="tr-TR"/>
        </w:rPr>
        <w:t>YEM Yayın</w:t>
      </w:r>
      <w:r>
        <w:rPr>
          <w:rFonts w:ascii="Times New Roman" w:hAnsi="Times New Roman" w:cs="Times New Roman"/>
          <w:sz w:val="22"/>
          <w:lang w:val="tr-TR"/>
        </w:rPr>
        <w:t>ları</w:t>
      </w:r>
      <w:r w:rsidRPr="00FA1EC8">
        <w:rPr>
          <w:rFonts w:ascii="Times New Roman" w:hAnsi="Times New Roman" w:cs="Times New Roman"/>
          <w:sz w:val="22"/>
          <w:lang w:val="tr-TR"/>
        </w:rPr>
        <w:t>.</w:t>
      </w:r>
    </w:p>
    <w:p w14:paraId="5DB44404" w14:textId="77777777" w:rsidR="00804B9B" w:rsidRPr="00804B9B" w:rsidRDefault="00804B9B" w:rsidP="00804B9B">
      <w:pPr>
        <w:pStyle w:val="ListeParagraf"/>
        <w:spacing w:after="120"/>
        <w:rPr>
          <w:rFonts w:ascii="Times New Roman" w:hAnsi="Times New Roman" w:cs="Times New Roman"/>
          <w:sz w:val="22"/>
        </w:rPr>
      </w:pPr>
    </w:p>
    <w:p w14:paraId="334706AB" w14:textId="76A12444" w:rsidR="00193C48" w:rsidRPr="00804B9B" w:rsidRDefault="00000000" w:rsidP="00804B9B">
      <w:pPr>
        <w:spacing w:after="120"/>
        <w:rPr>
          <w:rFonts w:ascii="Times New Roman" w:hAnsi="Times New Roman" w:cs="Times New Roman"/>
          <w:sz w:val="22"/>
        </w:rPr>
      </w:pPr>
      <w:r w:rsidRPr="00804B9B">
        <w:rPr>
          <w:rFonts w:ascii="Times New Roman" w:hAnsi="Times New Roman" w:cs="Times New Roman"/>
          <w:b/>
          <w:sz w:val="22"/>
        </w:rPr>
        <w:t>Proje Stüdyosu Değerlendirme Kriterleri</w:t>
      </w:r>
    </w:p>
    <w:p w14:paraId="0ECDE7CE" w14:textId="77777777" w:rsidR="00804B9B" w:rsidRPr="00FA1EC8" w:rsidRDefault="00804B9B" w:rsidP="00804B9B">
      <w:pPr>
        <w:spacing w:after="120"/>
        <w:jc w:val="both"/>
        <w:rPr>
          <w:rFonts w:ascii="Times New Roman" w:hAnsi="Times New Roman" w:cs="Times New Roman"/>
          <w:sz w:val="22"/>
          <w:lang w:val="tr-TR"/>
        </w:rPr>
      </w:pPr>
      <w:r w:rsidRPr="00FA1EC8">
        <w:rPr>
          <w:rFonts w:ascii="Times New Roman" w:hAnsi="Times New Roman" w:cs="Times New Roman"/>
          <w:sz w:val="22"/>
          <w:lang w:val="tr-TR"/>
        </w:rPr>
        <w:t xml:space="preserve">Stüdyoya %70 katılım resmi bir ders koşuludur. </w:t>
      </w:r>
    </w:p>
    <w:p w14:paraId="0C4286FB" w14:textId="77777777" w:rsidR="00804B9B" w:rsidRPr="00FA1EC8" w:rsidRDefault="00804B9B" w:rsidP="00804B9B">
      <w:pPr>
        <w:spacing w:after="120"/>
        <w:jc w:val="both"/>
        <w:rPr>
          <w:rFonts w:ascii="Times New Roman" w:hAnsi="Times New Roman" w:cs="Times New Roman"/>
          <w:sz w:val="22"/>
          <w:lang w:val="tr-TR"/>
        </w:rPr>
      </w:pPr>
      <w:r w:rsidRPr="00FA1EC8">
        <w:rPr>
          <w:rFonts w:ascii="Times New Roman" w:hAnsi="Times New Roman" w:cs="Times New Roman"/>
          <w:sz w:val="22"/>
          <w:lang w:val="tr-TR"/>
        </w:rPr>
        <w:t xml:space="preserve">Öğrencinin stüdyonun amaçladığı  </w:t>
      </w:r>
    </w:p>
    <w:p w14:paraId="6F41070C" w14:textId="77777777" w:rsidR="00804B9B" w:rsidRDefault="00804B9B" w:rsidP="00804B9B">
      <w:pPr>
        <w:pStyle w:val="ListeParagraf"/>
        <w:numPr>
          <w:ilvl w:val="0"/>
          <w:numId w:val="12"/>
        </w:numPr>
        <w:spacing w:after="120"/>
        <w:ind w:left="851" w:hanging="284"/>
        <w:jc w:val="both"/>
        <w:rPr>
          <w:rFonts w:ascii="Times New Roman" w:hAnsi="Times New Roman" w:cs="Times New Roman"/>
          <w:sz w:val="22"/>
          <w:lang w:val="tr-TR"/>
        </w:rPr>
      </w:pPr>
      <w:r w:rsidRPr="00FA1EC8">
        <w:rPr>
          <w:rFonts w:ascii="Times New Roman" w:hAnsi="Times New Roman" w:cs="Times New Roman"/>
          <w:sz w:val="22"/>
          <w:lang w:val="tr-TR"/>
        </w:rPr>
        <w:t xml:space="preserve">Stüdyo kültürüne katılım ve kişisel ve özgün katkıda bulunulması, diğer öğrencilerle işbirliği yapabilmesi, </w:t>
      </w:r>
    </w:p>
    <w:p w14:paraId="2CB85C95" w14:textId="77777777" w:rsidR="00804B9B" w:rsidRDefault="00804B9B" w:rsidP="00804B9B">
      <w:pPr>
        <w:pStyle w:val="ListeParagraf"/>
        <w:numPr>
          <w:ilvl w:val="0"/>
          <w:numId w:val="12"/>
        </w:numPr>
        <w:spacing w:after="120"/>
        <w:ind w:left="851" w:hanging="284"/>
        <w:jc w:val="both"/>
        <w:rPr>
          <w:rFonts w:ascii="Times New Roman" w:hAnsi="Times New Roman" w:cs="Times New Roman"/>
          <w:sz w:val="22"/>
          <w:lang w:val="tr-TR"/>
        </w:rPr>
      </w:pPr>
      <w:r w:rsidRPr="00FA1EC8">
        <w:rPr>
          <w:rFonts w:ascii="Times New Roman" w:hAnsi="Times New Roman" w:cs="Times New Roman"/>
          <w:sz w:val="22"/>
          <w:lang w:val="tr-TR"/>
        </w:rPr>
        <w:t>Araştırma ve eleştirel düşünme becerileri kazandırılması,</w:t>
      </w:r>
    </w:p>
    <w:p w14:paraId="37C49852" w14:textId="77777777" w:rsidR="00804B9B" w:rsidRDefault="00804B9B" w:rsidP="00804B9B">
      <w:pPr>
        <w:pStyle w:val="ListeParagraf"/>
        <w:numPr>
          <w:ilvl w:val="0"/>
          <w:numId w:val="12"/>
        </w:numPr>
        <w:spacing w:after="120"/>
        <w:ind w:left="851" w:hanging="284"/>
        <w:jc w:val="both"/>
        <w:rPr>
          <w:rFonts w:ascii="Times New Roman" w:hAnsi="Times New Roman" w:cs="Times New Roman"/>
          <w:sz w:val="22"/>
          <w:lang w:val="tr-TR"/>
        </w:rPr>
      </w:pPr>
      <w:r>
        <w:rPr>
          <w:rFonts w:ascii="Times New Roman" w:hAnsi="Times New Roman" w:cs="Times New Roman"/>
          <w:sz w:val="22"/>
          <w:lang w:val="tr-TR"/>
        </w:rPr>
        <w:t>T</w:t>
      </w:r>
      <w:r w:rsidRPr="00FA1EC8">
        <w:rPr>
          <w:rFonts w:ascii="Times New Roman" w:hAnsi="Times New Roman" w:cs="Times New Roman"/>
          <w:sz w:val="22"/>
          <w:lang w:val="tr-TR"/>
        </w:rPr>
        <w:t>asarımda alternatifler üretme, deneyerek öğrenme, bütüncül ve çok yönlü tasarım becerisinin geliştirilmesi,</w:t>
      </w:r>
    </w:p>
    <w:p w14:paraId="0C14539D" w14:textId="77777777" w:rsidR="00804B9B" w:rsidRDefault="00804B9B" w:rsidP="00804B9B">
      <w:pPr>
        <w:pStyle w:val="ListeParagraf"/>
        <w:numPr>
          <w:ilvl w:val="0"/>
          <w:numId w:val="12"/>
        </w:numPr>
        <w:spacing w:after="120"/>
        <w:ind w:left="851" w:hanging="284"/>
        <w:jc w:val="both"/>
        <w:rPr>
          <w:rFonts w:ascii="Times New Roman" w:hAnsi="Times New Roman" w:cs="Times New Roman"/>
          <w:sz w:val="22"/>
          <w:lang w:val="tr-TR"/>
        </w:rPr>
      </w:pPr>
      <w:r w:rsidRPr="00FA1EC8">
        <w:rPr>
          <w:rFonts w:ascii="Times New Roman" w:hAnsi="Times New Roman" w:cs="Times New Roman"/>
          <w:sz w:val="22"/>
          <w:lang w:val="tr-TR"/>
        </w:rPr>
        <w:t>Program, bağlam, mek</w:t>
      </w:r>
      <w:r>
        <w:rPr>
          <w:rFonts w:ascii="Times New Roman" w:hAnsi="Times New Roman" w:cs="Times New Roman"/>
          <w:sz w:val="22"/>
          <w:lang w:val="tr-TR"/>
        </w:rPr>
        <w:t>â</w:t>
      </w:r>
      <w:r w:rsidRPr="00FA1EC8">
        <w:rPr>
          <w:rFonts w:ascii="Times New Roman" w:hAnsi="Times New Roman" w:cs="Times New Roman"/>
          <w:sz w:val="22"/>
          <w:lang w:val="tr-TR"/>
        </w:rPr>
        <w:t>nsal ve yapısal niteliklerin tasarım kararlarına yansıtılmasında beklenen yeterlilik</w:t>
      </w:r>
    </w:p>
    <w:p w14:paraId="02D86F01" w14:textId="77777777" w:rsidR="00804B9B" w:rsidRPr="00FA1EC8" w:rsidRDefault="00804B9B" w:rsidP="00804B9B">
      <w:pPr>
        <w:pStyle w:val="ListeParagraf"/>
        <w:numPr>
          <w:ilvl w:val="0"/>
          <w:numId w:val="12"/>
        </w:numPr>
        <w:spacing w:after="120"/>
        <w:ind w:left="851" w:hanging="284"/>
        <w:jc w:val="both"/>
        <w:rPr>
          <w:rFonts w:ascii="Times New Roman" w:hAnsi="Times New Roman" w:cs="Times New Roman"/>
          <w:sz w:val="22"/>
          <w:lang w:val="tr-TR"/>
        </w:rPr>
      </w:pPr>
      <w:r w:rsidRPr="00FA1EC8">
        <w:rPr>
          <w:rFonts w:ascii="Times New Roman" w:hAnsi="Times New Roman" w:cs="Times New Roman"/>
          <w:sz w:val="22"/>
          <w:lang w:val="tr-TR"/>
        </w:rPr>
        <w:t>Geliştirdiği tasarımını anlatmaya yönelik çeşitli ve zengin temsil becerilerinin geliştirilmesi</w:t>
      </w:r>
    </w:p>
    <w:p w14:paraId="442718FC" w14:textId="77777777" w:rsidR="00804B9B" w:rsidRPr="00FA1EC8" w:rsidRDefault="00804B9B" w:rsidP="00804B9B">
      <w:pPr>
        <w:spacing w:after="120"/>
        <w:jc w:val="both"/>
        <w:rPr>
          <w:rFonts w:ascii="Times New Roman" w:hAnsi="Times New Roman" w:cs="Times New Roman"/>
          <w:sz w:val="22"/>
          <w:lang w:val="tr-TR"/>
        </w:rPr>
      </w:pPr>
      <w:r w:rsidRPr="00FA1EC8">
        <w:rPr>
          <w:rFonts w:ascii="Times New Roman" w:hAnsi="Times New Roman" w:cs="Times New Roman"/>
          <w:sz w:val="22"/>
          <w:lang w:val="tr-TR"/>
        </w:rPr>
        <w:t xml:space="preserve">şeklinde özetlenebilecek birikim ve becerileri kazanması hedeflenmektedir. Stüdyoya ve jürilere %100 aktif katılımı değerlendirmelerde dikkate alınacaktır. </w:t>
      </w:r>
    </w:p>
    <w:p w14:paraId="2AF6480D" w14:textId="77777777" w:rsidR="00804B9B" w:rsidRPr="00FA1EC8" w:rsidRDefault="00804B9B" w:rsidP="00804B9B">
      <w:pPr>
        <w:spacing w:after="120"/>
        <w:jc w:val="both"/>
        <w:rPr>
          <w:rFonts w:ascii="Times New Roman" w:hAnsi="Times New Roman" w:cs="Times New Roman"/>
          <w:sz w:val="22"/>
          <w:lang w:val="tr-TR"/>
        </w:rPr>
      </w:pPr>
      <w:r w:rsidRPr="00FA1EC8">
        <w:rPr>
          <w:rFonts w:ascii="Times New Roman" w:hAnsi="Times New Roman" w:cs="Times New Roman"/>
          <w:sz w:val="22"/>
          <w:lang w:val="tr-TR"/>
        </w:rPr>
        <w:t>Ön proje, hazırlık çalışmaları / destekleyici çalışmalar</w:t>
      </w:r>
    </w:p>
    <w:p w14:paraId="4536F6A9" w14:textId="77777777" w:rsidR="00804B9B" w:rsidRPr="00FA1EC8" w:rsidRDefault="00804B9B" w:rsidP="00804B9B">
      <w:pPr>
        <w:spacing w:after="120"/>
        <w:jc w:val="both"/>
        <w:rPr>
          <w:rFonts w:ascii="Times New Roman" w:hAnsi="Times New Roman" w:cs="Times New Roman"/>
          <w:sz w:val="22"/>
          <w:lang w:val="tr-TR"/>
        </w:rPr>
      </w:pPr>
      <w:r w:rsidRPr="00FA1EC8">
        <w:rPr>
          <w:rFonts w:ascii="Times New Roman" w:hAnsi="Times New Roman" w:cs="Times New Roman"/>
          <w:sz w:val="22"/>
          <w:lang w:val="tr-TR"/>
        </w:rPr>
        <w:t xml:space="preserve">Ana proje, dönem içinde yapılan tüm çalışmalar (stüdyo sürecine ve jürilere aktif katılım, araştırma, okuma, sunum, günlük ve haftalık atölye çalışmaları) </w:t>
      </w:r>
    </w:p>
    <w:p w14:paraId="68A1865C" w14:textId="77777777" w:rsidR="00804B9B" w:rsidRPr="00FA1EC8" w:rsidRDefault="00804B9B" w:rsidP="00804B9B">
      <w:pPr>
        <w:spacing w:after="120"/>
        <w:jc w:val="both"/>
        <w:rPr>
          <w:rFonts w:ascii="Times New Roman" w:hAnsi="Times New Roman" w:cs="Times New Roman"/>
          <w:sz w:val="22"/>
          <w:lang w:val="tr-TR"/>
        </w:rPr>
      </w:pPr>
      <w:r w:rsidRPr="00FA1EC8">
        <w:rPr>
          <w:rFonts w:ascii="Times New Roman" w:hAnsi="Times New Roman" w:cs="Times New Roman"/>
          <w:sz w:val="22"/>
          <w:lang w:val="tr-TR"/>
        </w:rPr>
        <w:t>Başarı notu, vize sınavının %40’ı ile final sınavının %60’ı alınarak hesaplanır. Dersten geçme notu 60’tır.</w:t>
      </w:r>
    </w:p>
    <w:p w14:paraId="1E5B32E1" w14:textId="77777777" w:rsidR="00804B9B" w:rsidRDefault="00804B9B" w:rsidP="00804B9B">
      <w:pPr>
        <w:spacing w:after="120"/>
        <w:jc w:val="both"/>
        <w:rPr>
          <w:rFonts w:ascii="Times New Roman" w:hAnsi="Times New Roman" w:cs="Times New Roman"/>
          <w:b/>
          <w:sz w:val="22"/>
        </w:rPr>
      </w:pPr>
    </w:p>
    <w:p w14:paraId="0132145D" w14:textId="219ADAB3" w:rsidR="00804B9B" w:rsidRDefault="00E00CD9" w:rsidP="00804B9B">
      <w:pPr>
        <w:spacing w:after="120"/>
        <w:jc w:val="both"/>
        <w:rPr>
          <w:rFonts w:ascii="Times New Roman" w:hAnsi="Times New Roman" w:cs="Times New Roman"/>
          <w:b/>
          <w:sz w:val="22"/>
        </w:rPr>
      </w:pPr>
      <w:r>
        <w:rPr>
          <w:rFonts w:ascii="Times New Roman" w:hAnsi="Times New Roman" w:cs="Times New Roman"/>
          <w:b/>
          <w:sz w:val="22"/>
        </w:rPr>
        <w:t>Proje</w:t>
      </w:r>
      <w:r w:rsidR="004A7B1D" w:rsidRPr="00804B9B">
        <w:rPr>
          <w:rFonts w:ascii="Times New Roman" w:hAnsi="Times New Roman" w:cs="Times New Roman"/>
          <w:b/>
          <w:sz w:val="22"/>
        </w:rPr>
        <w:t xml:space="preserve"> Öğrenme Çıktıları</w:t>
      </w:r>
      <w:r w:rsidR="00804B9B">
        <w:rPr>
          <w:rFonts w:ascii="Times New Roman" w:hAnsi="Times New Roman" w:cs="Times New Roman"/>
          <w:b/>
          <w:sz w:val="22"/>
        </w:rPr>
        <w:t xml:space="preserve"> (ÖÇ)</w:t>
      </w:r>
    </w:p>
    <w:tbl>
      <w:tblPr>
        <w:tblStyle w:val="TabloKlavuzu"/>
        <w:tblW w:w="9072" w:type="dxa"/>
        <w:jc w:val="center"/>
        <w:tblLook w:val="04A0" w:firstRow="1" w:lastRow="0" w:firstColumn="1" w:lastColumn="0" w:noHBand="0" w:noVBand="1"/>
      </w:tblPr>
      <w:tblGrid>
        <w:gridCol w:w="988"/>
        <w:gridCol w:w="8084"/>
      </w:tblGrid>
      <w:tr w:rsidR="00804B9B" w:rsidRPr="00FA1EC8" w14:paraId="7F410DE3" w14:textId="77777777" w:rsidTr="005E53B6">
        <w:trPr>
          <w:trHeight w:val="454"/>
          <w:jc w:val="center"/>
        </w:trPr>
        <w:tc>
          <w:tcPr>
            <w:tcW w:w="988" w:type="dxa"/>
            <w:vAlign w:val="center"/>
          </w:tcPr>
          <w:p w14:paraId="7BD9B906" w14:textId="77777777" w:rsidR="00804B9B" w:rsidRPr="00FA1EC8" w:rsidRDefault="00804B9B" w:rsidP="00E81BB3">
            <w:pPr>
              <w:jc w:val="center"/>
              <w:rPr>
                <w:rFonts w:ascii="Times New Roman" w:hAnsi="Times New Roman" w:cs="Times New Roman"/>
                <w:b/>
                <w:bCs/>
                <w:sz w:val="22"/>
                <w:lang w:val="tr-TR"/>
              </w:rPr>
            </w:pPr>
            <w:r w:rsidRPr="00FA1EC8">
              <w:rPr>
                <w:rFonts w:ascii="Times New Roman" w:hAnsi="Times New Roman" w:cs="Times New Roman"/>
                <w:b/>
                <w:bCs/>
                <w:sz w:val="22"/>
                <w:lang w:val="tr-TR"/>
              </w:rPr>
              <w:t>Sıra No</w:t>
            </w:r>
          </w:p>
        </w:tc>
        <w:tc>
          <w:tcPr>
            <w:tcW w:w="8084" w:type="dxa"/>
            <w:vAlign w:val="center"/>
          </w:tcPr>
          <w:p w14:paraId="6A9C0A39" w14:textId="77777777" w:rsidR="00804B9B" w:rsidRPr="00FA1EC8" w:rsidRDefault="00804B9B" w:rsidP="00E81BB3">
            <w:pPr>
              <w:jc w:val="center"/>
              <w:rPr>
                <w:rFonts w:ascii="Times New Roman" w:hAnsi="Times New Roman" w:cs="Times New Roman"/>
                <w:b/>
                <w:bCs/>
                <w:sz w:val="22"/>
                <w:lang w:val="tr-TR"/>
              </w:rPr>
            </w:pPr>
            <w:r w:rsidRPr="00FA1EC8">
              <w:rPr>
                <w:rFonts w:ascii="Times New Roman" w:hAnsi="Times New Roman" w:cs="Times New Roman"/>
                <w:b/>
                <w:bCs/>
                <w:sz w:val="22"/>
                <w:lang w:val="tr-TR"/>
              </w:rPr>
              <w:t>Açıklama</w:t>
            </w:r>
          </w:p>
        </w:tc>
      </w:tr>
      <w:tr w:rsidR="00804B9B" w:rsidRPr="00FA1EC8" w14:paraId="582A7048" w14:textId="77777777" w:rsidTr="005E53B6">
        <w:trPr>
          <w:trHeight w:val="454"/>
          <w:jc w:val="center"/>
        </w:trPr>
        <w:tc>
          <w:tcPr>
            <w:tcW w:w="988" w:type="dxa"/>
            <w:vAlign w:val="center"/>
          </w:tcPr>
          <w:p w14:paraId="7DBEADDB" w14:textId="77777777" w:rsidR="00804B9B" w:rsidRPr="00FA1EC8" w:rsidRDefault="00804B9B" w:rsidP="00E81BB3">
            <w:pPr>
              <w:jc w:val="center"/>
              <w:rPr>
                <w:rFonts w:ascii="Times New Roman" w:hAnsi="Times New Roman" w:cs="Times New Roman"/>
                <w:b/>
                <w:bCs/>
                <w:sz w:val="22"/>
                <w:lang w:val="tr-TR"/>
              </w:rPr>
            </w:pPr>
            <w:r w:rsidRPr="00FA1EC8">
              <w:rPr>
                <w:rFonts w:ascii="Times New Roman" w:hAnsi="Times New Roman" w:cs="Times New Roman"/>
                <w:b/>
                <w:bCs/>
                <w:sz w:val="22"/>
                <w:lang w:val="tr-TR"/>
              </w:rPr>
              <w:t>ÖÇ1</w:t>
            </w:r>
          </w:p>
        </w:tc>
        <w:tc>
          <w:tcPr>
            <w:tcW w:w="8084" w:type="dxa"/>
            <w:vAlign w:val="center"/>
          </w:tcPr>
          <w:p w14:paraId="17209615" w14:textId="77777777" w:rsidR="00804B9B" w:rsidRPr="00FA1EC8" w:rsidRDefault="00804B9B" w:rsidP="00E81BB3">
            <w:pPr>
              <w:jc w:val="both"/>
              <w:rPr>
                <w:rFonts w:ascii="Times New Roman" w:hAnsi="Times New Roman" w:cs="Times New Roman"/>
                <w:sz w:val="22"/>
                <w:lang w:val="tr-TR"/>
              </w:rPr>
            </w:pPr>
            <w:r w:rsidRPr="00FA1EC8">
              <w:rPr>
                <w:rFonts w:ascii="Times New Roman" w:hAnsi="Times New Roman" w:cs="Times New Roman"/>
                <w:sz w:val="22"/>
                <w:lang w:val="tr-TR"/>
              </w:rPr>
              <w:t>Kullanıcıların günlük yaşam biçimlerini, eylemlerini ve mahremiyet gereksinimlerini analiz ederek tek katlı konutun ihtiyaç programını oluşturur.</w:t>
            </w:r>
          </w:p>
        </w:tc>
      </w:tr>
      <w:tr w:rsidR="00804B9B" w:rsidRPr="00FA1EC8" w14:paraId="06784B56" w14:textId="77777777" w:rsidTr="005E53B6">
        <w:trPr>
          <w:trHeight w:val="454"/>
          <w:jc w:val="center"/>
        </w:trPr>
        <w:tc>
          <w:tcPr>
            <w:tcW w:w="988" w:type="dxa"/>
            <w:vAlign w:val="center"/>
          </w:tcPr>
          <w:p w14:paraId="6F224D06" w14:textId="77777777" w:rsidR="00804B9B" w:rsidRPr="00FA1EC8" w:rsidRDefault="00804B9B" w:rsidP="00E81BB3">
            <w:pPr>
              <w:jc w:val="center"/>
              <w:rPr>
                <w:rFonts w:ascii="Times New Roman" w:hAnsi="Times New Roman" w:cs="Times New Roman"/>
                <w:b/>
                <w:bCs/>
                <w:sz w:val="22"/>
                <w:lang w:val="tr-TR"/>
              </w:rPr>
            </w:pPr>
            <w:r w:rsidRPr="00FA1EC8">
              <w:rPr>
                <w:rFonts w:ascii="Times New Roman" w:hAnsi="Times New Roman" w:cs="Times New Roman"/>
                <w:b/>
                <w:bCs/>
                <w:sz w:val="22"/>
                <w:lang w:val="tr-TR"/>
              </w:rPr>
              <w:t>ÖÇ2</w:t>
            </w:r>
          </w:p>
        </w:tc>
        <w:tc>
          <w:tcPr>
            <w:tcW w:w="8084" w:type="dxa"/>
            <w:vAlign w:val="center"/>
          </w:tcPr>
          <w:p w14:paraId="11F1DB57" w14:textId="77777777" w:rsidR="00804B9B" w:rsidRPr="00FA1EC8" w:rsidRDefault="00804B9B" w:rsidP="00E81BB3">
            <w:pPr>
              <w:jc w:val="both"/>
              <w:rPr>
                <w:rFonts w:ascii="Times New Roman" w:hAnsi="Times New Roman" w:cs="Times New Roman"/>
                <w:sz w:val="22"/>
                <w:lang w:val="tr-TR"/>
              </w:rPr>
            </w:pPr>
            <w:r w:rsidRPr="00FA1EC8">
              <w:rPr>
                <w:rFonts w:ascii="Times New Roman" w:hAnsi="Times New Roman" w:cs="Times New Roman"/>
                <w:sz w:val="22"/>
                <w:lang w:val="tr-TR"/>
              </w:rPr>
              <w:t>Konut mekânlarını ve donatılarını işlevsel ilişkiler, insan ölçüleri ve kullanım gereksinimleri doğrultusunda düzenler ve boyutlandırır.</w:t>
            </w:r>
          </w:p>
        </w:tc>
      </w:tr>
      <w:tr w:rsidR="00804B9B" w:rsidRPr="00FA1EC8" w14:paraId="024AFDFD" w14:textId="77777777" w:rsidTr="005E53B6">
        <w:trPr>
          <w:trHeight w:val="454"/>
          <w:jc w:val="center"/>
        </w:trPr>
        <w:tc>
          <w:tcPr>
            <w:tcW w:w="988" w:type="dxa"/>
            <w:vAlign w:val="center"/>
          </w:tcPr>
          <w:p w14:paraId="4FEED498" w14:textId="77777777" w:rsidR="00804B9B" w:rsidRPr="00FA1EC8" w:rsidRDefault="00804B9B" w:rsidP="00E81BB3">
            <w:pPr>
              <w:jc w:val="center"/>
              <w:rPr>
                <w:rFonts w:ascii="Times New Roman" w:hAnsi="Times New Roman" w:cs="Times New Roman"/>
                <w:b/>
                <w:bCs/>
                <w:sz w:val="22"/>
                <w:lang w:val="tr-TR"/>
              </w:rPr>
            </w:pPr>
            <w:r w:rsidRPr="00FA1EC8">
              <w:rPr>
                <w:rFonts w:ascii="Times New Roman" w:hAnsi="Times New Roman" w:cs="Times New Roman"/>
                <w:b/>
                <w:bCs/>
                <w:sz w:val="22"/>
                <w:lang w:val="tr-TR"/>
              </w:rPr>
              <w:t>ÖÇ3</w:t>
            </w:r>
          </w:p>
        </w:tc>
        <w:tc>
          <w:tcPr>
            <w:tcW w:w="8084" w:type="dxa"/>
            <w:vAlign w:val="center"/>
          </w:tcPr>
          <w:p w14:paraId="185EA775" w14:textId="77777777" w:rsidR="00804B9B" w:rsidRPr="00FA1EC8" w:rsidRDefault="00804B9B" w:rsidP="00E81BB3">
            <w:pPr>
              <w:jc w:val="both"/>
              <w:rPr>
                <w:rFonts w:ascii="Times New Roman" w:hAnsi="Times New Roman" w:cs="Times New Roman"/>
                <w:sz w:val="22"/>
                <w:lang w:val="tr-TR"/>
              </w:rPr>
            </w:pPr>
            <w:r w:rsidRPr="00FA1EC8">
              <w:rPr>
                <w:rFonts w:ascii="Times New Roman" w:hAnsi="Times New Roman" w:cs="Times New Roman"/>
                <w:sz w:val="22"/>
                <w:lang w:val="tr-TR"/>
              </w:rPr>
              <w:t>Arazi ve çevresel bağlam verilerini analiz ederek tasarım konseptini, yönlenme ve vaziyet planı kararlarını geliştirir.</w:t>
            </w:r>
          </w:p>
        </w:tc>
      </w:tr>
      <w:tr w:rsidR="00804B9B" w:rsidRPr="00FA1EC8" w14:paraId="7F7D1BC0" w14:textId="77777777" w:rsidTr="005E53B6">
        <w:trPr>
          <w:trHeight w:val="454"/>
          <w:jc w:val="center"/>
        </w:trPr>
        <w:tc>
          <w:tcPr>
            <w:tcW w:w="988" w:type="dxa"/>
            <w:vAlign w:val="center"/>
          </w:tcPr>
          <w:p w14:paraId="11FE7528" w14:textId="77777777" w:rsidR="00804B9B" w:rsidRPr="00FA1EC8" w:rsidRDefault="00804B9B" w:rsidP="00E81BB3">
            <w:pPr>
              <w:jc w:val="center"/>
              <w:rPr>
                <w:rFonts w:ascii="Times New Roman" w:hAnsi="Times New Roman" w:cs="Times New Roman"/>
                <w:b/>
                <w:bCs/>
                <w:sz w:val="22"/>
                <w:lang w:val="tr-TR"/>
              </w:rPr>
            </w:pPr>
            <w:r w:rsidRPr="00FA1EC8">
              <w:rPr>
                <w:rFonts w:ascii="Times New Roman" w:hAnsi="Times New Roman" w:cs="Times New Roman"/>
                <w:b/>
                <w:bCs/>
                <w:sz w:val="22"/>
                <w:lang w:val="tr-TR"/>
              </w:rPr>
              <w:t>ÖÇ4</w:t>
            </w:r>
          </w:p>
        </w:tc>
        <w:tc>
          <w:tcPr>
            <w:tcW w:w="8084" w:type="dxa"/>
            <w:vAlign w:val="center"/>
          </w:tcPr>
          <w:p w14:paraId="69E13362" w14:textId="77777777" w:rsidR="00804B9B" w:rsidRPr="00FA1EC8" w:rsidRDefault="00804B9B" w:rsidP="00E81BB3">
            <w:pPr>
              <w:jc w:val="both"/>
              <w:rPr>
                <w:rFonts w:ascii="Times New Roman" w:hAnsi="Times New Roman" w:cs="Times New Roman"/>
                <w:sz w:val="22"/>
                <w:lang w:val="tr-TR"/>
              </w:rPr>
            </w:pPr>
            <w:r w:rsidRPr="00FA1EC8">
              <w:rPr>
                <w:rFonts w:ascii="Times New Roman" w:hAnsi="Times New Roman" w:cs="Times New Roman"/>
                <w:sz w:val="22"/>
                <w:lang w:val="tr-TR"/>
              </w:rPr>
              <w:t>Açık, yarı açık ve kapalı mekânlar arasındaki ilişkileri bahçe ve peyzajla bütünleştirerek doğal aydınlatma ve havalandırmayı gözeten sürdürülebilir tasarım çözümleri üretir.</w:t>
            </w:r>
          </w:p>
        </w:tc>
      </w:tr>
      <w:tr w:rsidR="00804B9B" w:rsidRPr="00FA1EC8" w14:paraId="53A0045F" w14:textId="77777777" w:rsidTr="005E53B6">
        <w:trPr>
          <w:trHeight w:val="454"/>
          <w:jc w:val="center"/>
        </w:trPr>
        <w:tc>
          <w:tcPr>
            <w:tcW w:w="988" w:type="dxa"/>
            <w:vAlign w:val="center"/>
          </w:tcPr>
          <w:p w14:paraId="7D9E9D31" w14:textId="77777777" w:rsidR="00804B9B" w:rsidRPr="00FA1EC8" w:rsidRDefault="00804B9B" w:rsidP="00E81BB3">
            <w:pPr>
              <w:ind w:left="-56" w:right="-111"/>
              <w:jc w:val="center"/>
              <w:rPr>
                <w:rFonts w:ascii="Times New Roman" w:hAnsi="Times New Roman" w:cs="Times New Roman"/>
                <w:b/>
                <w:bCs/>
                <w:sz w:val="22"/>
                <w:lang w:val="tr-TR"/>
              </w:rPr>
            </w:pPr>
            <w:r w:rsidRPr="00FA1EC8">
              <w:rPr>
                <w:rFonts w:ascii="Times New Roman" w:hAnsi="Times New Roman" w:cs="Times New Roman"/>
                <w:b/>
                <w:bCs/>
                <w:sz w:val="22"/>
                <w:lang w:val="tr-TR"/>
              </w:rPr>
              <w:t>ÖÇ5</w:t>
            </w:r>
          </w:p>
        </w:tc>
        <w:tc>
          <w:tcPr>
            <w:tcW w:w="8084" w:type="dxa"/>
            <w:vAlign w:val="center"/>
          </w:tcPr>
          <w:p w14:paraId="49015829" w14:textId="77777777" w:rsidR="00804B9B" w:rsidRPr="00FA1EC8" w:rsidRDefault="00804B9B" w:rsidP="00E81BB3">
            <w:pPr>
              <w:jc w:val="both"/>
              <w:rPr>
                <w:rFonts w:ascii="Times New Roman" w:hAnsi="Times New Roman" w:cs="Times New Roman"/>
                <w:sz w:val="22"/>
                <w:lang w:val="tr-TR"/>
              </w:rPr>
            </w:pPr>
            <w:r w:rsidRPr="00FA1EC8">
              <w:rPr>
                <w:rFonts w:ascii="Times New Roman" w:hAnsi="Times New Roman" w:cs="Times New Roman"/>
                <w:sz w:val="22"/>
                <w:lang w:val="tr-TR"/>
              </w:rPr>
              <w:t>Form, fonksiyon, strüktür ve malzeme ilişkilerini bütüncül biçimde ele alarak tek katlı konut tasarımını geliştirir.</w:t>
            </w:r>
          </w:p>
        </w:tc>
      </w:tr>
      <w:tr w:rsidR="00804B9B" w:rsidRPr="00FA1EC8" w14:paraId="7644F22C" w14:textId="77777777" w:rsidTr="005E53B6">
        <w:trPr>
          <w:trHeight w:val="454"/>
          <w:jc w:val="center"/>
        </w:trPr>
        <w:tc>
          <w:tcPr>
            <w:tcW w:w="988" w:type="dxa"/>
            <w:vAlign w:val="center"/>
          </w:tcPr>
          <w:p w14:paraId="3CD4846F" w14:textId="77777777" w:rsidR="00804B9B" w:rsidRPr="00FA1EC8" w:rsidRDefault="00804B9B" w:rsidP="00E81BB3">
            <w:pPr>
              <w:jc w:val="center"/>
              <w:rPr>
                <w:rFonts w:ascii="Times New Roman" w:hAnsi="Times New Roman" w:cs="Times New Roman"/>
                <w:b/>
                <w:bCs/>
                <w:sz w:val="22"/>
                <w:lang w:val="tr-TR"/>
              </w:rPr>
            </w:pPr>
            <w:r w:rsidRPr="00FA1EC8">
              <w:rPr>
                <w:rFonts w:ascii="Times New Roman" w:hAnsi="Times New Roman" w:cs="Times New Roman"/>
                <w:b/>
                <w:bCs/>
                <w:sz w:val="22"/>
                <w:lang w:val="tr-TR"/>
              </w:rPr>
              <w:t>ÖÇ6</w:t>
            </w:r>
          </w:p>
        </w:tc>
        <w:tc>
          <w:tcPr>
            <w:tcW w:w="8084" w:type="dxa"/>
            <w:vAlign w:val="center"/>
          </w:tcPr>
          <w:p w14:paraId="3FE95A96" w14:textId="77777777" w:rsidR="00804B9B" w:rsidRPr="00FA1EC8" w:rsidRDefault="00804B9B" w:rsidP="00E81BB3">
            <w:pPr>
              <w:jc w:val="both"/>
              <w:rPr>
                <w:rFonts w:ascii="Times New Roman" w:hAnsi="Times New Roman" w:cs="Times New Roman"/>
                <w:sz w:val="22"/>
                <w:lang w:val="tr-TR"/>
              </w:rPr>
            </w:pPr>
            <w:r w:rsidRPr="00FA1EC8">
              <w:rPr>
                <w:rFonts w:ascii="Times New Roman" w:hAnsi="Times New Roman" w:cs="Times New Roman"/>
                <w:sz w:val="22"/>
                <w:lang w:val="tr-TR"/>
              </w:rPr>
              <w:t>Tasarım kararlarını mimari anlatım kurallarına uygun vaziyet planı, kat planı, kesit, görünüş ve kütle maketi ile ifade eder.</w:t>
            </w:r>
          </w:p>
        </w:tc>
      </w:tr>
    </w:tbl>
    <w:p w14:paraId="6BAC4436" w14:textId="77777777" w:rsidR="005E53B6" w:rsidRDefault="005E53B6" w:rsidP="00804B9B">
      <w:pPr>
        <w:spacing w:after="120"/>
        <w:rPr>
          <w:rFonts w:ascii="Times New Roman" w:hAnsi="Times New Roman" w:cs="Times New Roman"/>
          <w:bCs/>
          <w:sz w:val="22"/>
        </w:rPr>
      </w:pPr>
    </w:p>
    <w:tbl>
      <w:tblPr>
        <w:tblStyle w:val="TabloKlavuzu"/>
        <w:tblW w:w="0" w:type="auto"/>
        <w:jc w:val="center"/>
        <w:tblLook w:val="04A0" w:firstRow="1" w:lastRow="0" w:firstColumn="1" w:lastColumn="0" w:noHBand="0" w:noVBand="1"/>
      </w:tblPr>
      <w:tblGrid>
        <w:gridCol w:w="682"/>
        <w:gridCol w:w="686"/>
        <w:gridCol w:w="603"/>
        <w:gridCol w:w="84"/>
        <w:gridCol w:w="689"/>
        <w:gridCol w:w="688"/>
        <w:gridCol w:w="384"/>
        <w:gridCol w:w="304"/>
        <w:gridCol w:w="688"/>
        <w:gridCol w:w="281"/>
        <w:gridCol w:w="407"/>
        <w:gridCol w:w="688"/>
        <w:gridCol w:w="37"/>
        <w:gridCol w:w="651"/>
        <w:gridCol w:w="625"/>
        <w:gridCol w:w="105"/>
        <w:gridCol w:w="730"/>
        <w:gridCol w:w="730"/>
      </w:tblGrid>
      <w:tr w:rsidR="005E53B6" w:rsidRPr="009C5486" w14:paraId="542E3A75" w14:textId="77777777" w:rsidTr="00E81BB3">
        <w:trPr>
          <w:trHeight w:val="454"/>
          <w:jc w:val="center"/>
        </w:trPr>
        <w:tc>
          <w:tcPr>
            <w:tcW w:w="9062" w:type="dxa"/>
            <w:gridSpan w:val="18"/>
            <w:vAlign w:val="center"/>
          </w:tcPr>
          <w:p w14:paraId="7EB5B993" w14:textId="77777777" w:rsidR="005E53B6" w:rsidRPr="009C5486" w:rsidRDefault="005E53B6" w:rsidP="00E81BB3">
            <w:pPr>
              <w:pStyle w:val="TableParagraph"/>
              <w:ind w:left="158"/>
              <w:rPr>
                <w:b/>
                <w:color w:val="000000" w:themeColor="text1"/>
              </w:rPr>
            </w:pPr>
            <w:r w:rsidRPr="009C5486">
              <w:rPr>
                <w:b/>
                <w:color w:val="000000" w:themeColor="text1"/>
              </w:rPr>
              <w:t>PROGRAM ÇIKTILARI (PÇ) İLE</w:t>
            </w:r>
          </w:p>
          <w:p w14:paraId="1C9D28AD" w14:textId="77777777" w:rsidR="005E53B6" w:rsidRPr="009C5486" w:rsidRDefault="005E53B6" w:rsidP="00E81BB3">
            <w:pPr>
              <w:jc w:val="center"/>
              <w:rPr>
                <w:rFonts w:ascii="Times New Roman" w:hAnsi="Times New Roman" w:cs="Times New Roman"/>
                <w:color w:val="000000" w:themeColor="text1"/>
                <w:sz w:val="22"/>
              </w:rPr>
            </w:pPr>
            <w:r w:rsidRPr="009C5486">
              <w:rPr>
                <w:rFonts w:ascii="Times New Roman" w:hAnsi="Times New Roman" w:cs="Times New Roman"/>
                <w:b/>
                <w:color w:val="000000" w:themeColor="text1"/>
                <w:sz w:val="22"/>
              </w:rPr>
              <w:t>DERS ÖĞRENİM ÇIKTILARI (ÖÇ) İLİŞKİSİ TABLOSU</w:t>
            </w:r>
          </w:p>
        </w:tc>
      </w:tr>
      <w:tr w:rsidR="005E53B6" w:rsidRPr="009C5486" w14:paraId="17A12F08" w14:textId="77777777" w:rsidTr="005E53B6">
        <w:trPr>
          <w:trHeight w:val="454"/>
          <w:jc w:val="center"/>
        </w:trPr>
        <w:tc>
          <w:tcPr>
            <w:tcW w:w="682" w:type="dxa"/>
            <w:vAlign w:val="center"/>
          </w:tcPr>
          <w:p w14:paraId="0C856A88" w14:textId="77777777" w:rsidR="005E53B6" w:rsidRPr="009C5486" w:rsidRDefault="005E53B6" w:rsidP="00E81BB3">
            <w:pPr>
              <w:jc w:val="both"/>
              <w:rPr>
                <w:rFonts w:ascii="Times New Roman" w:hAnsi="Times New Roman" w:cs="Times New Roman"/>
                <w:color w:val="000000" w:themeColor="text1"/>
                <w:sz w:val="22"/>
              </w:rPr>
            </w:pPr>
          </w:p>
        </w:tc>
        <w:tc>
          <w:tcPr>
            <w:tcW w:w="686" w:type="dxa"/>
            <w:vAlign w:val="center"/>
          </w:tcPr>
          <w:p w14:paraId="75549694" w14:textId="77777777" w:rsidR="005E53B6" w:rsidRPr="009C5486" w:rsidRDefault="005E53B6" w:rsidP="00E81BB3">
            <w:pPr>
              <w:jc w:val="center"/>
              <w:rPr>
                <w:rFonts w:ascii="Times New Roman" w:hAnsi="Times New Roman" w:cs="Times New Roman"/>
                <w:b/>
                <w:bCs/>
                <w:color w:val="000000" w:themeColor="text1"/>
                <w:sz w:val="22"/>
              </w:rPr>
            </w:pPr>
            <w:r w:rsidRPr="009C5486">
              <w:rPr>
                <w:rFonts w:ascii="Times New Roman" w:hAnsi="Times New Roman" w:cs="Times New Roman"/>
                <w:b/>
                <w:bCs/>
                <w:color w:val="000000" w:themeColor="text1"/>
                <w:sz w:val="22"/>
              </w:rPr>
              <w:t>PÇ1</w:t>
            </w:r>
          </w:p>
        </w:tc>
        <w:tc>
          <w:tcPr>
            <w:tcW w:w="687" w:type="dxa"/>
            <w:gridSpan w:val="2"/>
            <w:vAlign w:val="center"/>
          </w:tcPr>
          <w:p w14:paraId="4921AE4A" w14:textId="77777777" w:rsidR="005E53B6" w:rsidRPr="009C5486" w:rsidRDefault="005E53B6" w:rsidP="00E81BB3">
            <w:pPr>
              <w:jc w:val="center"/>
              <w:rPr>
                <w:rFonts w:ascii="Times New Roman" w:hAnsi="Times New Roman" w:cs="Times New Roman"/>
                <w:b/>
                <w:bCs/>
                <w:color w:val="000000" w:themeColor="text1"/>
                <w:sz w:val="22"/>
              </w:rPr>
            </w:pPr>
            <w:r w:rsidRPr="009C5486">
              <w:rPr>
                <w:rFonts w:ascii="Times New Roman" w:hAnsi="Times New Roman" w:cs="Times New Roman"/>
                <w:b/>
                <w:bCs/>
                <w:color w:val="000000" w:themeColor="text1"/>
                <w:sz w:val="22"/>
              </w:rPr>
              <w:t>PÇ2</w:t>
            </w:r>
          </w:p>
        </w:tc>
        <w:tc>
          <w:tcPr>
            <w:tcW w:w="689" w:type="dxa"/>
            <w:vAlign w:val="center"/>
          </w:tcPr>
          <w:p w14:paraId="2C2836C2" w14:textId="77777777" w:rsidR="005E53B6" w:rsidRPr="009C5486" w:rsidRDefault="005E53B6" w:rsidP="00E81BB3">
            <w:pPr>
              <w:jc w:val="center"/>
              <w:rPr>
                <w:rFonts w:ascii="Times New Roman" w:hAnsi="Times New Roman" w:cs="Times New Roman"/>
                <w:b/>
                <w:bCs/>
                <w:color w:val="000000" w:themeColor="text1"/>
                <w:sz w:val="22"/>
              </w:rPr>
            </w:pPr>
            <w:r w:rsidRPr="009C5486">
              <w:rPr>
                <w:rFonts w:ascii="Times New Roman" w:hAnsi="Times New Roman" w:cs="Times New Roman"/>
                <w:b/>
                <w:bCs/>
                <w:color w:val="000000" w:themeColor="text1"/>
                <w:sz w:val="22"/>
              </w:rPr>
              <w:t>PÇ3</w:t>
            </w:r>
          </w:p>
        </w:tc>
        <w:tc>
          <w:tcPr>
            <w:tcW w:w="688" w:type="dxa"/>
            <w:vAlign w:val="center"/>
          </w:tcPr>
          <w:p w14:paraId="1DC97D35" w14:textId="77777777" w:rsidR="005E53B6" w:rsidRPr="009C5486" w:rsidRDefault="005E53B6" w:rsidP="00E81BB3">
            <w:pPr>
              <w:jc w:val="center"/>
              <w:rPr>
                <w:rFonts w:ascii="Times New Roman" w:hAnsi="Times New Roman" w:cs="Times New Roman"/>
                <w:b/>
                <w:bCs/>
                <w:color w:val="000000" w:themeColor="text1"/>
                <w:sz w:val="22"/>
              </w:rPr>
            </w:pPr>
            <w:r w:rsidRPr="009C5486">
              <w:rPr>
                <w:rFonts w:ascii="Times New Roman" w:hAnsi="Times New Roman" w:cs="Times New Roman"/>
                <w:b/>
                <w:bCs/>
                <w:color w:val="000000" w:themeColor="text1"/>
                <w:sz w:val="22"/>
              </w:rPr>
              <w:t>PÇ4</w:t>
            </w:r>
          </w:p>
        </w:tc>
        <w:tc>
          <w:tcPr>
            <w:tcW w:w="688" w:type="dxa"/>
            <w:gridSpan w:val="2"/>
            <w:vAlign w:val="center"/>
          </w:tcPr>
          <w:p w14:paraId="55D50DBB" w14:textId="77777777" w:rsidR="005E53B6" w:rsidRPr="009C5486" w:rsidRDefault="005E53B6" w:rsidP="00E81BB3">
            <w:pPr>
              <w:jc w:val="center"/>
              <w:rPr>
                <w:rFonts w:ascii="Times New Roman" w:hAnsi="Times New Roman" w:cs="Times New Roman"/>
                <w:b/>
                <w:bCs/>
                <w:color w:val="000000" w:themeColor="text1"/>
                <w:sz w:val="22"/>
              </w:rPr>
            </w:pPr>
            <w:r w:rsidRPr="009C5486">
              <w:rPr>
                <w:rFonts w:ascii="Times New Roman" w:hAnsi="Times New Roman" w:cs="Times New Roman"/>
                <w:b/>
                <w:bCs/>
                <w:color w:val="000000" w:themeColor="text1"/>
                <w:sz w:val="22"/>
              </w:rPr>
              <w:t>PÇ5</w:t>
            </w:r>
          </w:p>
        </w:tc>
        <w:tc>
          <w:tcPr>
            <w:tcW w:w="688" w:type="dxa"/>
            <w:vAlign w:val="center"/>
          </w:tcPr>
          <w:p w14:paraId="697C909A" w14:textId="77777777" w:rsidR="005E53B6" w:rsidRPr="009C5486" w:rsidRDefault="005E53B6" w:rsidP="00E81BB3">
            <w:pPr>
              <w:jc w:val="center"/>
              <w:rPr>
                <w:rFonts w:ascii="Times New Roman" w:hAnsi="Times New Roman" w:cs="Times New Roman"/>
                <w:b/>
                <w:bCs/>
                <w:color w:val="000000" w:themeColor="text1"/>
                <w:sz w:val="22"/>
              </w:rPr>
            </w:pPr>
            <w:r w:rsidRPr="009C5486">
              <w:rPr>
                <w:rFonts w:ascii="Times New Roman" w:hAnsi="Times New Roman" w:cs="Times New Roman"/>
                <w:b/>
                <w:bCs/>
                <w:color w:val="000000" w:themeColor="text1"/>
                <w:sz w:val="22"/>
              </w:rPr>
              <w:t>PÇ6</w:t>
            </w:r>
          </w:p>
        </w:tc>
        <w:tc>
          <w:tcPr>
            <w:tcW w:w="688" w:type="dxa"/>
            <w:gridSpan w:val="2"/>
            <w:vAlign w:val="center"/>
          </w:tcPr>
          <w:p w14:paraId="6AC463B2" w14:textId="77777777" w:rsidR="005E53B6" w:rsidRPr="009C5486" w:rsidRDefault="005E53B6" w:rsidP="00E81BB3">
            <w:pPr>
              <w:jc w:val="center"/>
              <w:rPr>
                <w:rFonts w:ascii="Times New Roman" w:hAnsi="Times New Roman" w:cs="Times New Roman"/>
                <w:b/>
                <w:bCs/>
                <w:color w:val="000000" w:themeColor="text1"/>
                <w:sz w:val="22"/>
              </w:rPr>
            </w:pPr>
            <w:r w:rsidRPr="009C5486">
              <w:rPr>
                <w:rFonts w:ascii="Times New Roman" w:hAnsi="Times New Roman" w:cs="Times New Roman"/>
                <w:b/>
                <w:bCs/>
                <w:color w:val="000000" w:themeColor="text1"/>
                <w:sz w:val="22"/>
              </w:rPr>
              <w:t>PÇ7</w:t>
            </w:r>
          </w:p>
        </w:tc>
        <w:tc>
          <w:tcPr>
            <w:tcW w:w="688" w:type="dxa"/>
            <w:vAlign w:val="center"/>
          </w:tcPr>
          <w:p w14:paraId="0B319842" w14:textId="77777777" w:rsidR="005E53B6" w:rsidRPr="009C5486" w:rsidRDefault="005E53B6" w:rsidP="00E81BB3">
            <w:pPr>
              <w:jc w:val="center"/>
              <w:rPr>
                <w:rFonts w:ascii="Times New Roman" w:hAnsi="Times New Roman" w:cs="Times New Roman"/>
                <w:b/>
                <w:bCs/>
                <w:color w:val="000000" w:themeColor="text1"/>
                <w:sz w:val="22"/>
              </w:rPr>
            </w:pPr>
            <w:r w:rsidRPr="009C5486">
              <w:rPr>
                <w:rFonts w:ascii="Times New Roman" w:hAnsi="Times New Roman" w:cs="Times New Roman"/>
                <w:b/>
                <w:bCs/>
                <w:color w:val="000000" w:themeColor="text1"/>
                <w:sz w:val="22"/>
              </w:rPr>
              <w:t>PÇ8</w:t>
            </w:r>
          </w:p>
        </w:tc>
        <w:tc>
          <w:tcPr>
            <w:tcW w:w="688" w:type="dxa"/>
            <w:gridSpan w:val="2"/>
            <w:vAlign w:val="center"/>
          </w:tcPr>
          <w:p w14:paraId="08AAC15F" w14:textId="77777777" w:rsidR="005E53B6" w:rsidRPr="009C5486" w:rsidRDefault="005E53B6" w:rsidP="00E81BB3">
            <w:pPr>
              <w:jc w:val="center"/>
              <w:rPr>
                <w:rFonts w:ascii="Times New Roman" w:hAnsi="Times New Roman" w:cs="Times New Roman"/>
                <w:b/>
                <w:bCs/>
                <w:color w:val="000000" w:themeColor="text1"/>
                <w:sz w:val="22"/>
              </w:rPr>
            </w:pPr>
            <w:r w:rsidRPr="009C5486">
              <w:rPr>
                <w:rFonts w:ascii="Times New Roman" w:hAnsi="Times New Roman" w:cs="Times New Roman"/>
                <w:b/>
                <w:bCs/>
                <w:color w:val="000000" w:themeColor="text1"/>
                <w:sz w:val="22"/>
              </w:rPr>
              <w:t>PÇ9</w:t>
            </w:r>
          </w:p>
        </w:tc>
        <w:tc>
          <w:tcPr>
            <w:tcW w:w="730" w:type="dxa"/>
            <w:gridSpan w:val="2"/>
            <w:vAlign w:val="center"/>
          </w:tcPr>
          <w:p w14:paraId="19C8FF21" w14:textId="77777777" w:rsidR="005E53B6" w:rsidRPr="009C5486" w:rsidRDefault="005E53B6" w:rsidP="00E81BB3">
            <w:pPr>
              <w:jc w:val="center"/>
              <w:rPr>
                <w:rFonts w:ascii="Times New Roman" w:hAnsi="Times New Roman" w:cs="Times New Roman"/>
                <w:b/>
                <w:bCs/>
                <w:color w:val="000000" w:themeColor="text1"/>
                <w:sz w:val="22"/>
              </w:rPr>
            </w:pPr>
            <w:r w:rsidRPr="009C5486">
              <w:rPr>
                <w:rFonts w:ascii="Times New Roman" w:hAnsi="Times New Roman" w:cs="Times New Roman"/>
                <w:b/>
                <w:bCs/>
                <w:color w:val="000000" w:themeColor="text1"/>
                <w:sz w:val="22"/>
              </w:rPr>
              <w:t>PÇ10</w:t>
            </w:r>
          </w:p>
        </w:tc>
        <w:tc>
          <w:tcPr>
            <w:tcW w:w="730" w:type="dxa"/>
            <w:vAlign w:val="center"/>
          </w:tcPr>
          <w:p w14:paraId="4EF04F82" w14:textId="77777777" w:rsidR="005E53B6" w:rsidRPr="009C5486" w:rsidRDefault="005E53B6" w:rsidP="00E81BB3">
            <w:pPr>
              <w:jc w:val="center"/>
              <w:rPr>
                <w:rFonts w:ascii="Times New Roman" w:hAnsi="Times New Roman" w:cs="Times New Roman"/>
                <w:b/>
                <w:bCs/>
                <w:color w:val="000000" w:themeColor="text1"/>
                <w:sz w:val="22"/>
              </w:rPr>
            </w:pPr>
            <w:r w:rsidRPr="009C5486">
              <w:rPr>
                <w:rFonts w:ascii="Times New Roman" w:hAnsi="Times New Roman" w:cs="Times New Roman"/>
                <w:b/>
                <w:bCs/>
                <w:color w:val="000000" w:themeColor="text1"/>
                <w:sz w:val="22"/>
              </w:rPr>
              <w:t>PÇ11</w:t>
            </w:r>
          </w:p>
        </w:tc>
        <w:tc>
          <w:tcPr>
            <w:tcW w:w="730" w:type="dxa"/>
            <w:vAlign w:val="center"/>
          </w:tcPr>
          <w:p w14:paraId="742702BE" w14:textId="77777777" w:rsidR="005E53B6" w:rsidRPr="009C5486" w:rsidRDefault="005E53B6" w:rsidP="00E81BB3">
            <w:pPr>
              <w:jc w:val="center"/>
              <w:rPr>
                <w:rFonts w:ascii="Times New Roman" w:hAnsi="Times New Roman" w:cs="Times New Roman"/>
                <w:b/>
                <w:bCs/>
                <w:color w:val="000000" w:themeColor="text1"/>
                <w:sz w:val="22"/>
              </w:rPr>
            </w:pPr>
            <w:r w:rsidRPr="009C5486">
              <w:rPr>
                <w:rFonts w:ascii="Times New Roman" w:hAnsi="Times New Roman" w:cs="Times New Roman"/>
                <w:b/>
                <w:bCs/>
                <w:color w:val="000000" w:themeColor="text1"/>
                <w:sz w:val="22"/>
              </w:rPr>
              <w:t>PÇ12</w:t>
            </w:r>
          </w:p>
        </w:tc>
      </w:tr>
      <w:tr w:rsidR="005E53B6" w:rsidRPr="009C5486" w14:paraId="0DD5C49D" w14:textId="77777777" w:rsidTr="005E53B6">
        <w:trPr>
          <w:trHeight w:val="454"/>
          <w:jc w:val="center"/>
        </w:trPr>
        <w:tc>
          <w:tcPr>
            <w:tcW w:w="682" w:type="dxa"/>
            <w:vAlign w:val="center"/>
          </w:tcPr>
          <w:p w14:paraId="1D961110" w14:textId="77777777" w:rsidR="005E53B6" w:rsidRPr="009C5486" w:rsidRDefault="005E53B6" w:rsidP="005E53B6">
            <w:pPr>
              <w:jc w:val="both"/>
              <w:rPr>
                <w:rFonts w:ascii="Times New Roman" w:hAnsi="Times New Roman" w:cs="Times New Roman"/>
                <w:color w:val="000000" w:themeColor="text1"/>
                <w:sz w:val="22"/>
              </w:rPr>
            </w:pPr>
            <w:r w:rsidRPr="009C5486">
              <w:rPr>
                <w:rFonts w:ascii="Times New Roman" w:hAnsi="Times New Roman" w:cs="Times New Roman"/>
                <w:b/>
                <w:bCs/>
                <w:color w:val="000000" w:themeColor="text1"/>
                <w:sz w:val="22"/>
              </w:rPr>
              <w:t>Tüm</w:t>
            </w:r>
          </w:p>
        </w:tc>
        <w:tc>
          <w:tcPr>
            <w:tcW w:w="686" w:type="dxa"/>
            <w:vAlign w:val="center"/>
          </w:tcPr>
          <w:p w14:paraId="21194D69" w14:textId="38E281D8" w:rsidR="005E53B6" w:rsidRPr="005E53B6" w:rsidRDefault="005E53B6" w:rsidP="005E53B6">
            <w:pPr>
              <w:jc w:val="center"/>
              <w:rPr>
                <w:rFonts w:ascii="Times New Roman" w:hAnsi="Times New Roman" w:cs="Times New Roman"/>
                <w:color w:val="000000" w:themeColor="text1"/>
                <w:sz w:val="22"/>
              </w:rPr>
            </w:pPr>
            <w:r w:rsidRPr="005E53B6">
              <w:rPr>
                <w:rFonts w:ascii="Times New Roman" w:hAnsi="Times New Roman" w:cs="Times New Roman"/>
                <w:sz w:val="22"/>
              </w:rPr>
              <w:t>3</w:t>
            </w:r>
          </w:p>
        </w:tc>
        <w:tc>
          <w:tcPr>
            <w:tcW w:w="687" w:type="dxa"/>
            <w:gridSpan w:val="2"/>
            <w:vAlign w:val="center"/>
          </w:tcPr>
          <w:p w14:paraId="62BB6A44" w14:textId="51D935A8" w:rsidR="005E53B6" w:rsidRPr="005E53B6" w:rsidRDefault="005E53B6" w:rsidP="005E53B6">
            <w:pPr>
              <w:jc w:val="center"/>
              <w:rPr>
                <w:rFonts w:ascii="Times New Roman" w:hAnsi="Times New Roman" w:cs="Times New Roman"/>
                <w:color w:val="000000" w:themeColor="text1"/>
                <w:sz w:val="22"/>
              </w:rPr>
            </w:pPr>
            <w:r w:rsidRPr="005E53B6">
              <w:rPr>
                <w:rFonts w:ascii="Times New Roman" w:hAnsi="Times New Roman" w:cs="Times New Roman"/>
                <w:sz w:val="22"/>
              </w:rPr>
              <w:t>4</w:t>
            </w:r>
          </w:p>
        </w:tc>
        <w:tc>
          <w:tcPr>
            <w:tcW w:w="689" w:type="dxa"/>
            <w:vAlign w:val="center"/>
          </w:tcPr>
          <w:p w14:paraId="4AE8AA97" w14:textId="48AA9AE1" w:rsidR="005E53B6" w:rsidRPr="005E53B6" w:rsidRDefault="005E53B6" w:rsidP="005E53B6">
            <w:pPr>
              <w:jc w:val="center"/>
              <w:rPr>
                <w:rFonts w:ascii="Times New Roman" w:hAnsi="Times New Roman" w:cs="Times New Roman"/>
                <w:color w:val="000000" w:themeColor="text1"/>
                <w:sz w:val="22"/>
              </w:rPr>
            </w:pPr>
            <w:r w:rsidRPr="005E53B6">
              <w:rPr>
                <w:rFonts w:ascii="Times New Roman" w:hAnsi="Times New Roman" w:cs="Times New Roman"/>
                <w:sz w:val="22"/>
              </w:rPr>
              <w:t>-</w:t>
            </w:r>
          </w:p>
        </w:tc>
        <w:tc>
          <w:tcPr>
            <w:tcW w:w="688" w:type="dxa"/>
            <w:vAlign w:val="center"/>
          </w:tcPr>
          <w:p w14:paraId="5AE52E4F" w14:textId="4E40DF07" w:rsidR="005E53B6" w:rsidRPr="005E53B6" w:rsidRDefault="005E53B6" w:rsidP="005E53B6">
            <w:pPr>
              <w:jc w:val="center"/>
              <w:rPr>
                <w:rFonts w:ascii="Times New Roman" w:hAnsi="Times New Roman" w:cs="Times New Roman"/>
                <w:color w:val="000000" w:themeColor="text1"/>
                <w:sz w:val="22"/>
              </w:rPr>
            </w:pPr>
            <w:r w:rsidRPr="005E53B6">
              <w:rPr>
                <w:rFonts w:ascii="Times New Roman" w:hAnsi="Times New Roman" w:cs="Times New Roman"/>
                <w:sz w:val="22"/>
              </w:rPr>
              <w:t>4</w:t>
            </w:r>
          </w:p>
        </w:tc>
        <w:tc>
          <w:tcPr>
            <w:tcW w:w="688" w:type="dxa"/>
            <w:gridSpan w:val="2"/>
            <w:vAlign w:val="center"/>
          </w:tcPr>
          <w:p w14:paraId="252E632B" w14:textId="39002231" w:rsidR="005E53B6" w:rsidRPr="005E53B6" w:rsidRDefault="005E53B6" w:rsidP="005E53B6">
            <w:pPr>
              <w:jc w:val="center"/>
              <w:rPr>
                <w:rFonts w:ascii="Times New Roman" w:hAnsi="Times New Roman" w:cs="Times New Roman"/>
                <w:color w:val="000000" w:themeColor="text1"/>
                <w:sz w:val="22"/>
              </w:rPr>
            </w:pPr>
            <w:r w:rsidRPr="005E53B6">
              <w:rPr>
                <w:rFonts w:ascii="Times New Roman" w:hAnsi="Times New Roman" w:cs="Times New Roman"/>
                <w:sz w:val="22"/>
              </w:rPr>
              <w:t>2</w:t>
            </w:r>
          </w:p>
        </w:tc>
        <w:tc>
          <w:tcPr>
            <w:tcW w:w="688" w:type="dxa"/>
            <w:vAlign w:val="center"/>
          </w:tcPr>
          <w:p w14:paraId="7F9F339F" w14:textId="290FC316" w:rsidR="005E53B6" w:rsidRPr="005E53B6" w:rsidRDefault="005E53B6" w:rsidP="005E53B6">
            <w:pPr>
              <w:jc w:val="center"/>
              <w:rPr>
                <w:rFonts w:ascii="Times New Roman" w:hAnsi="Times New Roman" w:cs="Times New Roman"/>
                <w:color w:val="000000" w:themeColor="text1"/>
                <w:sz w:val="22"/>
              </w:rPr>
            </w:pPr>
            <w:r w:rsidRPr="005E53B6">
              <w:rPr>
                <w:rFonts w:ascii="Times New Roman" w:hAnsi="Times New Roman" w:cs="Times New Roman"/>
                <w:sz w:val="22"/>
              </w:rPr>
              <w:t>3</w:t>
            </w:r>
          </w:p>
        </w:tc>
        <w:tc>
          <w:tcPr>
            <w:tcW w:w="688" w:type="dxa"/>
            <w:gridSpan w:val="2"/>
            <w:vAlign w:val="center"/>
          </w:tcPr>
          <w:p w14:paraId="198C5426" w14:textId="32FEE7A1" w:rsidR="005E53B6" w:rsidRPr="005E53B6" w:rsidRDefault="005E53B6" w:rsidP="005E53B6">
            <w:pPr>
              <w:jc w:val="center"/>
              <w:rPr>
                <w:rFonts w:ascii="Times New Roman" w:hAnsi="Times New Roman" w:cs="Times New Roman"/>
                <w:color w:val="000000" w:themeColor="text1"/>
                <w:sz w:val="22"/>
              </w:rPr>
            </w:pPr>
            <w:r w:rsidRPr="005E53B6">
              <w:rPr>
                <w:rFonts w:ascii="Times New Roman" w:hAnsi="Times New Roman" w:cs="Times New Roman"/>
                <w:sz w:val="22"/>
              </w:rPr>
              <w:t>3</w:t>
            </w:r>
          </w:p>
        </w:tc>
        <w:tc>
          <w:tcPr>
            <w:tcW w:w="688" w:type="dxa"/>
            <w:vAlign w:val="center"/>
          </w:tcPr>
          <w:p w14:paraId="3784F32C" w14:textId="073605FF" w:rsidR="005E53B6" w:rsidRPr="005E53B6" w:rsidRDefault="005E53B6" w:rsidP="005E53B6">
            <w:pPr>
              <w:jc w:val="center"/>
              <w:rPr>
                <w:rFonts w:ascii="Times New Roman" w:hAnsi="Times New Roman" w:cs="Times New Roman"/>
                <w:color w:val="000000" w:themeColor="text1"/>
                <w:sz w:val="22"/>
              </w:rPr>
            </w:pPr>
            <w:r w:rsidRPr="005E53B6">
              <w:rPr>
                <w:rFonts w:ascii="Times New Roman" w:hAnsi="Times New Roman" w:cs="Times New Roman"/>
                <w:sz w:val="22"/>
              </w:rPr>
              <w:t>-</w:t>
            </w:r>
          </w:p>
        </w:tc>
        <w:tc>
          <w:tcPr>
            <w:tcW w:w="688" w:type="dxa"/>
            <w:gridSpan w:val="2"/>
            <w:vAlign w:val="center"/>
          </w:tcPr>
          <w:p w14:paraId="0271AFC3" w14:textId="4F3F3209" w:rsidR="005E53B6" w:rsidRPr="005E53B6" w:rsidRDefault="005E53B6" w:rsidP="005E53B6">
            <w:pPr>
              <w:jc w:val="center"/>
              <w:rPr>
                <w:rFonts w:ascii="Times New Roman" w:hAnsi="Times New Roman" w:cs="Times New Roman"/>
                <w:color w:val="000000" w:themeColor="text1"/>
                <w:sz w:val="22"/>
              </w:rPr>
            </w:pPr>
            <w:r w:rsidRPr="005E53B6">
              <w:rPr>
                <w:rFonts w:ascii="Times New Roman" w:hAnsi="Times New Roman" w:cs="Times New Roman"/>
                <w:sz w:val="22"/>
              </w:rPr>
              <w:t>-</w:t>
            </w:r>
          </w:p>
        </w:tc>
        <w:tc>
          <w:tcPr>
            <w:tcW w:w="730" w:type="dxa"/>
            <w:gridSpan w:val="2"/>
            <w:vAlign w:val="center"/>
          </w:tcPr>
          <w:p w14:paraId="5E7077F9" w14:textId="3CDA643C" w:rsidR="005E53B6" w:rsidRPr="005E53B6" w:rsidRDefault="005E53B6" w:rsidP="005E53B6">
            <w:pPr>
              <w:jc w:val="center"/>
              <w:rPr>
                <w:rFonts w:ascii="Times New Roman" w:hAnsi="Times New Roman" w:cs="Times New Roman"/>
                <w:color w:val="000000" w:themeColor="text1"/>
                <w:sz w:val="22"/>
              </w:rPr>
            </w:pPr>
            <w:r w:rsidRPr="005E53B6">
              <w:rPr>
                <w:rFonts w:ascii="Times New Roman" w:hAnsi="Times New Roman" w:cs="Times New Roman"/>
                <w:sz w:val="22"/>
              </w:rPr>
              <w:t>-</w:t>
            </w:r>
          </w:p>
        </w:tc>
        <w:tc>
          <w:tcPr>
            <w:tcW w:w="730" w:type="dxa"/>
            <w:vAlign w:val="center"/>
          </w:tcPr>
          <w:p w14:paraId="1BB764C7" w14:textId="50C64CD1" w:rsidR="005E53B6" w:rsidRPr="005E53B6" w:rsidRDefault="005E53B6" w:rsidP="005E53B6">
            <w:pPr>
              <w:jc w:val="center"/>
              <w:rPr>
                <w:rFonts w:ascii="Times New Roman" w:hAnsi="Times New Roman" w:cs="Times New Roman"/>
                <w:color w:val="000000" w:themeColor="text1"/>
                <w:sz w:val="22"/>
              </w:rPr>
            </w:pPr>
            <w:r w:rsidRPr="005E53B6">
              <w:rPr>
                <w:rFonts w:ascii="Times New Roman" w:hAnsi="Times New Roman" w:cs="Times New Roman"/>
                <w:sz w:val="22"/>
              </w:rPr>
              <w:t>3</w:t>
            </w:r>
          </w:p>
        </w:tc>
        <w:tc>
          <w:tcPr>
            <w:tcW w:w="730" w:type="dxa"/>
            <w:vAlign w:val="center"/>
          </w:tcPr>
          <w:p w14:paraId="65A1DE30" w14:textId="0D4BC88D" w:rsidR="005E53B6" w:rsidRPr="005E53B6" w:rsidRDefault="005E53B6" w:rsidP="005E53B6">
            <w:pPr>
              <w:jc w:val="center"/>
              <w:rPr>
                <w:rFonts w:ascii="Times New Roman" w:hAnsi="Times New Roman" w:cs="Times New Roman"/>
                <w:color w:val="000000" w:themeColor="text1"/>
                <w:sz w:val="22"/>
              </w:rPr>
            </w:pPr>
            <w:r w:rsidRPr="005E53B6">
              <w:rPr>
                <w:rFonts w:ascii="Times New Roman" w:hAnsi="Times New Roman" w:cs="Times New Roman"/>
                <w:sz w:val="22"/>
              </w:rPr>
              <w:t>3</w:t>
            </w:r>
          </w:p>
        </w:tc>
      </w:tr>
      <w:tr w:rsidR="005E53B6" w:rsidRPr="009C5486" w14:paraId="6DE856FD" w14:textId="77777777" w:rsidTr="005E53B6">
        <w:trPr>
          <w:trHeight w:val="454"/>
          <w:jc w:val="center"/>
        </w:trPr>
        <w:tc>
          <w:tcPr>
            <w:tcW w:w="682" w:type="dxa"/>
            <w:vAlign w:val="center"/>
          </w:tcPr>
          <w:p w14:paraId="5CE46119" w14:textId="77777777" w:rsidR="005E53B6" w:rsidRPr="009C5486" w:rsidRDefault="005E53B6" w:rsidP="005E53B6">
            <w:pPr>
              <w:jc w:val="both"/>
              <w:rPr>
                <w:rFonts w:ascii="Times New Roman" w:hAnsi="Times New Roman" w:cs="Times New Roman"/>
                <w:b/>
                <w:bCs/>
                <w:color w:val="000000" w:themeColor="text1"/>
                <w:sz w:val="22"/>
              </w:rPr>
            </w:pPr>
            <w:r w:rsidRPr="009C5486">
              <w:rPr>
                <w:rFonts w:ascii="Times New Roman" w:hAnsi="Times New Roman" w:cs="Times New Roman"/>
                <w:b/>
                <w:bCs/>
                <w:color w:val="000000" w:themeColor="text1"/>
                <w:sz w:val="22"/>
              </w:rPr>
              <w:t>ÖÇ1</w:t>
            </w:r>
          </w:p>
        </w:tc>
        <w:tc>
          <w:tcPr>
            <w:tcW w:w="686" w:type="dxa"/>
            <w:vAlign w:val="center"/>
          </w:tcPr>
          <w:p w14:paraId="406DE069" w14:textId="1A088E8F" w:rsidR="005E53B6" w:rsidRPr="005E53B6" w:rsidRDefault="005E53B6" w:rsidP="005E53B6">
            <w:pPr>
              <w:jc w:val="center"/>
              <w:rPr>
                <w:rFonts w:ascii="Times New Roman" w:hAnsi="Times New Roman" w:cs="Times New Roman"/>
                <w:b/>
                <w:bCs/>
                <w:color w:val="000000" w:themeColor="text1"/>
                <w:sz w:val="22"/>
              </w:rPr>
            </w:pPr>
            <w:r w:rsidRPr="005E53B6">
              <w:rPr>
                <w:rFonts w:ascii="Times New Roman" w:hAnsi="Times New Roman" w:cs="Times New Roman"/>
                <w:sz w:val="22"/>
              </w:rPr>
              <w:t>4</w:t>
            </w:r>
          </w:p>
        </w:tc>
        <w:tc>
          <w:tcPr>
            <w:tcW w:w="687" w:type="dxa"/>
            <w:gridSpan w:val="2"/>
            <w:vAlign w:val="center"/>
          </w:tcPr>
          <w:p w14:paraId="5246FE4D" w14:textId="3E9438A1" w:rsidR="005E53B6" w:rsidRPr="005E53B6" w:rsidRDefault="005E53B6" w:rsidP="005E53B6">
            <w:pPr>
              <w:jc w:val="center"/>
              <w:rPr>
                <w:rFonts w:ascii="Times New Roman" w:hAnsi="Times New Roman" w:cs="Times New Roman"/>
                <w:b/>
                <w:bCs/>
                <w:color w:val="000000" w:themeColor="text1"/>
                <w:sz w:val="22"/>
              </w:rPr>
            </w:pPr>
            <w:r w:rsidRPr="005E53B6">
              <w:rPr>
                <w:rFonts w:ascii="Times New Roman" w:hAnsi="Times New Roman" w:cs="Times New Roman"/>
                <w:sz w:val="22"/>
              </w:rPr>
              <w:t>2</w:t>
            </w:r>
          </w:p>
        </w:tc>
        <w:tc>
          <w:tcPr>
            <w:tcW w:w="689" w:type="dxa"/>
            <w:vAlign w:val="center"/>
          </w:tcPr>
          <w:p w14:paraId="0896A7DE" w14:textId="48E6DA05" w:rsidR="005E53B6" w:rsidRPr="005E53B6" w:rsidRDefault="005E53B6" w:rsidP="005E53B6">
            <w:pPr>
              <w:jc w:val="center"/>
              <w:rPr>
                <w:rFonts w:ascii="Times New Roman" w:hAnsi="Times New Roman" w:cs="Times New Roman"/>
                <w:b/>
                <w:bCs/>
                <w:color w:val="000000" w:themeColor="text1"/>
                <w:sz w:val="22"/>
              </w:rPr>
            </w:pPr>
            <w:r w:rsidRPr="005E53B6">
              <w:rPr>
                <w:rFonts w:ascii="Times New Roman" w:hAnsi="Times New Roman" w:cs="Times New Roman"/>
                <w:sz w:val="22"/>
              </w:rPr>
              <w:t>-</w:t>
            </w:r>
          </w:p>
        </w:tc>
        <w:tc>
          <w:tcPr>
            <w:tcW w:w="688" w:type="dxa"/>
            <w:vAlign w:val="center"/>
          </w:tcPr>
          <w:p w14:paraId="16B2A59A" w14:textId="466CF8CA" w:rsidR="005E53B6" w:rsidRPr="005E53B6" w:rsidRDefault="005E53B6" w:rsidP="005E53B6">
            <w:pPr>
              <w:jc w:val="center"/>
              <w:rPr>
                <w:rFonts w:ascii="Times New Roman" w:hAnsi="Times New Roman" w:cs="Times New Roman"/>
                <w:b/>
                <w:bCs/>
                <w:color w:val="000000" w:themeColor="text1"/>
                <w:sz w:val="22"/>
              </w:rPr>
            </w:pPr>
            <w:r w:rsidRPr="005E53B6">
              <w:rPr>
                <w:rFonts w:ascii="Times New Roman" w:hAnsi="Times New Roman" w:cs="Times New Roman"/>
                <w:sz w:val="22"/>
              </w:rPr>
              <w:t>5</w:t>
            </w:r>
          </w:p>
        </w:tc>
        <w:tc>
          <w:tcPr>
            <w:tcW w:w="688" w:type="dxa"/>
            <w:gridSpan w:val="2"/>
            <w:vAlign w:val="center"/>
          </w:tcPr>
          <w:p w14:paraId="5E87B007" w14:textId="26765D97" w:rsidR="005E53B6" w:rsidRPr="005E53B6" w:rsidRDefault="005E53B6" w:rsidP="005E53B6">
            <w:pPr>
              <w:jc w:val="center"/>
              <w:rPr>
                <w:rFonts w:ascii="Times New Roman" w:hAnsi="Times New Roman" w:cs="Times New Roman"/>
                <w:b/>
                <w:bCs/>
                <w:color w:val="000000" w:themeColor="text1"/>
                <w:sz w:val="22"/>
              </w:rPr>
            </w:pPr>
            <w:r w:rsidRPr="005E53B6">
              <w:rPr>
                <w:rFonts w:ascii="Times New Roman" w:hAnsi="Times New Roman" w:cs="Times New Roman"/>
                <w:sz w:val="22"/>
              </w:rPr>
              <w:t>1</w:t>
            </w:r>
          </w:p>
        </w:tc>
        <w:tc>
          <w:tcPr>
            <w:tcW w:w="688" w:type="dxa"/>
            <w:vAlign w:val="center"/>
          </w:tcPr>
          <w:p w14:paraId="1678E765" w14:textId="2ED3CDFB" w:rsidR="005E53B6" w:rsidRPr="005E53B6" w:rsidRDefault="005E53B6" w:rsidP="005E53B6">
            <w:pPr>
              <w:jc w:val="center"/>
              <w:rPr>
                <w:rFonts w:ascii="Times New Roman" w:hAnsi="Times New Roman" w:cs="Times New Roman"/>
                <w:b/>
                <w:bCs/>
                <w:color w:val="000000" w:themeColor="text1"/>
                <w:sz w:val="22"/>
              </w:rPr>
            </w:pPr>
            <w:r w:rsidRPr="005E53B6">
              <w:rPr>
                <w:rFonts w:ascii="Times New Roman" w:hAnsi="Times New Roman" w:cs="Times New Roman"/>
                <w:sz w:val="22"/>
              </w:rPr>
              <w:t>-</w:t>
            </w:r>
          </w:p>
        </w:tc>
        <w:tc>
          <w:tcPr>
            <w:tcW w:w="688" w:type="dxa"/>
            <w:gridSpan w:val="2"/>
            <w:vAlign w:val="center"/>
          </w:tcPr>
          <w:p w14:paraId="3751C1EB" w14:textId="0FEB6545" w:rsidR="005E53B6" w:rsidRPr="005E53B6" w:rsidRDefault="005E53B6" w:rsidP="005E53B6">
            <w:pPr>
              <w:jc w:val="center"/>
              <w:rPr>
                <w:rFonts w:ascii="Times New Roman" w:hAnsi="Times New Roman" w:cs="Times New Roman"/>
                <w:b/>
                <w:bCs/>
                <w:color w:val="000000" w:themeColor="text1"/>
                <w:sz w:val="22"/>
              </w:rPr>
            </w:pPr>
            <w:r w:rsidRPr="005E53B6">
              <w:rPr>
                <w:rFonts w:ascii="Times New Roman" w:hAnsi="Times New Roman" w:cs="Times New Roman"/>
                <w:sz w:val="22"/>
              </w:rPr>
              <w:t>-</w:t>
            </w:r>
          </w:p>
        </w:tc>
        <w:tc>
          <w:tcPr>
            <w:tcW w:w="688" w:type="dxa"/>
            <w:vAlign w:val="center"/>
          </w:tcPr>
          <w:p w14:paraId="56891F00" w14:textId="0173DFC7" w:rsidR="005E53B6" w:rsidRPr="005E53B6" w:rsidRDefault="005E53B6" w:rsidP="005E53B6">
            <w:pPr>
              <w:jc w:val="center"/>
              <w:rPr>
                <w:rFonts w:ascii="Times New Roman" w:hAnsi="Times New Roman" w:cs="Times New Roman"/>
                <w:b/>
                <w:bCs/>
                <w:color w:val="000000" w:themeColor="text1"/>
                <w:sz w:val="22"/>
              </w:rPr>
            </w:pPr>
            <w:r w:rsidRPr="005E53B6">
              <w:rPr>
                <w:rFonts w:ascii="Times New Roman" w:hAnsi="Times New Roman" w:cs="Times New Roman"/>
                <w:sz w:val="22"/>
              </w:rPr>
              <w:t>-</w:t>
            </w:r>
          </w:p>
        </w:tc>
        <w:tc>
          <w:tcPr>
            <w:tcW w:w="688" w:type="dxa"/>
            <w:gridSpan w:val="2"/>
            <w:vAlign w:val="center"/>
          </w:tcPr>
          <w:p w14:paraId="6577198A" w14:textId="58CCCCB0" w:rsidR="005E53B6" w:rsidRPr="005E53B6" w:rsidRDefault="005E53B6" w:rsidP="005E53B6">
            <w:pPr>
              <w:jc w:val="center"/>
              <w:rPr>
                <w:rFonts w:ascii="Times New Roman" w:hAnsi="Times New Roman" w:cs="Times New Roman"/>
                <w:b/>
                <w:bCs/>
                <w:color w:val="000000" w:themeColor="text1"/>
                <w:sz w:val="22"/>
              </w:rPr>
            </w:pPr>
            <w:r w:rsidRPr="005E53B6">
              <w:rPr>
                <w:rFonts w:ascii="Times New Roman" w:hAnsi="Times New Roman" w:cs="Times New Roman"/>
                <w:sz w:val="22"/>
              </w:rPr>
              <w:t>-</w:t>
            </w:r>
          </w:p>
        </w:tc>
        <w:tc>
          <w:tcPr>
            <w:tcW w:w="730" w:type="dxa"/>
            <w:gridSpan w:val="2"/>
            <w:vAlign w:val="center"/>
          </w:tcPr>
          <w:p w14:paraId="251BBB78" w14:textId="6CEC0692" w:rsidR="005E53B6" w:rsidRPr="005E53B6" w:rsidRDefault="005E53B6" w:rsidP="005E53B6">
            <w:pPr>
              <w:jc w:val="center"/>
              <w:rPr>
                <w:rFonts w:ascii="Times New Roman" w:hAnsi="Times New Roman" w:cs="Times New Roman"/>
                <w:b/>
                <w:bCs/>
                <w:color w:val="000000" w:themeColor="text1"/>
                <w:sz w:val="22"/>
              </w:rPr>
            </w:pPr>
            <w:r w:rsidRPr="005E53B6">
              <w:rPr>
                <w:rFonts w:ascii="Times New Roman" w:hAnsi="Times New Roman" w:cs="Times New Roman"/>
                <w:sz w:val="22"/>
              </w:rPr>
              <w:t>-</w:t>
            </w:r>
          </w:p>
        </w:tc>
        <w:tc>
          <w:tcPr>
            <w:tcW w:w="730" w:type="dxa"/>
            <w:vAlign w:val="center"/>
          </w:tcPr>
          <w:p w14:paraId="33F3B97F" w14:textId="626E0023" w:rsidR="005E53B6" w:rsidRPr="005E53B6" w:rsidRDefault="005E53B6" w:rsidP="005E53B6">
            <w:pPr>
              <w:jc w:val="center"/>
              <w:rPr>
                <w:rFonts w:ascii="Times New Roman" w:hAnsi="Times New Roman" w:cs="Times New Roman"/>
                <w:b/>
                <w:bCs/>
                <w:color w:val="000000" w:themeColor="text1"/>
                <w:sz w:val="22"/>
              </w:rPr>
            </w:pPr>
            <w:r w:rsidRPr="005E53B6">
              <w:rPr>
                <w:rFonts w:ascii="Times New Roman" w:hAnsi="Times New Roman" w:cs="Times New Roman"/>
                <w:sz w:val="22"/>
              </w:rPr>
              <w:t>2</w:t>
            </w:r>
          </w:p>
        </w:tc>
        <w:tc>
          <w:tcPr>
            <w:tcW w:w="730" w:type="dxa"/>
            <w:vAlign w:val="center"/>
          </w:tcPr>
          <w:p w14:paraId="281FFAE1" w14:textId="1EFBED40" w:rsidR="005E53B6" w:rsidRPr="005E53B6" w:rsidRDefault="005E53B6" w:rsidP="005E53B6">
            <w:pPr>
              <w:jc w:val="center"/>
              <w:rPr>
                <w:rFonts w:ascii="Times New Roman" w:hAnsi="Times New Roman" w:cs="Times New Roman"/>
                <w:b/>
                <w:bCs/>
                <w:color w:val="000000" w:themeColor="text1"/>
                <w:sz w:val="22"/>
              </w:rPr>
            </w:pPr>
            <w:r w:rsidRPr="005E53B6">
              <w:rPr>
                <w:rFonts w:ascii="Times New Roman" w:hAnsi="Times New Roman" w:cs="Times New Roman"/>
                <w:sz w:val="22"/>
              </w:rPr>
              <w:t>2</w:t>
            </w:r>
          </w:p>
        </w:tc>
      </w:tr>
      <w:tr w:rsidR="005E53B6" w:rsidRPr="009C5486" w14:paraId="119A02F3" w14:textId="77777777" w:rsidTr="005E53B6">
        <w:trPr>
          <w:trHeight w:val="454"/>
          <w:jc w:val="center"/>
        </w:trPr>
        <w:tc>
          <w:tcPr>
            <w:tcW w:w="682" w:type="dxa"/>
            <w:vAlign w:val="center"/>
          </w:tcPr>
          <w:p w14:paraId="055E0C2B" w14:textId="77777777" w:rsidR="005E53B6" w:rsidRPr="009C5486" w:rsidRDefault="005E53B6" w:rsidP="005E53B6">
            <w:pPr>
              <w:jc w:val="both"/>
              <w:rPr>
                <w:rFonts w:ascii="Times New Roman" w:hAnsi="Times New Roman" w:cs="Times New Roman"/>
                <w:b/>
                <w:bCs/>
                <w:color w:val="000000" w:themeColor="text1"/>
                <w:sz w:val="22"/>
              </w:rPr>
            </w:pPr>
            <w:r w:rsidRPr="009C5486">
              <w:rPr>
                <w:rFonts w:ascii="Times New Roman" w:hAnsi="Times New Roman" w:cs="Times New Roman"/>
                <w:b/>
                <w:bCs/>
                <w:color w:val="000000" w:themeColor="text1"/>
                <w:sz w:val="22"/>
              </w:rPr>
              <w:t>ÖÇ2</w:t>
            </w:r>
          </w:p>
        </w:tc>
        <w:tc>
          <w:tcPr>
            <w:tcW w:w="686" w:type="dxa"/>
            <w:vAlign w:val="center"/>
          </w:tcPr>
          <w:p w14:paraId="04058273" w14:textId="69CC5CA8" w:rsidR="005E53B6" w:rsidRPr="005E53B6" w:rsidRDefault="005E53B6" w:rsidP="005E53B6">
            <w:pPr>
              <w:jc w:val="center"/>
              <w:rPr>
                <w:rFonts w:ascii="Times New Roman" w:hAnsi="Times New Roman" w:cs="Times New Roman"/>
                <w:b/>
                <w:bCs/>
                <w:color w:val="000000" w:themeColor="text1"/>
                <w:sz w:val="22"/>
              </w:rPr>
            </w:pPr>
            <w:r w:rsidRPr="005E53B6">
              <w:rPr>
                <w:rFonts w:ascii="Times New Roman" w:hAnsi="Times New Roman" w:cs="Times New Roman"/>
                <w:sz w:val="22"/>
              </w:rPr>
              <w:t>3</w:t>
            </w:r>
          </w:p>
        </w:tc>
        <w:tc>
          <w:tcPr>
            <w:tcW w:w="687" w:type="dxa"/>
            <w:gridSpan w:val="2"/>
            <w:vAlign w:val="center"/>
          </w:tcPr>
          <w:p w14:paraId="626A2B6D" w14:textId="36C91291" w:rsidR="005E53B6" w:rsidRPr="005E53B6" w:rsidRDefault="005E53B6" w:rsidP="005E53B6">
            <w:pPr>
              <w:jc w:val="center"/>
              <w:rPr>
                <w:rFonts w:ascii="Times New Roman" w:hAnsi="Times New Roman" w:cs="Times New Roman"/>
                <w:b/>
                <w:bCs/>
                <w:color w:val="000000" w:themeColor="text1"/>
                <w:sz w:val="22"/>
              </w:rPr>
            </w:pPr>
            <w:r w:rsidRPr="005E53B6">
              <w:rPr>
                <w:rFonts w:ascii="Times New Roman" w:hAnsi="Times New Roman" w:cs="Times New Roman"/>
                <w:sz w:val="22"/>
              </w:rPr>
              <w:t>4</w:t>
            </w:r>
          </w:p>
        </w:tc>
        <w:tc>
          <w:tcPr>
            <w:tcW w:w="689" w:type="dxa"/>
            <w:vAlign w:val="center"/>
          </w:tcPr>
          <w:p w14:paraId="1E10D089" w14:textId="7B13F3AB" w:rsidR="005E53B6" w:rsidRPr="005E53B6" w:rsidRDefault="005E53B6" w:rsidP="005E53B6">
            <w:pPr>
              <w:jc w:val="center"/>
              <w:rPr>
                <w:rFonts w:ascii="Times New Roman" w:hAnsi="Times New Roman" w:cs="Times New Roman"/>
                <w:b/>
                <w:bCs/>
                <w:color w:val="000000" w:themeColor="text1"/>
                <w:sz w:val="22"/>
              </w:rPr>
            </w:pPr>
            <w:r w:rsidRPr="005E53B6">
              <w:rPr>
                <w:rFonts w:ascii="Times New Roman" w:hAnsi="Times New Roman" w:cs="Times New Roman"/>
                <w:sz w:val="22"/>
              </w:rPr>
              <w:t>-</w:t>
            </w:r>
          </w:p>
        </w:tc>
        <w:tc>
          <w:tcPr>
            <w:tcW w:w="688" w:type="dxa"/>
            <w:vAlign w:val="center"/>
          </w:tcPr>
          <w:p w14:paraId="061CECBE" w14:textId="5BDE64C0" w:rsidR="005E53B6" w:rsidRPr="005E53B6" w:rsidRDefault="005E53B6" w:rsidP="005E53B6">
            <w:pPr>
              <w:jc w:val="center"/>
              <w:rPr>
                <w:rFonts w:ascii="Times New Roman" w:hAnsi="Times New Roman" w:cs="Times New Roman"/>
                <w:b/>
                <w:bCs/>
                <w:color w:val="000000" w:themeColor="text1"/>
                <w:sz w:val="22"/>
              </w:rPr>
            </w:pPr>
            <w:r w:rsidRPr="005E53B6">
              <w:rPr>
                <w:rFonts w:ascii="Times New Roman" w:hAnsi="Times New Roman" w:cs="Times New Roman"/>
                <w:sz w:val="22"/>
              </w:rPr>
              <w:t>4</w:t>
            </w:r>
          </w:p>
        </w:tc>
        <w:tc>
          <w:tcPr>
            <w:tcW w:w="688" w:type="dxa"/>
            <w:gridSpan w:val="2"/>
            <w:vAlign w:val="center"/>
          </w:tcPr>
          <w:p w14:paraId="1EB2E7C1" w14:textId="1380A2B6" w:rsidR="005E53B6" w:rsidRPr="005E53B6" w:rsidRDefault="005E53B6" w:rsidP="005E53B6">
            <w:pPr>
              <w:jc w:val="center"/>
              <w:rPr>
                <w:rFonts w:ascii="Times New Roman" w:hAnsi="Times New Roman" w:cs="Times New Roman"/>
                <w:b/>
                <w:bCs/>
                <w:color w:val="000000" w:themeColor="text1"/>
                <w:sz w:val="22"/>
              </w:rPr>
            </w:pPr>
            <w:r w:rsidRPr="005E53B6">
              <w:rPr>
                <w:rFonts w:ascii="Times New Roman" w:hAnsi="Times New Roman" w:cs="Times New Roman"/>
                <w:sz w:val="22"/>
              </w:rPr>
              <w:t>2</w:t>
            </w:r>
          </w:p>
        </w:tc>
        <w:tc>
          <w:tcPr>
            <w:tcW w:w="688" w:type="dxa"/>
            <w:vAlign w:val="center"/>
          </w:tcPr>
          <w:p w14:paraId="50718977" w14:textId="10C49707" w:rsidR="005E53B6" w:rsidRPr="005E53B6" w:rsidRDefault="005E53B6" w:rsidP="005E53B6">
            <w:pPr>
              <w:jc w:val="center"/>
              <w:rPr>
                <w:rFonts w:ascii="Times New Roman" w:hAnsi="Times New Roman" w:cs="Times New Roman"/>
                <w:b/>
                <w:bCs/>
                <w:color w:val="000000" w:themeColor="text1"/>
                <w:sz w:val="22"/>
              </w:rPr>
            </w:pPr>
            <w:r w:rsidRPr="005E53B6">
              <w:rPr>
                <w:rFonts w:ascii="Times New Roman" w:hAnsi="Times New Roman" w:cs="Times New Roman"/>
                <w:sz w:val="22"/>
              </w:rPr>
              <w:t>2</w:t>
            </w:r>
          </w:p>
        </w:tc>
        <w:tc>
          <w:tcPr>
            <w:tcW w:w="688" w:type="dxa"/>
            <w:gridSpan w:val="2"/>
            <w:vAlign w:val="center"/>
          </w:tcPr>
          <w:p w14:paraId="2EB37678" w14:textId="70A11DA4" w:rsidR="005E53B6" w:rsidRPr="005E53B6" w:rsidRDefault="005E53B6" w:rsidP="005E53B6">
            <w:pPr>
              <w:jc w:val="center"/>
              <w:rPr>
                <w:rFonts w:ascii="Times New Roman" w:hAnsi="Times New Roman" w:cs="Times New Roman"/>
                <w:b/>
                <w:bCs/>
                <w:color w:val="000000" w:themeColor="text1"/>
                <w:sz w:val="22"/>
              </w:rPr>
            </w:pPr>
            <w:r w:rsidRPr="005E53B6">
              <w:rPr>
                <w:rFonts w:ascii="Times New Roman" w:hAnsi="Times New Roman" w:cs="Times New Roman"/>
                <w:sz w:val="22"/>
              </w:rPr>
              <w:t>-</w:t>
            </w:r>
          </w:p>
        </w:tc>
        <w:tc>
          <w:tcPr>
            <w:tcW w:w="688" w:type="dxa"/>
            <w:vAlign w:val="center"/>
          </w:tcPr>
          <w:p w14:paraId="35D4A413" w14:textId="0D640F3D" w:rsidR="005E53B6" w:rsidRPr="005E53B6" w:rsidRDefault="005E53B6" w:rsidP="005E53B6">
            <w:pPr>
              <w:jc w:val="center"/>
              <w:rPr>
                <w:rFonts w:ascii="Times New Roman" w:hAnsi="Times New Roman" w:cs="Times New Roman"/>
                <w:b/>
                <w:bCs/>
                <w:color w:val="000000" w:themeColor="text1"/>
                <w:sz w:val="22"/>
              </w:rPr>
            </w:pPr>
            <w:r w:rsidRPr="005E53B6">
              <w:rPr>
                <w:rFonts w:ascii="Times New Roman" w:hAnsi="Times New Roman" w:cs="Times New Roman"/>
                <w:sz w:val="22"/>
              </w:rPr>
              <w:t>-</w:t>
            </w:r>
          </w:p>
        </w:tc>
        <w:tc>
          <w:tcPr>
            <w:tcW w:w="688" w:type="dxa"/>
            <w:gridSpan w:val="2"/>
            <w:vAlign w:val="center"/>
          </w:tcPr>
          <w:p w14:paraId="39A73582" w14:textId="42762E56" w:rsidR="005E53B6" w:rsidRPr="005E53B6" w:rsidRDefault="005E53B6" w:rsidP="005E53B6">
            <w:pPr>
              <w:jc w:val="center"/>
              <w:rPr>
                <w:rFonts w:ascii="Times New Roman" w:hAnsi="Times New Roman" w:cs="Times New Roman"/>
                <w:b/>
                <w:bCs/>
                <w:color w:val="000000" w:themeColor="text1"/>
                <w:sz w:val="22"/>
              </w:rPr>
            </w:pPr>
            <w:r w:rsidRPr="005E53B6">
              <w:rPr>
                <w:rFonts w:ascii="Times New Roman" w:hAnsi="Times New Roman" w:cs="Times New Roman"/>
                <w:sz w:val="22"/>
              </w:rPr>
              <w:t>-</w:t>
            </w:r>
          </w:p>
        </w:tc>
        <w:tc>
          <w:tcPr>
            <w:tcW w:w="730" w:type="dxa"/>
            <w:gridSpan w:val="2"/>
            <w:vAlign w:val="center"/>
          </w:tcPr>
          <w:p w14:paraId="5EBC9670" w14:textId="072373B3" w:rsidR="005E53B6" w:rsidRPr="005E53B6" w:rsidRDefault="005E53B6" w:rsidP="005E53B6">
            <w:pPr>
              <w:jc w:val="center"/>
              <w:rPr>
                <w:rFonts w:ascii="Times New Roman" w:hAnsi="Times New Roman" w:cs="Times New Roman"/>
                <w:b/>
                <w:bCs/>
                <w:color w:val="000000" w:themeColor="text1"/>
                <w:sz w:val="22"/>
              </w:rPr>
            </w:pPr>
            <w:r w:rsidRPr="005E53B6">
              <w:rPr>
                <w:rFonts w:ascii="Times New Roman" w:hAnsi="Times New Roman" w:cs="Times New Roman"/>
                <w:sz w:val="22"/>
              </w:rPr>
              <w:t>-</w:t>
            </w:r>
          </w:p>
        </w:tc>
        <w:tc>
          <w:tcPr>
            <w:tcW w:w="730" w:type="dxa"/>
            <w:vAlign w:val="center"/>
          </w:tcPr>
          <w:p w14:paraId="03E43B34" w14:textId="6B2493A3" w:rsidR="005E53B6" w:rsidRPr="005E53B6" w:rsidRDefault="005E53B6" w:rsidP="005E53B6">
            <w:pPr>
              <w:jc w:val="center"/>
              <w:rPr>
                <w:rFonts w:ascii="Times New Roman" w:hAnsi="Times New Roman" w:cs="Times New Roman"/>
                <w:b/>
                <w:bCs/>
                <w:color w:val="000000" w:themeColor="text1"/>
                <w:sz w:val="22"/>
              </w:rPr>
            </w:pPr>
            <w:r w:rsidRPr="005E53B6">
              <w:rPr>
                <w:rFonts w:ascii="Times New Roman" w:hAnsi="Times New Roman" w:cs="Times New Roman"/>
                <w:sz w:val="22"/>
              </w:rPr>
              <w:t>3</w:t>
            </w:r>
          </w:p>
        </w:tc>
        <w:tc>
          <w:tcPr>
            <w:tcW w:w="730" w:type="dxa"/>
            <w:vAlign w:val="center"/>
          </w:tcPr>
          <w:p w14:paraId="65BFFEAC" w14:textId="4DFD59D9" w:rsidR="005E53B6" w:rsidRPr="005E53B6" w:rsidRDefault="005E53B6" w:rsidP="005E53B6">
            <w:pPr>
              <w:jc w:val="center"/>
              <w:rPr>
                <w:rFonts w:ascii="Times New Roman" w:hAnsi="Times New Roman" w:cs="Times New Roman"/>
                <w:b/>
                <w:bCs/>
                <w:color w:val="000000" w:themeColor="text1"/>
                <w:sz w:val="22"/>
              </w:rPr>
            </w:pPr>
            <w:r w:rsidRPr="005E53B6">
              <w:rPr>
                <w:rFonts w:ascii="Times New Roman" w:hAnsi="Times New Roman" w:cs="Times New Roman"/>
                <w:sz w:val="22"/>
              </w:rPr>
              <w:t>3</w:t>
            </w:r>
          </w:p>
        </w:tc>
      </w:tr>
      <w:tr w:rsidR="005E53B6" w:rsidRPr="009C5486" w14:paraId="169FECCF" w14:textId="77777777" w:rsidTr="005E53B6">
        <w:trPr>
          <w:trHeight w:val="454"/>
          <w:jc w:val="center"/>
        </w:trPr>
        <w:tc>
          <w:tcPr>
            <w:tcW w:w="682" w:type="dxa"/>
            <w:vAlign w:val="center"/>
          </w:tcPr>
          <w:p w14:paraId="5C6FDE6C" w14:textId="77777777" w:rsidR="005E53B6" w:rsidRPr="009C5486" w:rsidRDefault="005E53B6" w:rsidP="005E53B6">
            <w:pPr>
              <w:jc w:val="both"/>
              <w:rPr>
                <w:rFonts w:ascii="Times New Roman" w:hAnsi="Times New Roman" w:cs="Times New Roman"/>
                <w:b/>
                <w:bCs/>
                <w:color w:val="000000" w:themeColor="text1"/>
                <w:sz w:val="22"/>
              </w:rPr>
            </w:pPr>
            <w:r w:rsidRPr="009C5486">
              <w:rPr>
                <w:rFonts w:ascii="Times New Roman" w:hAnsi="Times New Roman" w:cs="Times New Roman"/>
                <w:b/>
                <w:bCs/>
                <w:color w:val="000000" w:themeColor="text1"/>
                <w:sz w:val="22"/>
              </w:rPr>
              <w:t>ÖÇ3</w:t>
            </w:r>
          </w:p>
        </w:tc>
        <w:tc>
          <w:tcPr>
            <w:tcW w:w="686" w:type="dxa"/>
            <w:vAlign w:val="center"/>
          </w:tcPr>
          <w:p w14:paraId="4AB4AD46" w14:textId="6657C695" w:rsidR="005E53B6" w:rsidRPr="005E53B6" w:rsidRDefault="005E53B6" w:rsidP="005E53B6">
            <w:pPr>
              <w:jc w:val="center"/>
              <w:rPr>
                <w:rFonts w:ascii="Times New Roman" w:hAnsi="Times New Roman" w:cs="Times New Roman"/>
                <w:b/>
                <w:bCs/>
                <w:color w:val="000000" w:themeColor="text1"/>
                <w:sz w:val="22"/>
              </w:rPr>
            </w:pPr>
            <w:r w:rsidRPr="005E53B6">
              <w:rPr>
                <w:rFonts w:ascii="Times New Roman" w:hAnsi="Times New Roman" w:cs="Times New Roman"/>
                <w:sz w:val="22"/>
              </w:rPr>
              <w:t>4</w:t>
            </w:r>
          </w:p>
        </w:tc>
        <w:tc>
          <w:tcPr>
            <w:tcW w:w="687" w:type="dxa"/>
            <w:gridSpan w:val="2"/>
            <w:vAlign w:val="center"/>
          </w:tcPr>
          <w:p w14:paraId="106840AE" w14:textId="1512A47D" w:rsidR="005E53B6" w:rsidRPr="005E53B6" w:rsidRDefault="005E53B6" w:rsidP="005E53B6">
            <w:pPr>
              <w:jc w:val="center"/>
              <w:rPr>
                <w:rFonts w:ascii="Times New Roman" w:hAnsi="Times New Roman" w:cs="Times New Roman"/>
                <w:b/>
                <w:bCs/>
                <w:color w:val="000000" w:themeColor="text1"/>
                <w:sz w:val="22"/>
              </w:rPr>
            </w:pPr>
            <w:r w:rsidRPr="005E53B6">
              <w:rPr>
                <w:rFonts w:ascii="Times New Roman" w:hAnsi="Times New Roman" w:cs="Times New Roman"/>
                <w:sz w:val="22"/>
              </w:rPr>
              <w:t>5</w:t>
            </w:r>
          </w:p>
        </w:tc>
        <w:tc>
          <w:tcPr>
            <w:tcW w:w="689" w:type="dxa"/>
            <w:vAlign w:val="center"/>
          </w:tcPr>
          <w:p w14:paraId="0A861C6B" w14:textId="4BBE4376" w:rsidR="005E53B6" w:rsidRPr="005E53B6" w:rsidRDefault="005E53B6" w:rsidP="005E53B6">
            <w:pPr>
              <w:jc w:val="center"/>
              <w:rPr>
                <w:rFonts w:ascii="Times New Roman" w:hAnsi="Times New Roman" w:cs="Times New Roman"/>
                <w:b/>
                <w:bCs/>
                <w:color w:val="000000" w:themeColor="text1"/>
                <w:sz w:val="22"/>
              </w:rPr>
            </w:pPr>
            <w:r w:rsidRPr="005E53B6">
              <w:rPr>
                <w:rFonts w:ascii="Times New Roman" w:hAnsi="Times New Roman" w:cs="Times New Roman"/>
                <w:sz w:val="22"/>
              </w:rPr>
              <w:t>-</w:t>
            </w:r>
          </w:p>
        </w:tc>
        <w:tc>
          <w:tcPr>
            <w:tcW w:w="688" w:type="dxa"/>
            <w:vAlign w:val="center"/>
          </w:tcPr>
          <w:p w14:paraId="55FCFA1B" w14:textId="6CEF55E7" w:rsidR="005E53B6" w:rsidRPr="005E53B6" w:rsidRDefault="005E53B6" w:rsidP="005E53B6">
            <w:pPr>
              <w:jc w:val="center"/>
              <w:rPr>
                <w:rFonts w:ascii="Times New Roman" w:hAnsi="Times New Roman" w:cs="Times New Roman"/>
                <w:b/>
                <w:bCs/>
                <w:color w:val="000000" w:themeColor="text1"/>
                <w:sz w:val="22"/>
              </w:rPr>
            </w:pPr>
            <w:r w:rsidRPr="005E53B6">
              <w:rPr>
                <w:rFonts w:ascii="Times New Roman" w:hAnsi="Times New Roman" w:cs="Times New Roman"/>
                <w:sz w:val="22"/>
              </w:rPr>
              <w:t>3</w:t>
            </w:r>
          </w:p>
        </w:tc>
        <w:tc>
          <w:tcPr>
            <w:tcW w:w="688" w:type="dxa"/>
            <w:gridSpan w:val="2"/>
            <w:vAlign w:val="center"/>
          </w:tcPr>
          <w:p w14:paraId="6513B15A" w14:textId="2F65F210" w:rsidR="005E53B6" w:rsidRPr="005E53B6" w:rsidRDefault="005E53B6" w:rsidP="005E53B6">
            <w:pPr>
              <w:jc w:val="center"/>
              <w:rPr>
                <w:rFonts w:ascii="Times New Roman" w:hAnsi="Times New Roman" w:cs="Times New Roman"/>
                <w:b/>
                <w:bCs/>
                <w:color w:val="000000" w:themeColor="text1"/>
                <w:sz w:val="22"/>
              </w:rPr>
            </w:pPr>
            <w:r w:rsidRPr="005E53B6">
              <w:rPr>
                <w:rFonts w:ascii="Times New Roman" w:hAnsi="Times New Roman" w:cs="Times New Roman"/>
                <w:sz w:val="22"/>
              </w:rPr>
              <w:t>3</w:t>
            </w:r>
          </w:p>
        </w:tc>
        <w:tc>
          <w:tcPr>
            <w:tcW w:w="688" w:type="dxa"/>
            <w:vAlign w:val="center"/>
          </w:tcPr>
          <w:p w14:paraId="3F87B7D7" w14:textId="3C9C1362" w:rsidR="005E53B6" w:rsidRPr="005E53B6" w:rsidRDefault="005E53B6" w:rsidP="005E53B6">
            <w:pPr>
              <w:jc w:val="center"/>
              <w:rPr>
                <w:rFonts w:ascii="Times New Roman" w:hAnsi="Times New Roman" w:cs="Times New Roman"/>
                <w:b/>
                <w:bCs/>
                <w:color w:val="000000" w:themeColor="text1"/>
                <w:sz w:val="22"/>
              </w:rPr>
            </w:pPr>
            <w:r w:rsidRPr="005E53B6">
              <w:rPr>
                <w:rFonts w:ascii="Times New Roman" w:hAnsi="Times New Roman" w:cs="Times New Roman"/>
                <w:sz w:val="22"/>
              </w:rPr>
              <w:t>-</w:t>
            </w:r>
          </w:p>
        </w:tc>
        <w:tc>
          <w:tcPr>
            <w:tcW w:w="688" w:type="dxa"/>
            <w:gridSpan w:val="2"/>
            <w:vAlign w:val="center"/>
          </w:tcPr>
          <w:p w14:paraId="54A48D65" w14:textId="06688359" w:rsidR="005E53B6" w:rsidRPr="005E53B6" w:rsidRDefault="005E53B6" w:rsidP="005E53B6">
            <w:pPr>
              <w:jc w:val="center"/>
              <w:rPr>
                <w:rFonts w:ascii="Times New Roman" w:hAnsi="Times New Roman" w:cs="Times New Roman"/>
                <w:b/>
                <w:bCs/>
                <w:color w:val="000000" w:themeColor="text1"/>
                <w:sz w:val="22"/>
              </w:rPr>
            </w:pPr>
            <w:r w:rsidRPr="005E53B6">
              <w:rPr>
                <w:rFonts w:ascii="Times New Roman" w:hAnsi="Times New Roman" w:cs="Times New Roman"/>
                <w:sz w:val="22"/>
              </w:rPr>
              <w:t>3</w:t>
            </w:r>
          </w:p>
        </w:tc>
        <w:tc>
          <w:tcPr>
            <w:tcW w:w="688" w:type="dxa"/>
            <w:vAlign w:val="center"/>
          </w:tcPr>
          <w:p w14:paraId="47D130CF" w14:textId="415D989C" w:rsidR="005E53B6" w:rsidRPr="005E53B6" w:rsidRDefault="005E53B6" w:rsidP="005E53B6">
            <w:pPr>
              <w:jc w:val="center"/>
              <w:rPr>
                <w:rFonts w:ascii="Times New Roman" w:hAnsi="Times New Roman" w:cs="Times New Roman"/>
                <w:b/>
                <w:bCs/>
                <w:color w:val="000000" w:themeColor="text1"/>
                <w:sz w:val="22"/>
              </w:rPr>
            </w:pPr>
            <w:r w:rsidRPr="005E53B6">
              <w:rPr>
                <w:rFonts w:ascii="Times New Roman" w:hAnsi="Times New Roman" w:cs="Times New Roman"/>
                <w:sz w:val="22"/>
              </w:rPr>
              <w:t>-</w:t>
            </w:r>
          </w:p>
        </w:tc>
        <w:tc>
          <w:tcPr>
            <w:tcW w:w="688" w:type="dxa"/>
            <w:gridSpan w:val="2"/>
            <w:vAlign w:val="center"/>
          </w:tcPr>
          <w:p w14:paraId="3F4A5C3A" w14:textId="2ABF6718" w:rsidR="005E53B6" w:rsidRPr="005E53B6" w:rsidRDefault="005E53B6" w:rsidP="005E53B6">
            <w:pPr>
              <w:jc w:val="center"/>
              <w:rPr>
                <w:rFonts w:ascii="Times New Roman" w:hAnsi="Times New Roman" w:cs="Times New Roman"/>
                <w:b/>
                <w:bCs/>
                <w:color w:val="000000" w:themeColor="text1"/>
                <w:sz w:val="22"/>
              </w:rPr>
            </w:pPr>
            <w:r w:rsidRPr="005E53B6">
              <w:rPr>
                <w:rFonts w:ascii="Times New Roman" w:hAnsi="Times New Roman" w:cs="Times New Roman"/>
                <w:sz w:val="22"/>
              </w:rPr>
              <w:t>-</w:t>
            </w:r>
          </w:p>
        </w:tc>
        <w:tc>
          <w:tcPr>
            <w:tcW w:w="730" w:type="dxa"/>
            <w:gridSpan w:val="2"/>
            <w:vAlign w:val="center"/>
          </w:tcPr>
          <w:p w14:paraId="22C0ED8C" w14:textId="147B00C0" w:rsidR="005E53B6" w:rsidRPr="005E53B6" w:rsidRDefault="005E53B6" w:rsidP="005E53B6">
            <w:pPr>
              <w:jc w:val="center"/>
              <w:rPr>
                <w:rFonts w:ascii="Times New Roman" w:hAnsi="Times New Roman" w:cs="Times New Roman"/>
                <w:b/>
                <w:bCs/>
                <w:color w:val="000000" w:themeColor="text1"/>
                <w:sz w:val="22"/>
              </w:rPr>
            </w:pPr>
            <w:r w:rsidRPr="005E53B6">
              <w:rPr>
                <w:rFonts w:ascii="Times New Roman" w:hAnsi="Times New Roman" w:cs="Times New Roman"/>
                <w:sz w:val="22"/>
              </w:rPr>
              <w:t>-</w:t>
            </w:r>
          </w:p>
        </w:tc>
        <w:tc>
          <w:tcPr>
            <w:tcW w:w="730" w:type="dxa"/>
            <w:vAlign w:val="center"/>
          </w:tcPr>
          <w:p w14:paraId="5E65CA7B" w14:textId="08304F65" w:rsidR="005E53B6" w:rsidRPr="005E53B6" w:rsidRDefault="005E53B6" w:rsidP="005E53B6">
            <w:pPr>
              <w:jc w:val="center"/>
              <w:rPr>
                <w:rFonts w:ascii="Times New Roman" w:hAnsi="Times New Roman" w:cs="Times New Roman"/>
                <w:b/>
                <w:bCs/>
                <w:color w:val="000000" w:themeColor="text1"/>
                <w:sz w:val="22"/>
              </w:rPr>
            </w:pPr>
            <w:r w:rsidRPr="005E53B6">
              <w:rPr>
                <w:rFonts w:ascii="Times New Roman" w:hAnsi="Times New Roman" w:cs="Times New Roman"/>
                <w:sz w:val="22"/>
              </w:rPr>
              <w:t>4</w:t>
            </w:r>
          </w:p>
        </w:tc>
        <w:tc>
          <w:tcPr>
            <w:tcW w:w="730" w:type="dxa"/>
            <w:vAlign w:val="center"/>
          </w:tcPr>
          <w:p w14:paraId="0215BA7D" w14:textId="21ECA900" w:rsidR="005E53B6" w:rsidRPr="005E53B6" w:rsidRDefault="005E53B6" w:rsidP="005E53B6">
            <w:pPr>
              <w:jc w:val="center"/>
              <w:rPr>
                <w:rFonts w:ascii="Times New Roman" w:hAnsi="Times New Roman" w:cs="Times New Roman"/>
                <w:b/>
                <w:bCs/>
                <w:color w:val="000000" w:themeColor="text1"/>
                <w:sz w:val="22"/>
              </w:rPr>
            </w:pPr>
            <w:r w:rsidRPr="005E53B6">
              <w:rPr>
                <w:rFonts w:ascii="Times New Roman" w:hAnsi="Times New Roman" w:cs="Times New Roman"/>
                <w:sz w:val="22"/>
              </w:rPr>
              <w:t>3</w:t>
            </w:r>
          </w:p>
        </w:tc>
      </w:tr>
      <w:tr w:rsidR="005E53B6" w:rsidRPr="009C5486" w14:paraId="66214727" w14:textId="77777777" w:rsidTr="005E53B6">
        <w:trPr>
          <w:trHeight w:val="454"/>
          <w:jc w:val="center"/>
        </w:trPr>
        <w:tc>
          <w:tcPr>
            <w:tcW w:w="682" w:type="dxa"/>
            <w:vAlign w:val="center"/>
          </w:tcPr>
          <w:p w14:paraId="104C78CD" w14:textId="77777777" w:rsidR="005E53B6" w:rsidRPr="009C5486" w:rsidRDefault="005E53B6" w:rsidP="005E53B6">
            <w:pPr>
              <w:jc w:val="both"/>
              <w:rPr>
                <w:rFonts w:ascii="Times New Roman" w:hAnsi="Times New Roman" w:cs="Times New Roman"/>
                <w:b/>
                <w:bCs/>
                <w:color w:val="000000" w:themeColor="text1"/>
                <w:sz w:val="22"/>
              </w:rPr>
            </w:pPr>
            <w:r w:rsidRPr="009C5486">
              <w:rPr>
                <w:rFonts w:ascii="Times New Roman" w:hAnsi="Times New Roman" w:cs="Times New Roman"/>
                <w:b/>
                <w:bCs/>
                <w:color w:val="000000" w:themeColor="text1"/>
                <w:sz w:val="22"/>
              </w:rPr>
              <w:t>ÖÇ4</w:t>
            </w:r>
          </w:p>
        </w:tc>
        <w:tc>
          <w:tcPr>
            <w:tcW w:w="686" w:type="dxa"/>
            <w:vAlign w:val="center"/>
          </w:tcPr>
          <w:p w14:paraId="60C31268" w14:textId="43D85282" w:rsidR="005E53B6" w:rsidRPr="005E53B6" w:rsidRDefault="005E53B6" w:rsidP="005E53B6">
            <w:pPr>
              <w:jc w:val="center"/>
              <w:rPr>
                <w:rFonts w:ascii="Times New Roman" w:hAnsi="Times New Roman" w:cs="Times New Roman"/>
                <w:b/>
                <w:bCs/>
                <w:color w:val="000000" w:themeColor="text1"/>
                <w:sz w:val="22"/>
              </w:rPr>
            </w:pPr>
            <w:r w:rsidRPr="005E53B6">
              <w:rPr>
                <w:rFonts w:ascii="Times New Roman" w:hAnsi="Times New Roman" w:cs="Times New Roman"/>
                <w:sz w:val="22"/>
              </w:rPr>
              <w:t>3</w:t>
            </w:r>
          </w:p>
        </w:tc>
        <w:tc>
          <w:tcPr>
            <w:tcW w:w="687" w:type="dxa"/>
            <w:gridSpan w:val="2"/>
            <w:vAlign w:val="center"/>
          </w:tcPr>
          <w:p w14:paraId="36A619FD" w14:textId="6C35C52B" w:rsidR="005E53B6" w:rsidRPr="005E53B6" w:rsidRDefault="005E53B6" w:rsidP="005E53B6">
            <w:pPr>
              <w:jc w:val="center"/>
              <w:rPr>
                <w:rFonts w:ascii="Times New Roman" w:hAnsi="Times New Roman" w:cs="Times New Roman"/>
                <w:b/>
                <w:bCs/>
                <w:color w:val="000000" w:themeColor="text1"/>
                <w:sz w:val="22"/>
              </w:rPr>
            </w:pPr>
            <w:r w:rsidRPr="005E53B6">
              <w:rPr>
                <w:rFonts w:ascii="Times New Roman" w:hAnsi="Times New Roman" w:cs="Times New Roman"/>
                <w:sz w:val="22"/>
              </w:rPr>
              <w:t>4</w:t>
            </w:r>
          </w:p>
        </w:tc>
        <w:tc>
          <w:tcPr>
            <w:tcW w:w="689" w:type="dxa"/>
            <w:vAlign w:val="center"/>
          </w:tcPr>
          <w:p w14:paraId="1D3FE291" w14:textId="77AB2A65" w:rsidR="005E53B6" w:rsidRPr="005E53B6" w:rsidRDefault="005E53B6" w:rsidP="005E53B6">
            <w:pPr>
              <w:jc w:val="center"/>
              <w:rPr>
                <w:rFonts w:ascii="Times New Roman" w:hAnsi="Times New Roman" w:cs="Times New Roman"/>
                <w:b/>
                <w:bCs/>
                <w:color w:val="000000" w:themeColor="text1"/>
                <w:sz w:val="22"/>
              </w:rPr>
            </w:pPr>
            <w:r w:rsidRPr="005E53B6">
              <w:rPr>
                <w:rFonts w:ascii="Times New Roman" w:hAnsi="Times New Roman" w:cs="Times New Roman"/>
                <w:sz w:val="22"/>
              </w:rPr>
              <w:t>-</w:t>
            </w:r>
          </w:p>
        </w:tc>
        <w:tc>
          <w:tcPr>
            <w:tcW w:w="688" w:type="dxa"/>
            <w:vAlign w:val="center"/>
          </w:tcPr>
          <w:p w14:paraId="36E39E7B" w14:textId="4BD38B9D" w:rsidR="005E53B6" w:rsidRPr="005E53B6" w:rsidRDefault="005E53B6" w:rsidP="005E53B6">
            <w:pPr>
              <w:jc w:val="center"/>
              <w:rPr>
                <w:rFonts w:ascii="Times New Roman" w:hAnsi="Times New Roman" w:cs="Times New Roman"/>
                <w:b/>
                <w:bCs/>
                <w:color w:val="000000" w:themeColor="text1"/>
                <w:sz w:val="22"/>
              </w:rPr>
            </w:pPr>
            <w:r w:rsidRPr="005E53B6">
              <w:rPr>
                <w:rFonts w:ascii="Times New Roman" w:hAnsi="Times New Roman" w:cs="Times New Roman"/>
                <w:sz w:val="22"/>
              </w:rPr>
              <w:t>3</w:t>
            </w:r>
          </w:p>
        </w:tc>
        <w:tc>
          <w:tcPr>
            <w:tcW w:w="688" w:type="dxa"/>
            <w:gridSpan w:val="2"/>
            <w:vAlign w:val="center"/>
          </w:tcPr>
          <w:p w14:paraId="5543AB4D" w14:textId="47513D96" w:rsidR="005E53B6" w:rsidRPr="005E53B6" w:rsidRDefault="005E53B6" w:rsidP="005E53B6">
            <w:pPr>
              <w:jc w:val="center"/>
              <w:rPr>
                <w:rFonts w:ascii="Times New Roman" w:hAnsi="Times New Roman" w:cs="Times New Roman"/>
                <w:b/>
                <w:bCs/>
                <w:color w:val="000000" w:themeColor="text1"/>
                <w:sz w:val="22"/>
              </w:rPr>
            </w:pPr>
            <w:r w:rsidRPr="005E53B6">
              <w:rPr>
                <w:rFonts w:ascii="Times New Roman" w:hAnsi="Times New Roman" w:cs="Times New Roman"/>
                <w:sz w:val="22"/>
              </w:rPr>
              <w:t>3</w:t>
            </w:r>
          </w:p>
        </w:tc>
        <w:tc>
          <w:tcPr>
            <w:tcW w:w="688" w:type="dxa"/>
            <w:vAlign w:val="center"/>
          </w:tcPr>
          <w:p w14:paraId="200F81EA" w14:textId="2E929613" w:rsidR="005E53B6" w:rsidRPr="005E53B6" w:rsidRDefault="005E53B6" w:rsidP="005E53B6">
            <w:pPr>
              <w:jc w:val="center"/>
              <w:rPr>
                <w:rFonts w:ascii="Times New Roman" w:hAnsi="Times New Roman" w:cs="Times New Roman"/>
                <w:b/>
                <w:bCs/>
                <w:color w:val="000000" w:themeColor="text1"/>
                <w:sz w:val="22"/>
              </w:rPr>
            </w:pPr>
            <w:r w:rsidRPr="005E53B6">
              <w:rPr>
                <w:rFonts w:ascii="Times New Roman" w:hAnsi="Times New Roman" w:cs="Times New Roman"/>
                <w:sz w:val="22"/>
              </w:rPr>
              <w:t>-</w:t>
            </w:r>
          </w:p>
        </w:tc>
        <w:tc>
          <w:tcPr>
            <w:tcW w:w="688" w:type="dxa"/>
            <w:gridSpan w:val="2"/>
            <w:vAlign w:val="center"/>
          </w:tcPr>
          <w:p w14:paraId="0DF7B8CA" w14:textId="74532668" w:rsidR="005E53B6" w:rsidRPr="005E53B6" w:rsidRDefault="005E53B6" w:rsidP="005E53B6">
            <w:pPr>
              <w:jc w:val="center"/>
              <w:rPr>
                <w:rFonts w:ascii="Times New Roman" w:hAnsi="Times New Roman" w:cs="Times New Roman"/>
                <w:b/>
                <w:bCs/>
                <w:color w:val="000000" w:themeColor="text1"/>
                <w:sz w:val="22"/>
              </w:rPr>
            </w:pPr>
            <w:r w:rsidRPr="005E53B6">
              <w:rPr>
                <w:rFonts w:ascii="Times New Roman" w:hAnsi="Times New Roman" w:cs="Times New Roman"/>
                <w:sz w:val="22"/>
              </w:rPr>
              <w:t>4</w:t>
            </w:r>
          </w:p>
        </w:tc>
        <w:tc>
          <w:tcPr>
            <w:tcW w:w="688" w:type="dxa"/>
            <w:vAlign w:val="center"/>
          </w:tcPr>
          <w:p w14:paraId="7378DB7F" w14:textId="40FEBADA" w:rsidR="005E53B6" w:rsidRPr="005E53B6" w:rsidRDefault="005E53B6" w:rsidP="005E53B6">
            <w:pPr>
              <w:jc w:val="center"/>
              <w:rPr>
                <w:rFonts w:ascii="Times New Roman" w:hAnsi="Times New Roman" w:cs="Times New Roman"/>
                <w:b/>
                <w:bCs/>
                <w:color w:val="000000" w:themeColor="text1"/>
                <w:sz w:val="22"/>
              </w:rPr>
            </w:pPr>
            <w:r w:rsidRPr="005E53B6">
              <w:rPr>
                <w:rFonts w:ascii="Times New Roman" w:hAnsi="Times New Roman" w:cs="Times New Roman"/>
                <w:sz w:val="22"/>
              </w:rPr>
              <w:t>-</w:t>
            </w:r>
          </w:p>
        </w:tc>
        <w:tc>
          <w:tcPr>
            <w:tcW w:w="688" w:type="dxa"/>
            <w:gridSpan w:val="2"/>
            <w:vAlign w:val="center"/>
          </w:tcPr>
          <w:p w14:paraId="7E89873A" w14:textId="18BEB06B" w:rsidR="005E53B6" w:rsidRPr="005E53B6" w:rsidRDefault="005E53B6" w:rsidP="005E53B6">
            <w:pPr>
              <w:jc w:val="center"/>
              <w:rPr>
                <w:rFonts w:ascii="Times New Roman" w:hAnsi="Times New Roman" w:cs="Times New Roman"/>
                <w:b/>
                <w:bCs/>
                <w:color w:val="000000" w:themeColor="text1"/>
                <w:sz w:val="22"/>
              </w:rPr>
            </w:pPr>
            <w:r w:rsidRPr="005E53B6">
              <w:rPr>
                <w:rFonts w:ascii="Times New Roman" w:hAnsi="Times New Roman" w:cs="Times New Roman"/>
                <w:sz w:val="22"/>
              </w:rPr>
              <w:t>-</w:t>
            </w:r>
          </w:p>
        </w:tc>
        <w:tc>
          <w:tcPr>
            <w:tcW w:w="730" w:type="dxa"/>
            <w:gridSpan w:val="2"/>
            <w:vAlign w:val="center"/>
          </w:tcPr>
          <w:p w14:paraId="7D15B214" w14:textId="4211565A" w:rsidR="005E53B6" w:rsidRPr="005E53B6" w:rsidRDefault="005E53B6" w:rsidP="005E53B6">
            <w:pPr>
              <w:jc w:val="center"/>
              <w:rPr>
                <w:rFonts w:ascii="Times New Roman" w:hAnsi="Times New Roman" w:cs="Times New Roman"/>
                <w:b/>
                <w:bCs/>
                <w:color w:val="000000" w:themeColor="text1"/>
                <w:sz w:val="22"/>
              </w:rPr>
            </w:pPr>
            <w:r w:rsidRPr="005E53B6">
              <w:rPr>
                <w:rFonts w:ascii="Times New Roman" w:hAnsi="Times New Roman" w:cs="Times New Roman"/>
                <w:sz w:val="22"/>
              </w:rPr>
              <w:t>-</w:t>
            </w:r>
          </w:p>
        </w:tc>
        <w:tc>
          <w:tcPr>
            <w:tcW w:w="730" w:type="dxa"/>
            <w:vAlign w:val="center"/>
          </w:tcPr>
          <w:p w14:paraId="445DACC4" w14:textId="32F5B8EB" w:rsidR="005E53B6" w:rsidRPr="005E53B6" w:rsidRDefault="005E53B6" w:rsidP="005E53B6">
            <w:pPr>
              <w:jc w:val="center"/>
              <w:rPr>
                <w:rFonts w:ascii="Times New Roman" w:hAnsi="Times New Roman" w:cs="Times New Roman"/>
                <w:b/>
                <w:bCs/>
                <w:color w:val="000000" w:themeColor="text1"/>
                <w:sz w:val="22"/>
              </w:rPr>
            </w:pPr>
            <w:r w:rsidRPr="005E53B6">
              <w:rPr>
                <w:rFonts w:ascii="Times New Roman" w:hAnsi="Times New Roman" w:cs="Times New Roman"/>
                <w:sz w:val="22"/>
              </w:rPr>
              <w:t>4</w:t>
            </w:r>
          </w:p>
        </w:tc>
        <w:tc>
          <w:tcPr>
            <w:tcW w:w="730" w:type="dxa"/>
            <w:vAlign w:val="center"/>
          </w:tcPr>
          <w:p w14:paraId="58B9ACA6" w14:textId="4D67215F" w:rsidR="005E53B6" w:rsidRPr="005E53B6" w:rsidRDefault="005E53B6" w:rsidP="005E53B6">
            <w:pPr>
              <w:jc w:val="center"/>
              <w:rPr>
                <w:rFonts w:ascii="Times New Roman" w:hAnsi="Times New Roman" w:cs="Times New Roman"/>
                <w:b/>
                <w:bCs/>
                <w:color w:val="000000" w:themeColor="text1"/>
                <w:sz w:val="22"/>
              </w:rPr>
            </w:pPr>
            <w:r w:rsidRPr="005E53B6">
              <w:rPr>
                <w:rFonts w:ascii="Times New Roman" w:hAnsi="Times New Roman" w:cs="Times New Roman"/>
                <w:sz w:val="22"/>
              </w:rPr>
              <w:t>2</w:t>
            </w:r>
          </w:p>
        </w:tc>
      </w:tr>
      <w:tr w:rsidR="005E53B6" w:rsidRPr="009C5486" w14:paraId="37BE3B64" w14:textId="77777777" w:rsidTr="005E53B6">
        <w:trPr>
          <w:trHeight w:val="454"/>
          <w:jc w:val="center"/>
        </w:trPr>
        <w:tc>
          <w:tcPr>
            <w:tcW w:w="682" w:type="dxa"/>
            <w:vAlign w:val="center"/>
          </w:tcPr>
          <w:p w14:paraId="25B37DC2" w14:textId="77777777" w:rsidR="005E53B6" w:rsidRPr="009C5486" w:rsidRDefault="005E53B6" w:rsidP="005E53B6">
            <w:pPr>
              <w:jc w:val="both"/>
              <w:rPr>
                <w:rFonts w:ascii="Times New Roman" w:hAnsi="Times New Roman" w:cs="Times New Roman"/>
                <w:b/>
                <w:bCs/>
                <w:color w:val="000000" w:themeColor="text1"/>
                <w:sz w:val="22"/>
              </w:rPr>
            </w:pPr>
            <w:r w:rsidRPr="009C5486">
              <w:rPr>
                <w:rFonts w:ascii="Times New Roman" w:hAnsi="Times New Roman" w:cs="Times New Roman"/>
                <w:b/>
                <w:bCs/>
                <w:color w:val="000000" w:themeColor="text1"/>
                <w:sz w:val="22"/>
              </w:rPr>
              <w:lastRenderedPageBreak/>
              <w:t>ÖÇ5</w:t>
            </w:r>
          </w:p>
        </w:tc>
        <w:tc>
          <w:tcPr>
            <w:tcW w:w="686" w:type="dxa"/>
            <w:vAlign w:val="center"/>
          </w:tcPr>
          <w:p w14:paraId="71EC461A" w14:textId="03F53991" w:rsidR="005E53B6" w:rsidRPr="005E53B6" w:rsidRDefault="005E53B6" w:rsidP="005E53B6">
            <w:pPr>
              <w:jc w:val="center"/>
              <w:rPr>
                <w:rFonts w:ascii="Times New Roman" w:hAnsi="Times New Roman" w:cs="Times New Roman"/>
                <w:b/>
                <w:bCs/>
                <w:color w:val="000000" w:themeColor="text1"/>
                <w:sz w:val="22"/>
              </w:rPr>
            </w:pPr>
            <w:r w:rsidRPr="005E53B6">
              <w:rPr>
                <w:rFonts w:ascii="Times New Roman" w:hAnsi="Times New Roman" w:cs="Times New Roman"/>
                <w:sz w:val="22"/>
              </w:rPr>
              <w:t>4</w:t>
            </w:r>
          </w:p>
        </w:tc>
        <w:tc>
          <w:tcPr>
            <w:tcW w:w="687" w:type="dxa"/>
            <w:gridSpan w:val="2"/>
            <w:vAlign w:val="center"/>
          </w:tcPr>
          <w:p w14:paraId="104A505B" w14:textId="3FE947F4" w:rsidR="005E53B6" w:rsidRPr="005E53B6" w:rsidRDefault="005E53B6" w:rsidP="005E53B6">
            <w:pPr>
              <w:jc w:val="center"/>
              <w:rPr>
                <w:rFonts w:ascii="Times New Roman" w:hAnsi="Times New Roman" w:cs="Times New Roman"/>
                <w:b/>
                <w:bCs/>
                <w:color w:val="000000" w:themeColor="text1"/>
                <w:sz w:val="22"/>
              </w:rPr>
            </w:pPr>
            <w:r w:rsidRPr="005E53B6">
              <w:rPr>
                <w:rFonts w:ascii="Times New Roman" w:hAnsi="Times New Roman" w:cs="Times New Roman"/>
                <w:sz w:val="22"/>
              </w:rPr>
              <w:t>5</w:t>
            </w:r>
          </w:p>
        </w:tc>
        <w:tc>
          <w:tcPr>
            <w:tcW w:w="689" w:type="dxa"/>
            <w:vAlign w:val="center"/>
          </w:tcPr>
          <w:p w14:paraId="0DF95EBF" w14:textId="31CD0815" w:rsidR="005E53B6" w:rsidRPr="005E53B6" w:rsidRDefault="005E53B6" w:rsidP="005E53B6">
            <w:pPr>
              <w:jc w:val="center"/>
              <w:rPr>
                <w:rFonts w:ascii="Times New Roman" w:hAnsi="Times New Roman" w:cs="Times New Roman"/>
                <w:b/>
                <w:bCs/>
                <w:color w:val="000000" w:themeColor="text1"/>
                <w:sz w:val="22"/>
              </w:rPr>
            </w:pPr>
            <w:r w:rsidRPr="005E53B6">
              <w:rPr>
                <w:rFonts w:ascii="Times New Roman" w:hAnsi="Times New Roman" w:cs="Times New Roman"/>
                <w:sz w:val="22"/>
              </w:rPr>
              <w:t>-</w:t>
            </w:r>
          </w:p>
        </w:tc>
        <w:tc>
          <w:tcPr>
            <w:tcW w:w="688" w:type="dxa"/>
            <w:vAlign w:val="center"/>
          </w:tcPr>
          <w:p w14:paraId="32B474E4" w14:textId="3E391476" w:rsidR="005E53B6" w:rsidRPr="005E53B6" w:rsidRDefault="005E53B6" w:rsidP="005E53B6">
            <w:pPr>
              <w:jc w:val="center"/>
              <w:rPr>
                <w:rFonts w:ascii="Times New Roman" w:hAnsi="Times New Roman" w:cs="Times New Roman"/>
                <w:b/>
                <w:bCs/>
                <w:color w:val="000000" w:themeColor="text1"/>
                <w:sz w:val="22"/>
              </w:rPr>
            </w:pPr>
            <w:r w:rsidRPr="005E53B6">
              <w:rPr>
                <w:rFonts w:ascii="Times New Roman" w:hAnsi="Times New Roman" w:cs="Times New Roman"/>
                <w:sz w:val="22"/>
              </w:rPr>
              <w:t>3</w:t>
            </w:r>
          </w:p>
        </w:tc>
        <w:tc>
          <w:tcPr>
            <w:tcW w:w="688" w:type="dxa"/>
            <w:gridSpan w:val="2"/>
            <w:vAlign w:val="center"/>
          </w:tcPr>
          <w:p w14:paraId="4FF52ED0" w14:textId="649A34BD" w:rsidR="005E53B6" w:rsidRPr="005E53B6" w:rsidRDefault="005E53B6" w:rsidP="005E53B6">
            <w:pPr>
              <w:jc w:val="center"/>
              <w:rPr>
                <w:rFonts w:ascii="Times New Roman" w:hAnsi="Times New Roman" w:cs="Times New Roman"/>
                <w:b/>
                <w:bCs/>
                <w:color w:val="000000" w:themeColor="text1"/>
                <w:sz w:val="22"/>
              </w:rPr>
            </w:pPr>
            <w:r w:rsidRPr="005E53B6">
              <w:rPr>
                <w:rFonts w:ascii="Times New Roman" w:hAnsi="Times New Roman" w:cs="Times New Roman"/>
                <w:sz w:val="22"/>
              </w:rPr>
              <w:t>-</w:t>
            </w:r>
          </w:p>
        </w:tc>
        <w:tc>
          <w:tcPr>
            <w:tcW w:w="688" w:type="dxa"/>
            <w:vAlign w:val="center"/>
          </w:tcPr>
          <w:p w14:paraId="0C11AF31" w14:textId="3AC8657F" w:rsidR="005E53B6" w:rsidRPr="005E53B6" w:rsidRDefault="005E53B6" w:rsidP="005E53B6">
            <w:pPr>
              <w:jc w:val="center"/>
              <w:rPr>
                <w:rFonts w:ascii="Times New Roman" w:hAnsi="Times New Roman" w:cs="Times New Roman"/>
                <w:b/>
                <w:bCs/>
                <w:color w:val="000000" w:themeColor="text1"/>
                <w:sz w:val="22"/>
              </w:rPr>
            </w:pPr>
            <w:r w:rsidRPr="005E53B6">
              <w:rPr>
                <w:rFonts w:ascii="Times New Roman" w:hAnsi="Times New Roman" w:cs="Times New Roman"/>
                <w:sz w:val="22"/>
              </w:rPr>
              <w:t>4</w:t>
            </w:r>
          </w:p>
        </w:tc>
        <w:tc>
          <w:tcPr>
            <w:tcW w:w="688" w:type="dxa"/>
            <w:gridSpan w:val="2"/>
            <w:vAlign w:val="center"/>
          </w:tcPr>
          <w:p w14:paraId="1D7AA52C" w14:textId="236EF104" w:rsidR="005E53B6" w:rsidRPr="005E53B6" w:rsidRDefault="005E53B6" w:rsidP="005E53B6">
            <w:pPr>
              <w:jc w:val="center"/>
              <w:rPr>
                <w:rFonts w:ascii="Times New Roman" w:hAnsi="Times New Roman" w:cs="Times New Roman"/>
                <w:b/>
                <w:bCs/>
                <w:color w:val="000000" w:themeColor="text1"/>
                <w:sz w:val="22"/>
              </w:rPr>
            </w:pPr>
            <w:r w:rsidRPr="005E53B6">
              <w:rPr>
                <w:rFonts w:ascii="Times New Roman" w:hAnsi="Times New Roman" w:cs="Times New Roman"/>
                <w:sz w:val="22"/>
              </w:rPr>
              <w:t>2</w:t>
            </w:r>
          </w:p>
        </w:tc>
        <w:tc>
          <w:tcPr>
            <w:tcW w:w="688" w:type="dxa"/>
            <w:vAlign w:val="center"/>
          </w:tcPr>
          <w:p w14:paraId="051F4F92" w14:textId="73497AA1" w:rsidR="005E53B6" w:rsidRPr="005E53B6" w:rsidRDefault="005E53B6" w:rsidP="005E53B6">
            <w:pPr>
              <w:jc w:val="center"/>
              <w:rPr>
                <w:rFonts w:ascii="Times New Roman" w:hAnsi="Times New Roman" w:cs="Times New Roman"/>
                <w:b/>
                <w:bCs/>
                <w:color w:val="000000" w:themeColor="text1"/>
                <w:sz w:val="22"/>
              </w:rPr>
            </w:pPr>
            <w:r w:rsidRPr="005E53B6">
              <w:rPr>
                <w:rFonts w:ascii="Times New Roman" w:hAnsi="Times New Roman" w:cs="Times New Roman"/>
                <w:sz w:val="22"/>
              </w:rPr>
              <w:t>-</w:t>
            </w:r>
          </w:p>
        </w:tc>
        <w:tc>
          <w:tcPr>
            <w:tcW w:w="688" w:type="dxa"/>
            <w:gridSpan w:val="2"/>
            <w:vAlign w:val="center"/>
          </w:tcPr>
          <w:p w14:paraId="1D3C4B90" w14:textId="401BF09B" w:rsidR="005E53B6" w:rsidRPr="005E53B6" w:rsidRDefault="005E53B6" w:rsidP="005E53B6">
            <w:pPr>
              <w:jc w:val="center"/>
              <w:rPr>
                <w:rFonts w:ascii="Times New Roman" w:hAnsi="Times New Roman" w:cs="Times New Roman"/>
                <w:b/>
                <w:bCs/>
                <w:color w:val="000000" w:themeColor="text1"/>
                <w:sz w:val="22"/>
              </w:rPr>
            </w:pPr>
            <w:r w:rsidRPr="005E53B6">
              <w:rPr>
                <w:rFonts w:ascii="Times New Roman" w:hAnsi="Times New Roman" w:cs="Times New Roman"/>
                <w:sz w:val="22"/>
              </w:rPr>
              <w:t>-</w:t>
            </w:r>
          </w:p>
        </w:tc>
        <w:tc>
          <w:tcPr>
            <w:tcW w:w="730" w:type="dxa"/>
            <w:gridSpan w:val="2"/>
            <w:vAlign w:val="center"/>
          </w:tcPr>
          <w:p w14:paraId="2D2B9DA5" w14:textId="575C61F3" w:rsidR="005E53B6" w:rsidRPr="005E53B6" w:rsidRDefault="005E53B6" w:rsidP="005E53B6">
            <w:pPr>
              <w:jc w:val="center"/>
              <w:rPr>
                <w:rFonts w:ascii="Times New Roman" w:hAnsi="Times New Roman" w:cs="Times New Roman"/>
                <w:b/>
                <w:bCs/>
                <w:color w:val="000000" w:themeColor="text1"/>
                <w:sz w:val="22"/>
              </w:rPr>
            </w:pPr>
            <w:r w:rsidRPr="005E53B6">
              <w:rPr>
                <w:rFonts w:ascii="Times New Roman" w:hAnsi="Times New Roman" w:cs="Times New Roman"/>
                <w:sz w:val="22"/>
              </w:rPr>
              <w:t>-</w:t>
            </w:r>
          </w:p>
        </w:tc>
        <w:tc>
          <w:tcPr>
            <w:tcW w:w="730" w:type="dxa"/>
            <w:vAlign w:val="center"/>
          </w:tcPr>
          <w:p w14:paraId="7D4B7D9B" w14:textId="7A2ADFEA" w:rsidR="005E53B6" w:rsidRPr="005E53B6" w:rsidRDefault="005E53B6" w:rsidP="005E53B6">
            <w:pPr>
              <w:jc w:val="center"/>
              <w:rPr>
                <w:rFonts w:ascii="Times New Roman" w:hAnsi="Times New Roman" w:cs="Times New Roman"/>
                <w:b/>
                <w:bCs/>
                <w:color w:val="000000" w:themeColor="text1"/>
                <w:sz w:val="22"/>
              </w:rPr>
            </w:pPr>
            <w:r w:rsidRPr="005E53B6">
              <w:rPr>
                <w:rFonts w:ascii="Times New Roman" w:hAnsi="Times New Roman" w:cs="Times New Roman"/>
                <w:sz w:val="22"/>
              </w:rPr>
              <w:t>4</w:t>
            </w:r>
          </w:p>
        </w:tc>
        <w:tc>
          <w:tcPr>
            <w:tcW w:w="730" w:type="dxa"/>
            <w:vAlign w:val="center"/>
          </w:tcPr>
          <w:p w14:paraId="541EAC20" w14:textId="11C1C8C4" w:rsidR="005E53B6" w:rsidRPr="005E53B6" w:rsidRDefault="005E53B6" w:rsidP="005E53B6">
            <w:pPr>
              <w:jc w:val="center"/>
              <w:rPr>
                <w:rFonts w:ascii="Times New Roman" w:hAnsi="Times New Roman" w:cs="Times New Roman"/>
                <w:b/>
                <w:bCs/>
                <w:color w:val="000000" w:themeColor="text1"/>
                <w:sz w:val="22"/>
              </w:rPr>
            </w:pPr>
            <w:r w:rsidRPr="005E53B6">
              <w:rPr>
                <w:rFonts w:ascii="Times New Roman" w:hAnsi="Times New Roman" w:cs="Times New Roman"/>
                <w:sz w:val="22"/>
              </w:rPr>
              <w:t>3</w:t>
            </w:r>
          </w:p>
        </w:tc>
      </w:tr>
      <w:tr w:rsidR="005E53B6" w:rsidRPr="009C5486" w14:paraId="0D0E4D86" w14:textId="77777777" w:rsidTr="005E53B6">
        <w:trPr>
          <w:trHeight w:val="454"/>
          <w:jc w:val="center"/>
        </w:trPr>
        <w:tc>
          <w:tcPr>
            <w:tcW w:w="682" w:type="dxa"/>
            <w:vAlign w:val="center"/>
          </w:tcPr>
          <w:p w14:paraId="17F93729" w14:textId="77777777" w:rsidR="005E53B6" w:rsidRPr="009C5486" w:rsidRDefault="005E53B6" w:rsidP="005E53B6">
            <w:pPr>
              <w:jc w:val="both"/>
              <w:rPr>
                <w:rFonts w:ascii="Times New Roman" w:hAnsi="Times New Roman" w:cs="Times New Roman"/>
                <w:color w:val="000000" w:themeColor="text1"/>
                <w:sz w:val="22"/>
              </w:rPr>
            </w:pPr>
            <w:r w:rsidRPr="009C5486">
              <w:rPr>
                <w:rFonts w:ascii="Times New Roman" w:hAnsi="Times New Roman" w:cs="Times New Roman"/>
                <w:b/>
                <w:bCs/>
                <w:color w:val="000000" w:themeColor="text1"/>
                <w:sz w:val="22"/>
              </w:rPr>
              <w:t>ÖÇ6</w:t>
            </w:r>
          </w:p>
        </w:tc>
        <w:tc>
          <w:tcPr>
            <w:tcW w:w="686" w:type="dxa"/>
            <w:vAlign w:val="center"/>
          </w:tcPr>
          <w:p w14:paraId="4EC5CC7A" w14:textId="7339C7C0" w:rsidR="005E53B6" w:rsidRPr="005E53B6" w:rsidRDefault="005E53B6" w:rsidP="005E53B6">
            <w:pPr>
              <w:jc w:val="center"/>
              <w:rPr>
                <w:rFonts w:ascii="Times New Roman" w:hAnsi="Times New Roman" w:cs="Times New Roman"/>
                <w:b/>
                <w:bCs/>
                <w:color w:val="000000" w:themeColor="text1"/>
                <w:sz w:val="22"/>
              </w:rPr>
            </w:pPr>
            <w:r w:rsidRPr="005E53B6">
              <w:rPr>
                <w:rFonts w:ascii="Times New Roman" w:hAnsi="Times New Roman" w:cs="Times New Roman"/>
                <w:sz w:val="22"/>
              </w:rPr>
              <w:t>2</w:t>
            </w:r>
          </w:p>
        </w:tc>
        <w:tc>
          <w:tcPr>
            <w:tcW w:w="687" w:type="dxa"/>
            <w:gridSpan w:val="2"/>
            <w:vAlign w:val="center"/>
          </w:tcPr>
          <w:p w14:paraId="15424116" w14:textId="428E78B9" w:rsidR="005E53B6" w:rsidRPr="005E53B6" w:rsidRDefault="005E53B6" w:rsidP="005E53B6">
            <w:pPr>
              <w:jc w:val="center"/>
              <w:rPr>
                <w:rFonts w:ascii="Times New Roman" w:hAnsi="Times New Roman" w:cs="Times New Roman"/>
                <w:b/>
                <w:bCs/>
                <w:color w:val="000000" w:themeColor="text1"/>
                <w:sz w:val="22"/>
              </w:rPr>
            </w:pPr>
            <w:r w:rsidRPr="005E53B6">
              <w:rPr>
                <w:rFonts w:ascii="Times New Roman" w:hAnsi="Times New Roman" w:cs="Times New Roman"/>
                <w:sz w:val="22"/>
              </w:rPr>
              <w:t>4</w:t>
            </w:r>
          </w:p>
        </w:tc>
        <w:tc>
          <w:tcPr>
            <w:tcW w:w="689" w:type="dxa"/>
            <w:vAlign w:val="center"/>
          </w:tcPr>
          <w:p w14:paraId="29C79786" w14:textId="76742424" w:rsidR="005E53B6" w:rsidRPr="005E53B6" w:rsidRDefault="005E53B6" w:rsidP="005E53B6">
            <w:pPr>
              <w:jc w:val="center"/>
              <w:rPr>
                <w:rFonts w:ascii="Times New Roman" w:hAnsi="Times New Roman" w:cs="Times New Roman"/>
                <w:b/>
                <w:bCs/>
                <w:color w:val="000000" w:themeColor="text1"/>
                <w:sz w:val="22"/>
              </w:rPr>
            </w:pPr>
            <w:r w:rsidRPr="005E53B6">
              <w:rPr>
                <w:rFonts w:ascii="Times New Roman" w:hAnsi="Times New Roman" w:cs="Times New Roman"/>
                <w:sz w:val="22"/>
              </w:rPr>
              <w:t>-</w:t>
            </w:r>
          </w:p>
        </w:tc>
        <w:tc>
          <w:tcPr>
            <w:tcW w:w="688" w:type="dxa"/>
            <w:vAlign w:val="center"/>
          </w:tcPr>
          <w:p w14:paraId="690CC1CD" w14:textId="46F317A1" w:rsidR="005E53B6" w:rsidRPr="005E53B6" w:rsidRDefault="005E53B6" w:rsidP="005E53B6">
            <w:pPr>
              <w:jc w:val="center"/>
              <w:rPr>
                <w:rFonts w:ascii="Times New Roman" w:hAnsi="Times New Roman" w:cs="Times New Roman"/>
                <w:b/>
                <w:bCs/>
                <w:color w:val="000000" w:themeColor="text1"/>
                <w:sz w:val="22"/>
              </w:rPr>
            </w:pPr>
            <w:r w:rsidRPr="005E53B6">
              <w:rPr>
                <w:rFonts w:ascii="Times New Roman" w:hAnsi="Times New Roman" w:cs="Times New Roman"/>
                <w:sz w:val="22"/>
              </w:rPr>
              <w:t>-</w:t>
            </w:r>
          </w:p>
        </w:tc>
        <w:tc>
          <w:tcPr>
            <w:tcW w:w="688" w:type="dxa"/>
            <w:gridSpan w:val="2"/>
            <w:vAlign w:val="center"/>
          </w:tcPr>
          <w:p w14:paraId="2973B24F" w14:textId="4914F95A" w:rsidR="005E53B6" w:rsidRPr="005E53B6" w:rsidRDefault="005E53B6" w:rsidP="005E53B6">
            <w:pPr>
              <w:jc w:val="center"/>
              <w:rPr>
                <w:rFonts w:ascii="Times New Roman" w:hAnsi="Times New Roman" w:cs="Times New Roman"/>
                <w:b/>
                <w:bCs/>
                <w:color w:val="000000" w:themeColor="text1"/>
                <w:sz w:val="22"/>
              </w:rPr>
            </w:pPr>
            <w:r w:rsidRPr="005E53B6">
              <w:rPr>
                <w:rFonts w:ascii="Times New Roman" w:hAnsi="Times New Roman" w:cs="Times New Roman"/>
                <w:sz w:val="22"/>
              </w:rPr>
              <w:t>-</w:t>
            </w:r>
          </w:p>
        </w:tc>
        <w:tc>
          <w:tcPr>
            <w:tcW w:w="688" w:type="dxa"/>
            <w:vAlign w:val="center"/>
          </w:tcPr>
          <w:p w14:paraId="568C5C8F" w14:textId="032A3CC5" w:rsidR="005E53B6" w:rsidRPr="005E53B6" w:rsidRDefault="005E53B6" w:rsidP="005E53B6">
            <w:pPr>
              <w:jc w:val="center"/>
              <w:rPr>
                <w:rFonts w:ascii="Times New Roman" w:hAnsi="Times New Roman" w:cs="Times New Roman"/>
                <w:b/>
                <w:bCs/>
                <w:color w:val="000000" w:themeColor="text1"/>
                <w:sz w:val="22"/>
              </w:rPr>
            </w:pPr>
            <w:r w:rsidRPr="005E53B6">
              <w:rPr>
                <w:rFonts w:ascii="Times New Roman" w:hAnsi="Times New Roman" w:cs="Times New Roman"/>
                <w:sz w:val="22"/>
              </w:rPr>
              <w:t>4</w:t>
            </w:r>
          </w:p>
        </w:tc>
        <w:tc>
          <w:tcPr>
            <w:tcW w:w="688" w:type="dxa"/>
            <w:gridSpan w:val="2"/>
            <w:vAlign w:val="center"/>
          </w:tcPr>
          <w:p w14:paraId="61C7CE50" w14:textId="2C5048AC" w:rsidR="005E53B6" w:rsidRPr="005E53B6" w:rsidRDefault="005E53B6" w:rsidP="005E53B6">
            <w:pPr>
              <w:jc w:val="center"/>
              <w:rPr>
                <w:rFonts w:ascii="Times New Roman" w:hAnsi="Times New Roman" w:cs="Times New Roman"/>
                <w:b/>
                <w:bCs/>
                <w:color w:val="000000" w:themeColor="text1"/>
                <w:sz w:val="22"/>
              </w:rPr>
            </w:pPr>
            <w:r w:rsidRPr="005E53B6">
              <w:rPr>
                <w:rFonts w:ascii="Times New Roman" w:hAnsi="Times New Roman" w:cs="Times New Roman"/>
                <w:sz w:val="22"/>
              </w:rPr>
              <w:t>-</w:t>
            </w:r>
          </w:p>
        </w:tc>
        <w:tc>
          <w:tcPr>
            <w:tcW w:w="688" w:type="dxa"/>
            <w:vAlign w:val="center"/>
          </w:tcPr>
          <w:p w14:paraId="4942B046" w14:textId="79B3371A" w:rsidR="005E53B6" w:rsidRPr="005E53B6" w:rsidRDefault="005E53B6" w:rsidP="005E53B6">
            <w:pPr>
              <w:jc w:val="center"/>
              <w:rPr>
                <w:rFonts w:ascii="Times New Roman" w:hAnsi="Times New Roman" w:cs="Times New Roman"/>
                <w:b/>
                <w:bCs/>
                <w:color w:val="000000" w:themeColor="text1"/>
                <w:sz w:val="22"/>
              </w:rPr>
            </w:pPr>
            <w:r w:rsidRPr="005E53B6">
              <w:rPr>
                <w:rFonts w:ascii="Times New Roman" w:hAnsi="Times New Roman" w:cs="Times New Roman"/>
                <w:sz w:val="22"/>
              </w:rPr>
              <w:t>-</w:t>
            </w:r>
          </w:p>
        </w:tc>
        <w:tc>
          <w:tcPr>
            <w:tcW w:w="688" w:type="dxa"/>
            <w:gridSpan w:val="2"/>
            <w:vAlign w:val="center"/>
          </w:tcPr>
          <w:p w14:paraId="1E7145C6" w14:textId="5952E992" w:rsidR="005E53B6" w:rsidRPr="005E53B6" w:rsidRDefault="005E53B6" w:rsidP="005E53B6">
            <w:pPr>
              <w:jc w:val="center"/>
              <w:rPr>
                <w:rFonts w:ascii="Times New Roman" w:hAnsi="Times New Roman" w:cs="Times New Roman"/>
                <w:b/>
                <w:bCs/>
                <w:color w:val="000000" w:themeColor="text1"/>
                <w:sz w:val="22"/>
              </w:rPr>
            </w:pPr>
            <w:r w:rsidRPr="005E53B6">
              <w:rPr>
                <w:rFonts w:ascii="Times New Roman" w:hAnsi="Times New Roman" w:cs="Times New Roman"/>
                <w:sz w:val="22"/>
              </w:rPr>
              <w:t>-</w:t>
            </w:r>
          </w:p>
        </w:tc>
        <w:tc>
          <w:tcPr>
            <w:tcW w:w="730" w:type="dxa"/>
            <w:gridSpan w:val="2"/>
            <w:vAlign w:val="center"/>
          </w:tcPr>
          <w:p w14:paraId="7A8E7652" w14:textId="4D918BE4" w:rsidR="005E53B6" w:rsidRPr="005E53B6" w:rsidRDefault="005E53B6" w:rsidP="005E53B6">
            <w:pPr>
              <w:jc w:val="center"/>
              <w:rPr>
                <w:rFonts w:ascii="Times New Roman" w:hAnsi="Times New Roman" w:cs="Times New Roman"/>
                <w:b/>
                <w:bCs/>
                <w:color w:val="000000" w:themeColor="text1"/>
                <w:sz w:val="22"/>
              </w:rPr>
            </w:pPr>
            <w:r w:rsidRPr="005E53B6">
              <w:rPr>
                <w:rFonts w:ascii="Times New Roman" w:hAnsi="Times New Roman" w:cs="Times New Roman"/>
                <w:sz w:val="22"/>
              </w:rPr>
              <w:t>-</w:t>
            </w:r>
          </w:p>
        </w:tc>
        <w:tc>
          <w:tcPr>
            <w:tcW w:w="730" w:type="dxa"/>
            <w:vAlign w:val="center"/>
          </w:tcPr>
          <w:p w14:paraId="465E2D3C" w14:textId="08EE23CF" w:rsidR="005E53B6" w:rsidRPr="005E53B6" w:rsidRDefault="005E53B6" w:rsidP="005E53B6">
            <w:pPr>
              <w:jc w:val="center"/>
              <w:rPr>
                <w:rFonts w:ascii="Times New Roman" w:hAnsi="Times New Roman" w:cs="Times New Roman"/>
                <w:b/>
                <w:bCs/>
                <w:color w:val="000000" w:themeColor="text1"/>
                <w:sz w:val="22"/>
              </w:rPr>
            </w:pPr>
            <w:r w:rsidRPr="005E53B6">
              <w:rPr>
                <w:rFonts w:ascii="Times New Roman" w:hAnsi="Times New Roman" w:cs="Times New Roman"/>
                <w:sz w:val="22"/>
              </w:rPr>
              <w:t>3</w:t>
            </w:r>
          </w:p>
        </w:tc>
        <w:tc>
          <w:tcPr>
            <w:tcW w:w="730" w:type="dxa"/>
            <w:vAlign w:val="center"/>
          </w:tcPr>
          <w:p w14:paraId="25FA43F8" w14:textId="68AFFFEE" w:rsidR="005E53B6" w:rsidRPr="005E53B6" w:rsidRDefault="005E53B6" w:rsidP="005E53B6">
            <w:pPr>
              <w:jc w:val="center"/>
              <w:rPr>
                <w:rFonts w:ascii="Times New Roman" w:hAnsi="Times New Roman" w:cs="Times New Roman"/>
                <w:b/>
                <w:bCs/>
                <w:color w:val="000000" w:themeColor="text1"/>
                <w:sz w:val="22"/>
              </w:rPr>
            </w:pPr>
            <w:r w:rsidRPr="005E53B6">
              <w:rPr>
                <w:rFonts w:ascii="Times New Roman" w:hAnsi="Times New Roman" w:cs="Times New Roman"/>
                <w:sz w:val="22"/>
              </w:rPr>
              <w:t>5</w:t>
            </w:r>
          </w:p>
        </w:tc>
      </w:tr>
      <w:tr w:rsidR="005E53B6" w:rsidRPr="009C5486" w14:paraId="17515B1A" w14:textId="77777777" w:rsidTr="00E81BB3">
        <w:trPr>
          <w:trHeight w:val="454"/>
          <w:jc w:val="center"/>
        </w:trPr>
        <w:tc>
          <w:tcPr>
            <w:tcW w:w="9062" w:type="dxa"/>
            <w:gridSpan w:val="18"/>
            <w:vAlign w:val="center"/>
          </w:tcPr>
          <w:p w14:paraId="78C0CBA4" w14:textId="77777777" w:rsidR="005E53B6" w:rsidRPr="009C5486" w:rsidRDefault="005E53B6" w:rsidP="00E81BB3">
            <w:pPr>
              <w:jc w:val="center"/>
              <w:rPr>
                <w:rFonts w:ascii="Times New Roman" w:hAnsi="Times New Roman" w:cs="Times New Roman"/>
                <w:b/>
                <w:bCs/>
                <w:color w:val="000000" w:themeColor="text1"/>
                <w:sz w:val="22"/>
              </w:rPr>
            </w:pPr>
            <w:r w:rsidRPr="009C5486">
              <w:rPr>
                <w:rFonts w:ascii="Times New Roman" w:hAnsi="Times New Roman" w:cs="Times New Roman"/>
                <w:b/>
                <w:color w:val="000000" w:themeColor="text1"/>
                <w:sz w:val="22"/>
              </w:rPr>
              <w:t>PÇ: Program</w:t>
            </w:r>
            <w:r w:rsidRPr="009C5486">
              <w:rPr>
                <w:rFonts w:ascii="Times New Roman" w:hAnsi="Times New Roman" w:cs="Times New Roman"/>
                <w:b/>
                <w:color w:val="000000" w:themeColor="text1"/>
                <w:spacing w:val="-5"/>
                <w:sz w:val="22"/>
              </w:rPr>
              <w:t xml:space="preserve"> </w:t>
            </w:r>
            <w:r w:rsidRPr="009C5486">
              <w:rPr>
                <w:rFonts w:ascii="Times New Roman" w:hAnsi="Times New Roman" w:cs="Times New Roman"/>
                <w:b/>
                <w:color w:val="000000" w:themeColor="text1"/>
                <w:sz w:val="22"/>
              </w:rPr>
              <w:t>Çıktıları   /   ÖÇ:</w:t>
            </w:r>
            <w:r w:rsidRPr="009C5486">
              <w:rPr>
                <w:rFonts w:ascii="Times New Roman" w:hAnsi="Times New Roman" w:cs="Times New Roman"/>
                <w:b/>
                <w:color w:val="000000" w:themeColor="text1"/>
                <w:spacing w:val="-4"/>
                <w:sz w:val="22"/>
              </w:rPr>
              <w:t xml:space="preserve"> Dersin </w:t>
            </w:r>
            <w:r w:rsidRPr="009C5486">
              <w:rPr>
                <w:rFonts w:ascii="Times New Roman" w:hAnsi="Times New Roman" w:cs="Times New Roman"/>
                <w:b/>
                <w:color w:val="000000" w:themeColor="text1"/>
                <w:sz w:val="22"/>
              </w:rPr>
              <w:t>Öğrenme</w:t>
            </w:r>
            <w:r w:rsidRPr="009C5486">
              <w:rPr>
                <w:rFonts w:ascii="Times New Roman" w:hAnsi="Times New Roman" w:cs="Times New Roman"/>
                <w:b/>
                <w:color w:val="000000" w:themeColor="text1"/>
                <w:spacing w:val="-3"/>
                <w:sz w:val="22"/>
              </w:rPr>
              <w:t xml:space="preserve"> </w:t>
            </w:r>
            <w:r w:rsidRPr="009C5486">
              <w:rPr>
                <w:rFonts w:ascii="Times New Roman" w:hAnsi="Times New Roman" w:cs="Times New Roman"/>
                <w:b/>
                <w:color w:val="000000" w:themeColor="text1"/>
                <w:sz w:val="22"/>
              </w:rPr>
              <w:t>Çıktıları</w:t>
            </w:r>
          </w:p>
        </w:tc>
      </w:tr>
      <w:tr w:rsidR="005E53B6" w:rsidRPr="009C5486" w14:paraId="53F3AA47" w14:textId="77777777" w:rsidTr="005E53B6">
        <w:trPr>
          <w:trHeight w:val="454"/>
          <w:jc w:val="center"/>
        </w:trPr>
        <w:tc>
          <w:tcPr>
            <w:tcW w:w="1971" w:type="dxa"/>
            <w:gridSpan w:val="3"/>
            <w:vAlign w:val="center"/>
          </w:tcPr>
          <w:p w14:paraId="2720A5FA" w14:textId="77777777" w:rsidR="005E53B6" w:rsidRPr="009C5486" w:rsidRDefault="005E53B6" w:rsidP="00E81BB3">
            <w:pPr>
              <w:jc w:val="center"/>
              <w:rPr>
                <w:rFonts w:ascii="Times New Roman" w:hAnsi="Times New Roman" w:cs="Times New Roman"/>
                <w:b/>
                <w:bCs/>
                <w:color w:val="000000" w:themeColor="text1"/>
                <w:sz w:val="22"/>
              </w:rPr>
            </w:pPr>
            <w:r w:rsidRPr="009C5486">
              <w:rPr>
                <w:rFonts w:ascii="Times New Roman" w:hAnsi="Times New Roman" w:cs="Times New Roman"/>
                <w:b/>
                <w:color w:val="000000" w:themeColor="text1"/>
                <w:sz w:val="22"/>
              </w:rPr>
              <w:t>Katkı Düzeyi</w:t>
            </w:r>
          </w:p>
        </w:tc>
        <w:tc>
          <w:tcPr>
            <w:tcW w:w="1845" w:type="dxa"/>
            <w:gridSpan w:val="4"/>
            <w:vAlign w:val="center"/>
          </w:tcPr>
          <w:p w14:paraId="2A8C1DC5" w14:textId="77777777" w:rsidR="005E53B6" w:rsidRPr="009C5486" w:rsidRDefault="005E53B6" w:rsidP="00E81BB3">
            <w:pPr>
              <w:jc w:val="center"/>
              <w:rPr>
                <w:rFonts w:ascii="Times New Roman" w:hAnsi="Times New Roman" w:cs="Times New Roman"/>
                <w:b/>
                <w:bCs/>
                <w:color w:val="000000" w:themeColor="text1"/>
                <w:sz w:val="22"/>
              </w:rPr>
            </w:pPr>
            <w:r w:rsidRPr="009C5486">
              <w:rPr>
                <w:rFonts w:ascii="Times New Roman" w:hAnsi="Times New Roman" w:cs="Times New Roman"/>
                <w:b/>
                <w:color w:val="000000" w:themeColor="text1"/>
                <w:sz w:val="22"/>
              </w:rPr>
              <w:t>1 Çok Düşük</w:t>
            </w:r>
          </w:p>
        </w:tc>
        <w:tc>
          <w:tcPr>
            <w:tcW w:w="1273" w:type="dxa"/>
            <w:gridSpan w:val="3"/>
            <w:vAlign w:val="center"/>
          </w:tcPr>
          <w:p w14:paraId="5C5EE003" w14:textId="77777777" w:rsidR="005E53B6" w:rsidRPr="009C5486" w:rsidRDefault="005E53B6" w:rsidP="00E81BB3">
            <w:pPr>
              <w:jc w:val="center"/>
              <w:rPr>
                <w:rFonts w:ascii="Times New Roman" w:hAnsi="Times New Roman" w:cs="Times New Roman"/>
                <w:b/>
                <w:bCs/>
                <w:color w:val="000000" w:themeColor="text1"/>
                <w:sz w:val="22"/>
              </w:rPr>
            </w:pPr>
            <w:r w:rsidRPr="009C5486">
              <w:rPr>
                <w:rFonts w:ascii="Times New Roman" w:hAnsi="Times New Roman" w:cs="Times New Roman"/>
                <w:b/>
                <w:color w:val="000000" w:themeColor="text1"/>
                <w:sz w:val="22"/>
              </w:rPr>
              <w:t>2 Düşük</w:t>
            </w:r>
          </w:p>
        </w:tc>
        <w:tc>
          <w:tcPr>
            <w:tcW w:w="1132" w:type="dxa"/>
            <w:gridSpan w:val="3"/>
            <w:tcBorders>
              <w:bottom w:val="single" w:sz="4" w:space="0" w:color="auto"/>
            </w:tcBorders>
            <w:vAlign w:val="center"/>
          </w:tcPr>
          <w:p w14:paraId="3EC4BDF0" w14:textId="77777777" w:rsidR="005E53B6" w:rsidRPr="009C5486" w:rsidRDefault="005E53B6" w:rsidP="00E81BB3">
            <w:pPr>
              <w:jc w:val="center"/>
              <w:rPr>
                <w:rFonts w:ascii="Times New Roman" w:hAnsi="Times New Roman" w:cs="Times New Roman"/>
                <w:b/>
                <w:bCs/>
                <w:color w:val="000000" w:themeColor="text1"/>
                <w:sz w:val="22"/>
              </w:rPr>
            </w:pPr>
            <w:r w:rsidRPr="009C5486">
              <w:rPr>
                <w:rFonts w:ascii="Times New Roman" w:hAnsi="Times New Roman" w:cs="Times New Roman"/>
                <w:b/>
                <w:color w:val="000000" w:themeColor="text1"/>
                <w:sz w:val="22"/>
              </w:rPr>
              <w:t>3 Orta</w:t>
            </w:r>
          </w:p>
        </w:tc>
        <w:tc>
          <w:tcPr>
            <w:tcW w:w="1276" w:type="dxa"/>
            <w:gridSpan w:val="2"/>
            <w:tcBorders>
              <w:bottom w:val="single" w:sz="4" w:space="0" w:color="auto"/>
            </w:tcBorders>
            <w:vAlign w:val="center"/>
          </w:tcPr>
          <w:p w14:paraId="1CB77AC7" w14:textId="77777777" w:rsidR="005E53B6" w:rsidRPr="009C5486" w:rsidRDefault="005E53B6" w:rsidP="00E81BB3">
            <w:pPr>
              <w:jc w:val="center"/>
              <w:rPr>
                <w:rFonts w:ascii="Times New Roman" w:hAnsi="Times New Roman" w:cs="Times New Roman"/>
                <w:b/>
                <w:bCs/>
                <w:color w:val="000000" w:themeColor="text1"/>
                <w:sz w:val="22"/>
              </w:rPr>
            </w:pPr>
            <w:r w:rsidRPr="009C5486">
              <w:rPr>
                <w:rFonts w:ascii="Times New Roman" w:hAnsi="Times New Roman" w:cs="Times New Roman"/>
                <w:b/>
                <w:color w:val="000000" w:themeColor="text1"/>
                <w:sz w:val="22"/>
              </w:rPr>
              <w:t>4 Yüksek</w:t>
            </w:r>
          </w:p>
        </w:tc>
        <w:tc>
          <w:tcPr>
            <w:tcW w:w="1565" w:type="dxa"/>
            <w:gridSpan w:val="3"/>
            <w:vAlign w:val="center"/>
          </w:tcPr>
          <w:p w14:paraId="45EDEEEC" w14:textId="77777777" w:rsidR="005E53B6" w:rsidRPr="009C5486" w:rsidRDefault="005E53B6" w:rsidP="00E81BB3">
            <w:pPr>
              <w:jc w:val="center"/>
              <w:rPr>
                <w:rFonts w:ascii="Times New Roman" w:hAnsi="Times New Roman" w:cs="Times New Roman"/>
                <w:b/>
                <w:bCs/>
                <w:color w:val="000000" w:themeColor="text1"/>
                <w:sz w:val="22"/>
              </w:rPr>
            </w:pPr>
            <w:r w:rsidRPr="009C5486">
              <w:rPr>
                <w:rFonts w:ascii="Times New Roman" w:hAnsi="Times New Roman" w:cs="Times New Roman"/>
                <w:b/>
                <w:color w:val="000000" w:themeColor="text1"/>
                <w:sz w:val="22"/>
              </w:rPr>
              <w:t>5 Çok Yüksek</w:t>
            </w:r>
          </w:p>
        </w:tc>
      </w:tr>
    </w:tbl>
    <w:p w14:paraId="5EB96D45" w14:textId="77777777" w:rsidR="005E53B6" w:rsidRPr="00804B9B" w:rsidRDefault="005E53B6" w:rsidP="00804B9B">
      <w:pPr>
        <w:spacing w:after="120"/>
        <w:rPr>
          <w:rFonts w:ascii="Times New Roman" w:hAnsi="Times New Roman" w:cs="Times New Roman"/>
          <w:bCs/>
          <w:sz w:val="22"/>
        </w:rPr>
      </w:pPr>
    </w:p>
    <w:tbl>
      <w:tblPr>
        <w:tblStyle w:val="TabloKlavuzu"/>
        <w:tblpPr w:leftFromText="141" w:rightFromText="141" w:vertAnchor="text" w:horzAnchor="margin" w:tblpY="113"/>
        <w:tblW w:w="9067" w:type="dxa"/>
        <w:tblLook w:val="04A0" w:firstRow="1" w:lastRow="0" w:firstColumn="1" w:lastColumn="0" w:noHBand="0" w:noVBand="1"/>
      </w:tblPr>
      <w:tblGrid>
        <w:gridCol w:w="1129"/>
        <w:gridCol w:w="7938"/>
      </w:tblGrid>
      <w:tr w:rsidR="001D42FE" w:rsidRPr="00FA1EC8" w14:paraId="6A13092A" w14:textId="77777777" w:rsidTr="005E53B6">
        <w:trPr>
          <w:trHeight w:val="454"/>
        </w:trPr>
        <w:tc>
          <w:tcPr>
            <w:tcW w:w="9067" w:type="dxa"/>
            <w:gridSpan w:val="2"/>
            <w:vAlign w:val="center"/>
          </w:tcPr>
          <w:p w14:paraId="0A9DFD82" w14:textId="34EE2D4B" w:rsidR="001D42FE" w:rsidRPr="00FA1EC8" w:rsidRDefault="001D42FE" w:rsidP="005E53B6">
            <w:pPr>
              <w:jc w:val="center"/>
              <w:rPr>
                <w:rFonts w:ascii="Times New Roman" w:hAnsi="Times New Roman" w:cs="Times New Roman"/>
                <w:b/>
                <w:bCs/>
                <w:sz w:val="22"/>
                <w:lang w:val="tr-TR"/>
              </w:rPr>
            </w:pPr>
            <w:r w:rsidRPr="00FA1EC8">
              <w:rPr>
                <w:rFonts w:ascii="Times New Roman" w:hAnsi="Times New Roman" w:cs="Times New Roman"/>
                <w:b/>
                <w:bCs/>
                <w:sz w:val="22"/>
                <w:lang w:val="tr-TR"/>
              </w:rPr>
              <w:t>DERS ÖĞRENME ÇIKTILARI İLE İLİŞKİLİ PROGRAM ÇIKTILARI</w:t>
            </w:r>
            <w:r w:rsidR="005E53B6">
              <w:rPr>
                <w:rFonts w:ascii="Times New Roman" w:hAnsi="Times New Roman" w:cs="Times New Roman"/>
                <w:b/>
                <w:bCs/>
                <w:sz w:val="22"/>
                <w:lang w:val="tr-TR"/>
              </w:rPr>
              <w:t xml:space="preserve"> (PÇ)</w:t>
            </w:r>
          </w:p>
        </w:tc>
      </w:tr>
      <w:tr w:rsidR="001D42FE" w:rsidRPr="00FA1EC8" w14:paraId="4C988ADB" w14:textId="77777777" w:rsidTr="005E53B6">
        <w:trPr>
          <w:trHeight w:val="454"/>
        </w:trPr>
        <w:tc>
          <w:tcPr>
            <w:tcW w:w="1129" w:type="dxa"/>
            <w:vAlign w:val="center"/>
          </w:tcPr>
          <w:p w14:paraId="77537F26" w14:textId="77777777" w:rsidR="001D42FE" w:rsidRPr="00FA1EC8" w:rsidRDefault="001D42FE" w:rsidP="005E53B6">
            <w:pPr>
              <w:jc w:val="center"/>
              <w:rPr>
                <w:rFonts w:ascii="Times New Roman" w:hAnsi="Times New Roman" w:cs="Times New Roman"/>
                <w:b/>
                <w:bCs/>
                <w:sz w:val="22"/>
                <w:lang w:val="tr-TR"/>
              </w:rPr>
            </w:pPr>
            <w:r w:rsidRPr="00FA1EC8">
              <w:rPr>
                <w:rFonts w:ascii="Times New Roman" w:hAnsi="Times New Roman" w:cs="Times New Roman"/>
                <w:b/>
                <w:bCs/>
                <w:sz w:val="22"/>
                <w:lang w:val="tr-TR"/>
              </w:rPr>
              <w:t>Sıra No</w:t>
            </w:r>
          </w:p>
        </w:tc>
        <w:tc>
          <w:tcPr>
            <w:tcW w:w="7938" w:type="dxa"/>
            <w:vAlign w:val="center"/>
          </w:tcPr>
          <w:p w14:paraId="5941CE69" w14:textId="77777777" w:rsidR="001D42FE" w:rsidRPr="00FA1EC8" w:rsidRDefault="001D42FE" w:rsidP="005E53B6">
            <w:pPr>
              <w:jc w:val="center"/>
              <w:rPr>
                <w:rFonts w:ascii="Times New Roman" w:hAnsi="Times New Roman" w:cs="Times New Roman"/>
                <w:b/>
                <w:bCs/>
                <w:sz w:val="22"/>
                <w:lang w:val="tr-TR"/>
              </w:rPr>
            </w:pPr>
            <w:r w:rsidRPr="00FA1EC8">
              <w:rPr>
                <w:rFonts w:ascii="Times New Roman" w:hAnsi="Times New Roman" w:cs="Times New Roman"/>
                <w:b/>
                <w:bCs/>
                <w:sz w:val="22"/>
                <w:lang w:val="tr-TR"/>
              </w:rPr>
              <w:t>Açıklama</w:t>
            </w:r>
          </w:p>
        </w:tc>
      </w:tr>
      <w:tr w:rsidR="001D42FE" w:rsidRPr="00FA1EC8" w14:paraId="09094B11" w14:textId="77777777" w:rsidTr="005E53B6">
        <w:trPr>
          <w:trHeight w:val="454"/>
        </w:trPr>
        <w:tc>
          <w:tcPr>
            <w:tcW w:w="1129" w:type="dxa"/>
            <w:vAlign w:val="center"/>
          </w:tcPr>
          <w:p w14:paraId="1313BEF1" w14:textId="77777777" w:rsidR="001D42FE" w:rsidRPr="00FA1EC8" w:rsidRDefault="001D42FE" w:rsidP="005E53B6">
            <w:pPr>
              <w:jc w:val="center"/>
              <w:rPr>
                <w:rFonts w:ascii="Times New Roman" w:hAnsi="Times New Roman" w:cs="Times New Roman"/>
                <w:b/>
                <w:bCs/>
                <w:sz w:val="22"/>
                <w:lang w:val="tr-TR"/>
              </w:rPr>
            </w:pPr>
            <w:r w:rsidRPr="00FA1EC8">
              <w:rPr>
                <w:rFonts w:ascii="Times New Roman" w:hAnsi="Times New Roman" w:cs="Times New Roman"/>
                <w:b/>
                <w:bCs/>
                <w:sz w:val="22"/>
                <w:lang w:val="tr-TR"/>
              </w:rPr>
              <w:t>PÇ1</w:t>
            </w:r>
          </w:p>
        </w:tc>
        <w:tc>
          <w:tcPr>
            <w:tcW w:w="7938" w:type="dxa"/>
            <w:vAlign w:val="center"/>
          </w:tcPr>
          <w:p w14:paraId="7790CCAF" w14:textId="77777777" w:rsidR="001D42FE" w:rsidRPr="00FA1EC8" w:rsidRDefault="001D42FE" w:rsidP="005E53B6">
            <w:pPr>
              <w:pStyle w:val="NormalWeb"/>
              <w:spacing w:before="0" w:beforeAutospacing="0" w:after="0" w:afterAutospacing="0"/>
              <w:jc w:val="both"/>
              <w:rPr>
                <w:color w:val="000000" w:themeColor="text1"/>
                <w:sz w:val="22"/>
                <w:szCs w:val="22"/>
              </w:rPr>
            </w:pPr>
            <w:r w:rsidRPr="00FA1EC8">
              <w:rPr>
                <w:b/>
                <w:bCs/>
                <w:color w:val="000000" w:themeColor="text1"/>
                <w:sz w:val="22"/>
                <w:szCs w:val="22"/>
              </w:rPr>
              <w:t>Eleştirel Düşünme, Araştırma ve Tasarım Becerileri:</w:t>
            </w:r>
            <w:r w:rsidRPr="00FA1EC8">
              <w:rPr>
                <w:color w:val="000000" w:themeColor="text1"/>
                <w:sz w:val="22"/>
                <w:szCs w:val="22"/>
              </w:rPr>
              <w:t xml:space="preserve"> Bilgiyi </w:t>
            </w:r>
            <w:r w:rsidRPr="00FA1EC8">
              <w:rPr>
                <w:color w:val="3A3A3A"/>
                <w:sz w:val="22"/>
                <w:szCs w:val="22"/>
              </w:rPr>
              <w:t>sistematik toplayıp değerlendirme ve kayıt altına alma; proje sonuçlarını karşılaştırmalı analizle destekleme, konuya ilişkin sorular sorup soyut fikirlerle yorum yapma; farklı bakış açılarını dikkate alarak kanıta dayalı, ölçüt ve standartlara uygun alternatifleri test etme.</w:t>
            </w:r>
          </w:p>
        </w:tc>
      </w:tr>
      <w:tr w:rsidR="001D42FE" w:rsidRPr="00FA1EC8" w14:paraId="7DC3937D" w14:textId="77777777" w:rsidTr="005E53B6">
        <w:trPr>
          <w:trHeight w:val="454"/>
        </w:trPr>
        <w:tc>
          <w:tcPr>
            <w:tcW w:w="1129" w:type="dxa"/>
            <w:vAlign w:val="center"/>
          </w:tcPr>
          <w:p w14:paraId="44917775" w14:textId="77777777" w:rsidR="001D42FE" w:rsidRPr="00FA1EC8" w:rsidRDefault="001D42FE" w:rsidP="005E53B6">
            <w:pPr>
              <w:jc w:val="center"/>
              <w:rPr>
                <w:rFonts w:ascii="Times New Roman" w:hAnsi="Times New Roman" w:cs="Times New Roman"/>
                <w:b/>
                <w:bCs/>
                <w:sz w:val="22"/>
                <w:lang w:val="tr-TR"/>
              </w:rPr>
            </w:pPr>
            <w:r w:rsidRPr="00FA1EC8">
              <w:rPr>
                <w:rFonts w:ascii="Times New Roman" w:hAnsi="Times New Roman" w:cs="Times New Roman"/>
                <w:b/>
                <w:bCs/>
                <w:sz w:val="22"/>
                <w:lang w:val="tr-TR"/>
              </w:rPr>
              <w:t>PÇ2</w:t>
            </w:r>
          </w:p>
        </w:tc>
        <w:tc>
          <w:tcPr>
            <w:tcW w:w="7938" w:type="dxa"/>
            <w:vAlign w:val="center"/>
          </w:tcPr>
          <w:p w14:paraId="1BA0AAC2" w14:textId="77777777" w:rsidR="001D42FE" w:rsidRPr="00FA1EC8" w:rsidRDefault="001D42FE" w:rsidP="005E53B6">
            <w:pPr>
              <w:pStyle w:val="NormalWeb"/>
              <w:spacing w:before="0" w:beforeAutospacing="0" w:after="0" w:afterAutospacing="0"/>
              <w:jc w:val="both"/>
              <w:rPr>
                <w:color w:val="000000" w:themeColor="text1"/>
                <w:sz w:val="22"/>
                <w:szCs w:val="22"/>
              </w:rPr>
            </w:pPr>
            <w:r w:rsidRPr="00FA1EC8">
              <w:rPr>
                <w:b/>
                <w:bCs/>
                <w:color w:val="000000" w:themeColor="text1"/>
                <w:sz w:val="22"/>
                <w:szCs w:val="22"/>
              </w:rPr>
              <w:t>Biçimsel Kompozisyon ve Tasarım Becerileri:</w:t>
            </w:r>
            <w:r w:rsidRPr="00FA1EC8">
              <w:rPr>
                <w:color w:val="000000" w:themeColor="text1"/>
                <w:sz w:val="22"/>
                <w:szCs w:val="22"/>
              </w:rPr>
              <w:t xml:space="preserve"> </w:t>
            </w:r>
            <w:r w:rsidRPr="00FA1EC8">
              <w:rPr>
                <w:color w:val="3A3A3A"/>
                <w:sz w:val="22"/>
                <w:szCs w:val="22"/>
              </w:rPr>
              <w:t>Temel biçimsel, örgütsel ve çevresel ilkeleri, iki ve üç boyutlu tasarımda etkili bir biçimde kullanabilme</w:t>
            </w:r>
          </w:p>
        </w:tc>
      </w:tr>
      <w:tr w:rsidR="001D42FE" w:rsidRPr="00FA1EC8" w14:paraId="0739C298" w14:textId="77777777" w:rsidTr="005E53B6">
        <w:trPr>
          <w:trHeight w:val="454"/>
        </w:trPr>
        <w:tc>
          <w:tcPr>
            <w:tcW w:w="1129" w:type="dxa"/>
            <w:vAlign w:val="center"/>
          </w:tcPr>
          <w:p w14:paraId="52FE1965" w14:textId="77777777" w:rsidR="001D42FE" w:rsidRPr="00FA1EC8" w:rsidRDefault="001D42FE" w:rsidP="005E53B6">
            <w:pPr>
              <w:jc w:val="center"/>
              <w:rPr>
                <w:rFonts w:ascii="Times New Roman" w:hAnsi="Times New Roman" w:cs="Times New Roman"/>
                <w:b/>
                <w:bCs/>
                <w:sz w:val="22"/>
                <w:lang w:val="tr-TR"/>
              </w:rPr>
            </w:pPr>
            <w:r w:rsidRPr="00FA1EC8">
              <w:rPr>
                <w:rFonts w:ascii="Times New Roman" w:hAnsi="Times New Roman" w:cs="Times New Roman"/>
                <w:b/>
                <w:bCs/>
                <w:sz w:val="22"/>
                <w:lang w:val="tr-TR"/>
              </w:rPr>
              <w:t>PÇ4</w:t>
            </w:r>
          </w:p>
        </w:tc>
        <w:tc>
          <w:tcPr>
            <w:tcW w:w="7938" w:type="dxa"/>
            <w:vAlign w:val="center"/>
          </w:tcPr>
          <w:p w14:paraId="7921229C" w14:textId="77777777" w:rsidR="001D42FE" w:rsidRPr="00FA1EC8" w:rsidRDefault="001D42FE" w:rsidP="005E53B6">
            <w:pPr>
              <w:pStyle w:val="NormalWeb"/>
              <w:spacing w:before="0" w:beforeAutospacing="0" w:after="0" w:afterAutospacing="0"/>
              <w:jc w:val="both"/>
              <w:rPr>
                <w:color w:val="000000" w:themeColor="text1"/>
                <w:sz w:val="22"/>
                <w:szCs w:val="22"/>
              </w:rPr>
            </w:pPr>
            <w:r w:rsidRPr="00FA1EC8">
              <w:rPr>
                <w:b/>
                <w:bCs/>
                <w:color w:val="000000" w:themeColor="text1"/>
                <w:sz w:val="22"/>
                <w:szCs w:val="22"/>
              </w:rPr>
              <w:t>Mimari Program Hazırlama:</w:t>
            </w:r>
            <w:r w:rsidRPr="00FA1EC8">
              <w:rPr>
                <w:color w:val="000000" w:themeColor="text1"/>
                <w:sz w:val="22"/>
                <w:szCs w:val="22"/>
              </w:rPr>
              <w:t xml:space="preserve"> </w:t>
            </w:r>
            <w:r w:rsidRPr="00FA1EC8">
              <w:rPr>
                <w:color w:val="3A3A3A"/>
                <w:sz w:val="22"/>
                <w:szCs w:val="22"/>
              </w:rPr>
              <w:t>Kapsamlı programı olan bir mimari projeyi müşteri ve kullanıcı ihtiyaçlarına, mekân gereksinimleri envanterine, arazi koşullarına (mevcut binaları içeren), ilgili yönetmelik ve standartlara, ilgili sürdürülebilirlik gereksinimlerine göre hazırlayabilme, tasarım ölçütlerine göre değerlendirebilme.</w:t>
            </w:r>
          </w:p>
        </w:tc>
      </w:tr>
      <w:tr w:rsidR="001D42FE" w:rsidRPr="00FA1EC8" w14:paraId="6EA126DC" w14:textId="77777777" w:rsidTr="005E53B6">
        <w:trPr>
          <w:trHeight w:val="454"/>
        </w:trPr>
        <w:tc>
          <w:tcPr>
            <w:tcW w:w="1129" w:type="dxa"/>
            <w:vAlign w:val="center"/>
          </w:tcPr>
          <w:p w14:paraId="4DEB07BA" w14:textId="77777777" w:rsidR="001D42FE" w:rsidRPr="00FA1EC8" w:rsidRDefault="001D42FE" w:rsidP="005E53B6">
            <w:pPr>
              <w:jc w:val="center"/>
              <w:rPr>
                <w:rFonts w:ascii="Times New Roman" w:hAnsi="Times New Roman" w:cs="Times New Roman"/>
                <w:b/>
                <w:bCs/>
                <w:sz w:val="22"/>
                <w:lang w:val="tr-TR"/>
              </w:rPr>
            </w:pPr>
            <w:r w:rsidRPr="00FA1EC8">
              <w:rPr>
                <w:rFonts w:ascii="Times New Roman" w:hAnsi="Times New Roman" w:cs="Times New Roman"/>
                <w:b/>
                <w:bCs/>
                <w:sz w:val="22"/>
                <w:lang w:val="tr-TR"/>
              </w:rPr>
              <w:t>PÇ5</w:t>
            </w:r>
          </w:p>
        </w:tc>
        <w:tc>
          <w:tcPr>
            <w:tcW w:w="7938" w:type="dxa"/>
            <w:vAlign w:val="center"/>
          </w:tcPr>
          <w:p w14:paraId="4C94417D" w14:textId="77777777" w:rsidR="001D42FE" w:rsidRPr="00FA1EC8" w:rsidRDefault="001D42FE" w:rsidP="005E53B6">
            <w:pPr>
              <w:pStyle w:val="NormalWeb"/>
              <w:spacing w:before="0" w:beforeAutospacing="0" w:after="0" w:afterAutospacing="0"/>
              <w:jc w:val="both"/>
              <w:rPr>
                <w:color w:val="000000" w:themeColor="text1"/>
                <w:sz w:val="22"/>
                <w:szCs w:val="22"/>
              </w:rPr>
            </w:pPr>
            <w:r w:rsidRPr="00FA1EC8">
              <w:rPr>
                <w:b/>
                <w:bCs/>
                <w:color w:val="000000" w:themeColor="text1"/>
                <w:sz w:val="22"/>
                <w:szCs w:val="22"/>
              </w:rPr>
              <w:t>Erişilebilirlik ve Yerleşme Özelliklerine Göre Tasarım:</w:t>
            </w:r>
            <w:r w:rsidRPr="00FA1EC8">
              <w:rPr>
                <w:color w:val="000000" w:themeColor="text1"/>
                <w:sz w:val="22"/>
                <w:szCs w:val="22"/>
              </w:rPr>
              <w:t xml:space="preserve"> </w:t>
            </w:r>
            <w:r w:rsidRPr="00FA1EC8">
              <w:rPr>
                <w:color w:val="3A3A3A"/>
                <w:sz w:val="22"/>
                <w:szCs w:val="22"/>
              </w:rPr>
              <w:t xml:space="preserve">Özel </w:t>
            </w:r>
            <w:proofErr w:type="spellStart"/>
            <w:r w:rsidRPr="00FA1EC8">
              <w:rPr>
                <w:color w:val="3A3A3A"/>
                <w:sz w:val="22"/>
                <w:szCs w:val="22"/>
              </w:rPr>
              <w:t>gereksimli</w:t>
            </w:r>
            <w:proofErr w:type="spellEnd"/>
            <w:r w:rsidRPr="00FA1EC8">
              <w:rPr>
                <w:color w:val="3A3A3A"/>
                <w:sz w:val="22"/>
                <w:szCs w:val="22"/>
              </w:rPr>
              <w:t xml:space="preserve"> olan kişilere uyumlu yaşam alanlarını tasarlayabilme, arazinin doğal ve yapay özelliklerine cevap verebilme.</w:t>
            </w:r>
          </w:p>
        </w:tc>
      </w:tr>
      <w:tr w:rsidR="001D42FE" w:rsidRPr="00FA1EC8" w14:paraId="64059807" w14:textId="77777777" w:rsidTr="005E53B6">
        <w:trPr>
          <w:trHeight w:val="454"/>
        </w:trPr>
        <w:tc>
          <w:tcPr>
            <w:tcW w:w="1129" w:type="dxa"/>
            <w:vAlign w:val="center"/>
          </w:tcPr>
          <w:p w14:paraId="375CA695" w14:textId="77777777" w:rsidR="001D42FE" w:rsidRPr="00FA1EC8" w:rsidRDefault="001D42FE" w:rsidP="005E53B6">
            <w:pPr>
              <w:jc w:val="center"/>
              <w:rPr>
                <w:rFonts w:ascii="Times New Roman" w:hAnsi="Times New Roman" w:cs="Times New Roman"/>
                <w:b/>
                <w:bCs/>
                <w:sz w:val="22"/>
                <w:lang w:val="tr-TR"/>
              </w:rPr>
            </w:pPr>
            <w:r w:rsidRPr="00FA1EC8">
              <w:rPr>
                <w:rFonts w:ascii="Times New Roman" w:hAnsi="Times New Roman" w:cs="Times New Roman"/>
                <w:b/>
                <w:bCs/>
                <w:sz w:val="22"/>
                <w:lang w:val="tr-TR"/>
              </w:rPr>
              <w:t>PÇ6</w:t>
            </w:r>
          </w:p>
        </w:tc>
        <w:tc>
          <w:tcPr>
            <w:tcW w:w="7938" w:type="dxa"/>
            <w:vAlign w:val="center"/>
          </w:tcPr>
          <w:p w14:paraId="786F61BD" w14:textId="77777777" w:rsidR="001D42FE" w:rsidRPr="00FA1EC8" w:rsidRDefault="001D42FE" w:rsidP="005E53B6">
            <w:pPr>
              <w:pStyle w:val="NormalWeb"/>
              <w:spacing w:before="0" w:beforeAutospacing="0" w:after="0" w:afterAutospacing="0"/>
              <w:jc w:val="both"/>
              <w:rPr>
                <w:color w:val="000000" w:themeColor="text1"/>
                <w:sz w:val="22"/>
                <w:szCs w:val="22"/>
              </w:rPr>
            </w:pPr>
            <w:r w:rsidRPr="00FA1EC8">
              <w:rPr>
                <w:b/>
                <w:bCs/>
                <w:color w:val="000000" w:themeColor="text1"/>
                <w:sz w:val="22"/>
                <w:szCs w:val="22"/>
              </w:rPr>
              <w:t xml:space="preserve">Taşıyıcı Sistemler ve Teknik Belgeleme: </w:t>
            </w:r>
            <w:r w:rsidRPr="00FA1EC8">
              <w:rPr>
                <w:color w:val="3A3A3A"/>
                <w:sz w:val="22"/>
                <w:szCs w:val="22"/>
              </w:rPr>
              <w:t>Bina tasarımında uygun malzeme, sistem ve bileşenleri teknik çizim ve modellerle ifade edebilme; strüktürlerin temel davranışlarını ve çağdaş taşıyıcı sistemlerin uygulamalarını anlama.</w:t>
            </w:r>
          </w:p>
        </w:tc>
      </w:tr>
      <w:tr w:rsidR="001D42FE" w:rsidRPr="00FA1EC8" w14:paraId="7952D904" w14:textId="77777777" w:rsidTr="005E53B6">
        <w:trPr>
          <w:trHeight w:val="454"/>
        </w:trPr>
        <w:tc>
          <w:tcPr>
            <w:tcW w:w="1129" w:type="dxa"/>
            <w:vAlign w:val="center"/>
          </w:tcPr>
          <w:p w14:paraId="45A634DC" w14:textId="77777777" w:rsidR="001D42FE" w:rsidRPr="00FA1EC8" w:rsidRDefault="001D42FE" w:rsidP="005E53B6">
            <w:pPr>
              <w:jc w:val="center"/>
              <w:rPr>
                <w:rFonts w:ascii="Times New Roman" w:hAnsi="Times New Roman" w:cs="Times New Roman"/>
                <w:b/>
                <w:bCs/>
                <w:sz w:val="22"/>
                <w:lang w:val="tr-TR"/>
              </w:rPr>
            </w:pPr>
            <w:r w:rsidRPr="00FA1EC8">
              <w:rPr>
                <w:rFonts w:ascii="Times New Roman" w:hAnsi="Times New Roman" w:cs="Times New Roman"/>
                <w:b/>
                <w:bCs/>
                <w:sz w:val="22"/>
                <w:lang w:val="tr-TR"/>
              </w:rPr>
              <w:t>PÇ7</w:t>
            </w:r>
          </w:p>
        </w:tc>
        <w:tc>
          <w:tcPr>
            <w:tcW w:w="7938" w:type="dxa"/>
            <w:vAlign w:val="center"/>
          </w:tcPr>
          <w:p w14:paraId="1446C07B" w14:textId="77777777" w:rsidR="001D42FE" w:rsidRPr="00FA1EC8" w:rsidRDefault="001D42FE" w:rsidP="005E53B6">
            <w:pPr>
              <w:pStyle w:val="NormalWeb"/>
              <w:spacing w:before="0" w:beforeAutospacing="0" w:after="0" w:afterAutospacing="0"/>
              <w:jc w:val="both"/>
              <w:rPr>
                <w:color w:val="000000" w:themeColor="text1"/>
                <w:sz w:val="22"/>
                <w:szCs w:val="22"/>
              </w:rPr>
            </w:pPr>
            <w:r w:rsidRPr="00FA1EC8">
              <w:rPr>
                <w:b/>
                <w:bCs/>
                <w:color w:val="000000" w:themeColor="text1"/>
                <w:sz w:val="22"/>
                <w:szCs w:val="22"/>
              </w:rPr>
              <w:t>Çevresel Sistemler, Bina Kabuğu ve Sürdürülebilirlik:</w:t>
            </w:r>
            <w:r w:rsidRPr="00FA1EC8">
              <w:rPr>
                <w:color w:val="000000" w:themeColor="text1"/>
                <w:sz w:val="22"/>
                <w:szCs w:val="22"/>
              </w:rPr>
              <w:t xml:space="preserve"> </w:t>
            </w:r>
            <w:r w:rsidRPr="00FA1EC8">
              <w:rPr>
                <w:color w:val="3A3A3A"/>
                <w:sz w:val="22"/>
                <w:szCs w:val="22"/>
              </w:rPr>
              <w:t>Çevresel sistemlerde ısıtma-soğutma, havalandırma, aydınlatma ve akustik ilkelerini bina kabuğu sistemlerinde ise uygun seçim ve uygulamaları sürdürülebilirlik bağlamında anlama.</w:t>
            </w:r>
          </w:p>
        </w:tc>
      </w:tr>
      <w:tr w:rsidR="001D42FE" w:rsidRPr="00FA1EC8" w14:paraId="36E875BD" w14:textId="77777777" w:rsidTr="005E53B6">
        <w:trPr>
          <w:trHeight w:val="454"/>
        </w:trPr>
        <w:tc>
          <w:tcPr>
            <w:tcW w:w="1129" w:type="dxa"/>
            <w:vAlign w:val="center"/>
          </w:tcPr>
          <w:p w14:paraId="7A5C6057" w14:textId="77777777" w:rsidR="001D42FE" w:rsidRPr="00FA1EC8" w:rsidRDefault="001D42FE" w:rsidP="005E53B6">
            <w:pPr>
              <w:jc w:val="center"/>
              <w:rPr>
                <w:rFonts w:ascii="Times New Roman" w:hAnsi="Times New Roman" w:cs="Times New Roman"/>
                <w:b/>
                <w:bCs/>
                <w:sz w:val="22"/>
                <w:lang w:val="tr-TR"/>
              </w:rPr>
            </w:pPr>
            <w:r w:rsidRPr="00FA1EC8">
              <w:rPr>
                <w:rFonts w:ascii="Times New Roman" w:hAnsi="Times New Roman" w:cs="Times New Roman"/>
                <w:b/>
                <w:bCs/>
                <w:sz w:val="22"/>
                <w:lang w:val="tr-TR"/>
              </w:rPr>
              <w:t>PÇ11</w:t>
            </w:r>
          </w:p>
        </w:tc>
        <w:tc>
          <w:tcPr>
            <w:tcW w:w="7938" w:type="dxa"/>
            <w:vAlign w:val="center"/>
          </w:tcPr>
          <w:p w14:paraId="44E8ED68" w14:textId="77777777" w:rsidR="001D42FE" w:rsidRPr="00FA1EC8" w:rsidRDefault="001D42FE" w:rsidP="005E53B6">
            <w:pPr>
              <w:pStyle w:val="NormalWeb"/>
              <w:spacing w:before="0" w:beforeAutospacing="0" w:after="0" w:afterAutospacing="0"/>
              <w:jc w:val="both"/>
              <w:rPr>
                <w:color w:val="000000" w:themeColor="text1"/>
                <w:sz w:val="22"/>
                <w:szCs w:val="22"/>
              </w:rPr>
            </w:pPr>
            <w:r w:rsidRPr="00FA1EC8">
              <w:rPr>
                <w:b/>
                <w:bCs/>
                <w:color w:val="000000" w:themeColor="text1"/>
                <w:sz w:val="22"/>
                <w:szCs w:val="22"/>
              </w:rPr>
              <w:t>Karma Tasarım:</w:t>
            </w:r>
            <w:r w:rsidRPr="00FA1EC8">
              <w:rPr>
                <w:color w:val="000000" w:themeColor="text1"/>
                <w:sz w:val="22"/>
                <w:szCs w:val="22"/>
              </w:rPr>
              <w:t xml:space="preserve"> </w:t>
            </w:r>
            <w:r w:rsidRPr="00FA1EC8">
              <w:rPr>
                <w:color w:val="3A3A3A"/>
                <w:sz w:val="22"/>
                <w:szCs w:val="22"/>
              </w:rPr>
              <w:t>Çevrenin bilinçli kullanımını, teknik belgelemeyi, erişilebilirliği, arazi koşullarını, güvenliği, çevresel sistemleri, taşıyıcı sistemleri ve bina kabuğu sistemlerini dikkate alan tek bir projenin tasarım kararlarını verme becerisini gösteren bir mimari çözümü üretebilme.</w:t>
            </w:r>
          </w:p>
        </w:tc>
      </w:tr>
      <w:tr w:rsidR="001D42FE" w:rsidRPr="00FA1EC8" w14:paraId="63622B9B" w14:textId="77777777" w:rsidTr="005E53B6">
        <w:trPr>
          <w:trHeight w:val="454"/>
        </w:trPr>
        <w:tc>
          <w:tcPr>
            <w:tcW w:w="1129" w:type="dxa"/>
            <w:vAlign w:val="center"/>
          </w:tcPr>
          <w:p w14:paraId="0EF9AE07" w14:textId="77777777" w:rsidR="001D42FE" w:rsidRPr="00FA1EC8" w:rsidRDefault="001D42FE" w:rsidP="005E53B6">
            <w:pPr>
              <w:jc w:val="center"/>
              <w:rPr>
                <w:rFonts w:ascii="Times New Roman" w:hAnsi="Times New Roman" w:cs="Times New Roman"/>
                <w:b/>
                <w:bCs/>
                <w:sz w:val="22"/>
                <w:lang w:val="tr-TR"/>
              </w:rPr>
            </w:pPr>
            <w:r w:rsidRPr="00FA1EC8">
              <w:rPr>
                <w:rFonts w:ascii="Times New Roman" w:hAnsi="Times New Roman" w:cs="Times New Roman"/>
                <w:b/>
                <w:bCs/>
                <w:sz w:val="22"/>
                <w:lang w:val="tr-TR"/>
              </w:rPr>
              <w:t>PÇ12</w:t>
            </w:r>
          </w:p>
        </w:tc>
        <w:tc>
          <w:tcPr>
            <w:tcW w:w="7938" w:type="dxa"/>
            <w:vAlign w:val="center"/>
          </w:tcPr>
          <w:p w14:paraId="1B95F845" w14:textId="77777777" w:rsidR="001D42FE" w:rsidRPr="00FA1EC8" w:rsidRDefault="001D42FE" w:rsidP="005E53B6">
            <w:pPr>
              <w:pStyle w:val="NormalWeb"/>
              <w:spacing w:before="0" w:beforeAutospacing="0" w:after="0" w:afterAutospacing="0"/>
              <w:jc w:val="both"/>
              <w:rPr>
                <w:color w:val="000000" w:themeColor="text1"/>
                <w:sz w:val="22"/>
                <w:szCs w:val="22"/>
              </w:rPr>
            </w:pPr>
            <w:r w:rsidRPr="00FA1EC8">
              <w:rPr>
                <w:b/>
                <w:bCs/>
                <w:color w:val="000000" w:themeColor="text1"/>
                <w:sz w:val="22"/>
                <w:szCs w:val="22"/>
              </w:rPr>
              <w:t>Sunum ve Anlatım Becerileri:</w:t>
            </w:r>
            <w:r w:rsidRPr="00FA1EC8">
              <w:rPr>
                <w:color w:val="000000" w:themeColor="text1"/>
                <w:sz w:val="22"/>
                <w:szCs w:val="22"/>
              </w:rPr>
              <w:t xml:space="preserve"> </w:t>
            </w:r>
            <w:r w:rsidRPr="00FA1EC8">
              <w:rPr>
                <w:color w:val="3A3A3A"/>
                <w:sz w:val="22"/>
                <w:szCs w:val="22"/>
              </w:rPr>
              <w:t>Uygun sunumlar yapmak için iki ve üç boyutlu el çizimleri, maket ve bilgisayar teknolojilerinin de kullanıldığı çeşitli tekniklerle programlama ve tasarım sürecinin her aşamasını biçimsel olarak ifade edebilme becerisi.</w:t>
            </w:r>
          </w:p>
        </w:tc>
      </w:tr>
    </w:tbl>
    <w:p w14:paraId="766440BC" w14:textId="77777777" w:rsidR="003A2060" w:rsidRPr="00804B9B" w:rsidRDefault="003A2060" w:rsidP="00804B9B">
      <w:pPr>
        <w:spacing w:after="120"/>
        <w:rPr>
          <w:rFonts w:ascii="Times New Roman" w:hAnsi="Times New Roman" w:cs="Times New Roman"/>
          <w:bCs/>
          <w:sz w:val="22"/>
        </w:rPr>
      </w:pPr>
    </w:p>
    <w:p w14:paraId="7925BFF6" w14:textId="04A07235" w:rsidR="00193C48" w:rsidRPr="00215A04" w:rsidRDefault="00000000" w:rsidP="00804B9B">
      <w:pPr>
        <w:spacing w:after="120"/>
        <w:rPr>
          <w:rFonts w:ascii="Times New Roman" w:hAnsi="Times New Roman" w:cs="Times New Roman"/>
          <w:b/>
          <w:bCs/>
          <w:sz w:val="22"/>
        </w:rPr>
      </w:pPr>
      <w:r w:rsidRPr="00215A04">
        <w:rPr>
          <w:rFonts w:ascii="Times New Roman" w:hAnsi="Times New Roman" w:cs="Times New Roman"/>
          <w:b/>
          <w:bCs/>
          <w:sz w:val="22"/>
        </w:rPr>
        <w:t>Katkıda Bulunacaklar</w:t>
      </w:r>
    </w:p>
    <w:p w14:paraId="08B07107" w14:textId="77777777" w:rsidR="00A076D4" w:rsidRPr="00804B9B" w:rsidRDefault="00A076D4" w:rsidP="00804B9B">
      <w:pPr>
        <w:spacing w:after="120"/>
        <w:rPr>
          <w:rFonts w:ascii="Times New Roman" w:hAnsi="Times New Roman" w:cs="Times New Roman"/>
          <w:sz w:val="22"/>
        </w:rPr>
      </w:pPr>
      <w:r w:rsidRPr="00215A04">
        <w:rPr>
          <w:rFonts w:ascii="Times New Roman" w:hAnsi="Times New Roman" w:cs="Times New Roman"/>
          <w:sz w:val="22"/>
        </w:rPr>
        <w:t>Dr. Öğr. Üyesi Meltem E. ÖZİL</w:t>
      </w:r>
      <w:r w:rsidRPr="00804B9B">
        <w:rPr>
          <w:rFonts w:ascii="Times New Roman" w:hAnsi="Times New Roman" w:cs="Times New Roman"/>
          <w:sz w:val="22"/>
        </w:rPr>
        <w:t xml:space="preserve"> </w:t>
      </w:r>
    </w:p>
    <w:sectPr w:rsidR="00A076D4" w:rsidRPr="00804B9B" w:rsidSect="00804B9B">
      <w:headerReference w:type="even" r:id="rId9"/>
      <w:headerReference w:type="default" r:id="rId10"/>
      <w:footerReference w:type="even" r:id="rId11"/>
      <w:footerReference w:type="default" r:id="rId12"/>
      <w:headerReference w:type="first" r:id="rId13"/>
      <w:footerReference w:type="first" r:id="rId14"/>
      <w:pgSz w:w="11906" w:h="16838"/>
      <w:pgMar w:top="1417" w:right="1417" w:bottom="1417" w:left="1417"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3E0CE796" w14:textId="77777777" w:rsidR="005704B6" w:rsidRPr="00061224" w:rsidRDefault="005704B6">
      <w:r w:rsidRPr="00061224">
        <w:separator/>
      </w:r>
    </w:p>
  </w:endnote>
  <w:endnote w:type="continuationSeparator" w:id="0">
    <w:p w14:paraId="4F1BBA24" w14:textId="77777777" w:rsidR="005704B6" w:rsidRPr="00061224" w:rsidRDefault="005704B6">
      <w:r w:rsidRPr="00061224">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A2"/>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mbria">
    <w:panose1 w:val="02040503050406030204"/>
    <w:charset w:val="A2"/>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Liberation Sans Narrow">
    <w:altName w:val="Arial"/>
    <w:panose1 w:val="020B0604020202020204"/>
    <w:charset w:val="00"/>
    <w:family w:val="roman"/>
    <w:notTrueType/>
    <w:pitch w:val="default"/>
  </w:font>
  <w:font w:name="Calibri">
    <w:panose1 w:val="020F0502020204030204"/>
    <w:charset w:val="A2"/>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3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35725F6" w14:textId="77777777" w:rsidR="00D02584" w:rsidRDefault="00D02584">
    <w:pPr>
      <w:pStyle w:val="AltBilgi"/>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0A036BF" w14:textId="57467BCA" w:rsidR="00193C48" w:rsidRPr="00061224" w:rsidRDefault="00000000">
    <w:pPr>
      <w:pStyle w:val="AltBilgi"/>
    </w:pPr>
    <w:r w:rsidRPr="003C430D">
      <w:rPr>
        <w:rFonts w:asciiTheme="majorHAnsi" w:hAnsiTheme="majorHAnsi" w:cstheme="majorHAnsi"/>
        <w:sz w:val="20"/>
        <w:szCs w:val="20"/>
      </w:rPr>
      <w:t>M</w:t>
    </w:r>
    <w:r w:rsidR="00E20C49" w:rsidRPr="003C430D">
      <w:rPr>
        <w:rFonts w:asciiTheme="majorHAnsi" w:hAnsiTheme="majorHAnsi" w:cstheme="majorHAnsi"/>
        <w:sz w:val="20"/>
        <w:szCs w:val="20"/>
      </w:rPr>
      <w:t>B</w:t>
    </w:r>
    <w:r w:rsidRPr="003C430D">
      <w:rPr>
        <w:rFonts w:asciiTheme="majorHAnsi" w:hAnsiTheme="majorHAnsi" w:cstheme="majorHAnsi"/>
        <w:sz w:val="20"/>
        <w:szCs w:val="20"/>
      </w:rPr>
      <w:t xml:space="preserve"> </w:t>
    </w:r>
    <w:r w:rsidR="00E20C49" w:rsidRPr="003C430D">
      <w:rPr>
        <w:rFonts w:asciiTheme="majorHAnsi" w:hAnsiTheme="majorHAnsi" w:cstheme="majorHAnsi"/>
        <w:sz w:val="20"/>
        <w:szCs w:val="20"/>
      </w:rPr>
      <w:t>1</w:t>
    </w:r>
    <w:r w:rsidR="00C9110A" w:rsidRPr="003C430D">
      <w:rPr>
        <w:rFonts w:asciiTheme="majorHAnsi" w:hAnsiTheme="majorHAnsi" w:cstheme="majorHAnsi"/>
        <w:sz w:val="20"/>
        <w:szCs w:val="20"/>
      </w:rPr>
      <w:t>0</w:t>
    </w:r>
    <w:r w:rsidR="00886818" w:rsidRPr="003C430D">
      <w:rPr>
        <w:rFonts w:asciiTheme="majorHAnsi" w:hAnsiTheme="majorHAnsi" w:cstheme="majorHAnsi"/>
        <w:sz w:val="20"/>
        <w:szCs w:val="20"/>
      </w:rPr>
      <w:t>2</w:t>
    </w:r>
    <w:r w:rsidRPr="003C430D">
      <w:rPr>
        <w:rFonts w:asciiTheme="majorHAnsi" w:hAnsiTheme="majorHAnsi" w:cstheme="majorHAnsi"/>
        <w:sz w:val="20"/>
        <w:szCs w:val="20"/>
      </w:rPr>
      <w:t xml:space="preserve"> </w:t>
    </w:r>
    <w:r w:rsidR="00D02584" w:rsidRPr="003C430D">
      <w:rPr>
        <w:rFonts w:asciiTheme="majorHAnsi" w:hAnsiTheme="majorHAnsi" w:cstheme="majorHAnsi"/>
        <w:sz w:val="20"/>
        <w:szCs w:val="20"/>
      </w:rPr>
      <w:t xml:space="preserve">- </w:t>
    </w:r>
    <w:r w:rsidRPr="003C430D">
      <w:rPr>
        <w:rFonts w:asciiTheme="majorHAnsi" w:hAnsiTheme="majorHAnsi" w:cstheme="majorHAnsi"/>
        <w:sz w:val="20"/>
        <w:szCs w:val="20"/>
      </w:rPr>
      <w:t xml:space="preserve">Mimari Proje </w:t>
    </w:r>
    <w:r w:rsidR="00C9110A" w:rsidRPr="003C430D">
      <w:rPr>
        <w:rFonts w:asciiTheme="majorHAnsi" w:hAnsiTheme="majorHAnsi" w:cstheme="majorHAnsi"/>
        <w:sz w:val="20"/>
        <w:szCs w:val="20"/>
      </w:rPr>
      <w:t>I</w:t>
    </w:r>
    <w:r w:rsidR="00886818" w:rsidRPr="003C430D">
      <w:rPr>
        <w:rFonts w:asciiTheme="majorHAnsi" w:hAnsiTheme="majorHAnsi" w:cstheme="majorHAnsi"/>
        <w:sz w:val="20"/>
        <w:szCs w:val="20"/>
      </w:rPr>
      <w:t>I</w:t>
    </w:r>
    <w:r w:rsidRPr="00061224">
      <w:tab/>
    </w:r>
    <w:r w:rsidRPr="00061224">
      <w:fldChar w:fldCharType="begin"/>
    </w:r>
    <w:r w:rsidRPr="00061224">
      <w:instrText>PAGE</w:instrText>
    </w:r>
    <w:r w:rsidRPr="00061224">
      <w:fldChar w:fldCharType="separate"/>
    </w:r>
    <w:r w:rsidR="00547774" w:rsidRPr="00061224">
      <w:t>1</w:t>
    </w:r>
    <w:r w:rsidRPr="00061224">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3F87190A" w14:textId="77777777" w:rsidR="00D02584" w:rsidRDefault="00D02584">
    <w:pPr>
      <w:pStyle w:val="AltBilgi"/>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6617757C" w14:textId="77777777" w:rsidR="005704B6" w:rsidRPr="00061224" w:rsidRDefault="005704B6">
      <w:r w:rsidRPr="00061224">
        <w:separator/>
      </w:r>
    </w:p>
  </w:footnote>
  <w:footnote w:type="continuationSeparator" w:id="0">
    <w:p w14:paraId="69685335" w14:textId="77777777" w:rsidR="005704B6" w:rsidRPr="00061224" w:rsidRDefault="005704B6">
      <w:r w:rsidRPr="00061224">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7985653E" w14:textId="77777777" w:rsidR="00D02584" w:rsidRDefault="00D02584">
    <w:pPr>
      <w:pStyle w:val="stBilgi"/>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7DFBA93C" w14:textId="77777777" w:rsidR="00D02584" w:rsidRDefault="00D02584">
    <w:pPr>
      <w:pStyle w:val="stBilgi"/>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66C1BEDB" w14:textId="77777777" w:rsidR="00D02584" w:rsidRDefault="00D02584">
    <w:pPr>
      <w:pStyle w:val="stBilgi"/>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eNumaras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eNumaras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eMaddemi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eMaddemi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eNumaras"/>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eMaddemi"/>
      <w:lvlText w:val=""/>
      <w:lvlJc w:val="left"/>
      <w:pPr>
        <w:tabs>
          <w:tab w:val="num" w:pos="360"/>
        </w:tabs>
        <w:ind w:left="360" w:hanging="360"/>
      </w:pPr>
      <w:rPr>
        <w:rFonts w:ascii="Symbol" w:hAnsi="Symbol" w:hint="default"/>
      </w:rPr>
    </w:lvl>
  </w:abstractNum>
  <w:abstractNum w:abstractNumId="9" w15:restartNumberingAfterBreak="0">
    <w:nsid w:val="0E3D5C7F"/>
    <w:multiLevelType w:val="hybridMultilevel"/>
    <w:tmpl w:val="7B68CA92"/>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0" w15:restartNumberingAfterBreak="0">
    <w:nsid w:val="1E694EBB"/>
    <w:multiLevelType w:val="hybridMultilevel"/>
    <w:tmpl w:val="5E5A22F6"/>
    <w:lvl w:ilvl="0" w:tplc="CB80632C">
      <w:start w:val="1"/>
      <w:numFmt w:val="bullet"/>
      <w:lvlText w:val=""/>
      <w:lvlJc w:val="left"/>
      <w:pPr>
        <w:ind w:left="1503" w:hanging="360"/>
      </w:pPr>
      <w:rPr>
        <w:rFonts w:ascii="Symbol" w:hAnsi="Symbol" w:hint="default"/>
        <w:color w:val="auto"/>
      </w:rPr>
    </w:lvl>
    <w:lvl w:ilvl="1" w:tplc="041F0003" w:tentative="1">
      <w:start w:val="1"/>
      <w:numFmt w:val="bullet"/>
      <w:lvlText w:val="o"/>
      <w:lvlJc w:val="left"/>
      <w:pPr>
        <w:ind w:left="1866" w:hanging="360"/>
      </w:pPr>
      <w:rPr>
        <w:rFonts w:ascii="Courier New" w:hAnsi="Courier New" w:hint="default"/>
      </w:rPr>
    </w:lvl>
    <w:lvl w:ilvl="2" w:tplc="041F0005" w:tentative="1">
      <w:start w:val="1"/>
      <w:numFmt w:val="bullet"/>
      <w:lvlText w:val=""/>
      <w:lvlJc w:val="left"/>
      <w:pPr>
        <w:ind w:left="2586" w:hanging="360"/>
      </w:pPr>
      <w:rPr>
        <w:rFonts w:ascii="Wingdings" w:hAnsi="Wingdings" w:hint="default"/>
      </w:rPr>
    </w:lvl>
    <w:lvl w:ilvl="3" w:tplc="041F0001" w:tentative="1">
      <w:start w:val="1"/>
      <w:numFmt w:val="bullet"/>
      <w:lvlText w:val=""/>
      <w:lvlJc w:val="left"/>
      <w:pPr>
        <w:ind w:left="3306" w:hanging="360"/>
      </w:pPr>
      <w:rPr>
        <w:rFonts w:ascii="Symbol" w:hAnsi="Symbol" w:hint="default"/>
      </w:rPr>
    </w:lvl>
    <w:lvl w:ilvl="4" w:tplc="041F0003" w:tentative="1">
      <w:start w:val="1"/>
      <w:numFmt w:val="bullet"/>
      <w:lvlText w:val="o"/>
      <w:lvlJc w:val="left"/>
      <w:pPr>
        <w:ind w:left="4026" w:hanging="360"/>
      </w:pPr>
      <w:rPr>
        <w:rFonts w:ascii="Courier New" w:hAnsi="Courier New" w:hint="default"/>
      </w:rPr>
    </w:lvl>
    <w:lvl w:ilvl="5" w:tplc="041F0005" w:tentative="1">
      <w:start w:val="1"/>
      <w:numFmt w:val="bullet"/>
      <w:lvlText w:val=""/>
      <w:lvlJc w:val="left"/>
      <w:pPr>
        <w:ind w:left="4746" w:hanging="360"/>
      </w:pPr>
      <w:rPr>
        <w:rFonts w:ascii="Wingdings" w:hAnsi="Wingdings" w:hint="default"/>
      </w:rPr>
    </w:lvl>
    <w:lvl w:ilvl="6" w:tplc="041F0001" w:tentative="1">
      <w:start w:val="1"/>
      <w:numFmt w:val="bullet"/>
      <w:lvlText w:val=""/>
      <w:lvlJc w:val="left"/>
      <w:pPr>
        <w:ind w:left="5466" w:hanging="360"/>
      </w:pPr>
      <w:rPr>
        <w:rFonts w:ascii="Symbol" w:hAnsi="Symbol" w:hint="default"/>
      </w:rPr>
    </w:lvl>
    <w:lvl w:ilvl="7" w:tplc="041F0003" w:tentative="1">
      <w:start w:val="1"/>
      <w:numFmt w:val="bullet"/>
      <w:lvlText w:val="o"/>
      <w:lvlJc w:val="left"/>
      <w:pPr>
        <w:ind w:left="6186" w:hanging="360"/>
      </w:pPr>
      <w:rPr>
        <w:rFonts w:ascii="Courier New" w:hAnsi="Courier New" w:hint="default"/>
      </w:rPr>
    </w:lvl>
    <w:lvl w:ilvl="8" w:tplc="041F0005" w:tentative="1">
      <w:start w:val="1"/>
      <w:numFmt w:val="bullet"/>
      <w:lvlText w:val=""/>
      <w:lvlJc w:val="left"/>
      <w:pPr>
        <w:ind w:left="6906" w:hanging="360"/>
      </w:pPr>
      <w:rPr>
        <w:rFonts w:ascii="Wingdings" w:hAnsi="Wingdings" w:hint="default"/>
      </w:rPr>
    </w:lvl>
  </w:abstractNum>
  <w:abstractNum w:abstractNumId="11" w15:restartNumberingAfterBreak="0">
    <w:nsid w:val="4A05600A"/>
    <w:multiLevelType w:val="hybridMultilevel"/>
    <w:tmpl w:val="6570FF56"/>
    <w:lvl w:ilvl="0" w:tplc="CB80632C">
      <w:start w:val="1"/>
      <w:numFmt w:val="bullet"/>
      <w:lvlText w:val=""/>
      <w:lvlJc w:val="left"/>
      <w:pPr>
        <w:ind w:left="1077" w:hanging="360"/>
      </w:pPr>
      <w:rPr>
        <w:rFonts w:ascii="Symbol" w:hAnsi="Symbol" w:hint="default"/>
        <w:color w:val="auto"/>
      </w:rPr>
    </w:lvl>
    <w:lvl w:ilvl="1" w:tplc="FFFFFFFF" w:tentative="1">
      <w:start w:val="1"/>
      <w:numFmt w:val="bullet"/>
      <w:lvlText w:val="o"/>
      <w:lvlJc w:val="left"/>
      <w:pPr>
        <w:ind w:left="1797" w:hanging="360"/>
      </w:pPr>
      <w:rPr>
        <w:rFonts w:ascii="Courier New" w:hAnsi="Courier New" w:hint="default"/>
      </w:rPr>
    </w:lvl>
    <w:lvl w:ilvl="2" w:tplc="FFFFFFFF" w:tentative="1">
      <w:start w:val="1"/>
      <w:numFmt w:val="bullet"/>
      <w:lvlText w:val=""/>
      <w:lvlJc w:val="left"/>
      <w:pPr>
        <w:ind w:left="2517" w:hanging="360"/>
      </w:pPr>
      <w:rPr>
        <w:rFonts w:ascii="Wingdings" w:hAnsi="Wingdings" w:hint="default"/>
      </w:rPr>
    </w:lvl>
    <w:lvl w:ilvl="3" w:tplc="FFFFFFFF" w:tentative="1">
      <w:start w:val="1"/>
      <w:numFmt w:val="bullet"/>
      <w:lvlText w:val=""/>
      <w:lvlJc w:val="left"/>
      <w:pPr>
        <w:ind w:left="3237" w:hanging="360"/>
      </w:pPr>
      <w:rPr>
        <w:rFonts w:ascii="Symbol" w:hAnsi="Symbol" w:hint="default"/>
      </w:rPr>
    </w:lvl>
    <w:lvl w:ilvl="4" w:tplc="FFFFFFFF" w:tentative="1">
      <w:start w:val="1"/>
      <w:numFmt w:val="bullet"/>
      <w:lvlText w:val="o"/>
      <w:lvlJc w:val="left"/>
      <w:pPr>
        <w:ind w:left="3957" w:hanging="360"/>
      </w:pPr>
      <w:rPr>
        <w:rFonts w:ascii="Courier New" w:hAnsi="Courier New" w:hint="default"/>
      </w:rPr>
    </w:lvl>
    <w:lvl w:ilvl="5" w:tplc="FFFFFFFF" w:tentative="1">
      <w:start w:val="1"/>
      <w:numFmt w:val="bullet"/>
      <w:lvlText w:val=""/>
      <w:lvlJc w:val="left"/>
      <w:pPr>
        <w:ind w:left="4677" w:hanging="360"/>
      </w:pPr>
      <w:rPr>
        <w:rFonts w:ascii="Wingdings" w:hAnsi="Wingdings" w:hint="default"/>
      </w:rPr>
    </w:lvl>
    <w:lvl w:ilvl="6" w:tplc="FFFFFFFF" w:tentative="1">
      <w:start w:val="1"/>
      <w:numFmt w:val="bullet"/>
      <w:lvlText w:val=""/>
      <w:lvlJc w:val="left"/>
      <w:pPr>
        <w:ind w:left="5397" w:hanging="360"/>
      </w:pPr>
      <w:rPr>
        <w:rFonts w:ascii="Symbol" w:hAnsi="Symbol" w:hint="default"/>
      </w:rPr>
    </w:lvl>
    <w:lvl w:ilvl="7" w:tplc="FFFFFFFF" w:tentative="1">
      <w:start w:val="1"/>
      <w:numFmt w:val="bullet"/>
      <w:lvlText w:val="o"/>
      <w:lvlJc w:val="left"/>
      <w:pPr>
        <w:ind w:left="6117" w:hanging="360"/>
      </w:pPr>
      <w:rPr>
        <w:rFonts w:ascii="Courier New" w:hAnsi="Courier New" w:hint="default"/>
      </w:rPr>
    </w:lvl>
    <w:lvl w:ilvl="8" w:tplc="FFFFFFFF" w:tentative="1">
      <w:start w:val="1"/>
      <w:numFmt w:val="bullet"/>
      <w:lvlText w:val=""/>
      <w:lvlJc w:val="left"/>
      <w:pPr>
        <w:ind w:left="6837" w:hanging="360"/>
      </w:pPr>
      <w:rPr>
        <w:rFonts w:ascii="Wingdings" w:hAnsi="Wingdings" w:hint="default"/>
      </w:rPr>
    </w:lvl>
  </w:abstractNum>
  <w:num w:numId="1" w16cid:durableId="182478377">
    <w:abstractNumId w:val="8"/>
  </w:num>
  <w:num w:numId="2" w16cid:durableId="851148716">
    <w:abstractNumId w:val="6"/>
  </w:num>
  <w:num w:numId="3" w16cid:durableId="1208956332">
    <w:abstractNumId w:val="5"/>
  </w:num>
  <w:num w:numId="4" w16cid:durableId="266696021">
    <w:abstractNumId w:val="4"/>
  </w:num>
  <w:num w:numId="5" w16cid:durableId="1405835110">
    <w:abstractNumId w:val="7"/>
  </w:num>
  <w:num w:numId="6" w16cid:durableId="463810591">
    <w:abstractNumId w:val="3"/>
  </w:num>
  <w:num w:numId="7" w16cid:durableId="1237856427">
    <w:abstractNumId w:val="2"/>
  </w:num>
  <w:num w:numId="8" w16cid:durableId="238096574">
    <w:abstractNumId w:val="1"/>
  </w:num>
  <w:num w:numId="9" w16cid:durableId="727607763">
    <w:abstractNumId w:val="0"/>
  </w:num>
  <w:num w:numId="10" w16cid:durableId="278487259">
    <w:abstractNumId w:val="9"/>
  </w:num>
  <w:num w:numId="11" w16cid:durableId="750586684">
    <w:abstractNumId w:val="11"/>
  </w:num>
  <w:num w:numId="12" w16cid:durableId="391120009">
    <w:abstractNumId w:val="1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52"/>
  <w:proofState w:spelling="clean"/>
  <w:defaultTabStop w:val="720"/>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24847"/>
    <w:rsid w:val="000277BC"/>
    <w:rsid w:val="00031137"/>
    <w:rsid w:val="00034616"/>
    <w:rsid w:val="00045368"/>
    <w:rsid w:val="0006063C"/>
    <w:rsid w:val="00061224"/>
    <w:rsid w:val="00085177"/>
    <w:rsid w:val="00091224"/>
    <w:rsid w:val="000A2B9B"/>
    <w:rsid w:val="000B2A25"/>
    <w:rsid w:val="000E1DDB"/>
    <w:rsid w:val="00145C3A"/>
    <w:rsid w:val="0015074B"/>
    <w:rsid w:val="00167DA5"/>
    <w:rsid w:val="00193C48"/>
    <w:rsid w:val="001A20AF"/>
    <w:rsid w:val="001D42FE"/>
    <w:rsid w:val="00210D66"/>
    <w:rsid w:val="00215A04"/>
    <w:rsid w:val="00240B4C"/>
    <w:rsid w:val="00252E8C"/>
    <w:rsid w:val="00266FC2"/>
    <w:rsid w:val="00292234"/>
    <w:rsid w:val="0029639D"/>
    <w:rsid w:val="002B14B8"/>
    <w:rsid w:val="002B7028"/>
    <w:rsid w:val="002F7543"/>
    <w:rsid w:val="00326F90"/>
    <w:rsid w:val="00330C7D"/>
    <w:rsid w:val="003649B8"/>
    <w:rsid w:val="00374A66"/>
    <w:rsid w:val="00384828"/>
    <w:rsid w:val="0038662A"/>
    <w:rsid w:val="00392001"/>
    <w:rsid w:val="00397208"/>
    <w:rsid w:val="003A2060"/>
    <w:rsid w:val="003C13B6"/>
    <w:rsid w:val="003C430D"/>
    <w:rsid w:val="003E56B3"/>
    <w:rsid w:val="003E7021"/>
    <w:rsid w:val="003F0087"/>
    <w:rsid w:val="003F3BEB"/>
    <w:rsid w:val="004337EB"/>
    <w:rsid w:val="004A7B1D"/>
    <w:rsid w:val="004C0AF2"/>
    <w:rsid w:val="004F4EAF"/>
    <w:rsid w:val="004F7D8A"/>
    <w:rsid w:val="00513FEB"/>
    <w:rsid w:val="005441AE"/>
    <w:rsid w:val="00547774"/>
    <w:rsid w:val="00552D01"/>
    <w:rsid w:val="00557151"/>
    <w:rsid w:val="005704B6"/>
    <w:rsid w:val="0057564F"/>
    <w:rsid w:val="005A204A"/>
    <w:rsid w:val="005C7767"/>
    <w:rsid w:val="005E53B6"/>
    <w:rsid w:val="00626438"/>
    <w:rsid w:val="00635529"/>
    <w:rsid w:val="006C34A8"/>
    <w:rsid w:val="006C4F4C"/>
    <w:rsid w:val="006F3C73"/>
    <w:rsid w:val="0070387D"/>
    <w:rsid w:val="007173F3"/>
    <w:rsid w:val="00765535"/>
    <w:rsid w:val="00776D87"/>
    <w:rsid w:val="007B555E"/>
    <w:rsid w:val="007C2ADC"/>
    <w:rsid w:val="00804B9B"/>
    <w:rsid w:val="008341D0"/>
    <w:rsid w:val="0085071B"/>
    <w:rsid w:val="00886818"/>
    <w:rsid w:val="00894BAA"/>
    <w:rsid w:val="008A2BD7"/>
    <w:rsid w:val="008F3554"/>
    <w:rsid w:val="00914685"/>
    <w:rsid w:val="009461E2"/>
    <w:rsid w:val="00961735"/>
    <w:rsid w:val="009731C0"/>
    <w:rsid w:val="009D1219"/>
    <w:rsid w:val="00A076D4"/>
    <w:rsid w:val="00A77C69"/>
    <w:rsid w:val="00AA1D8D"/>
    <w:rsid w:val="00AA37DE"/>
    <w:rsid w:val="00AC3516"/>
    <w:rsid w:val="00AD4E83"/>
    <w:rsid w:val="00AE2341"/>
    <w:rsid w:val="00AF7F76"/>
    <w:rsid w:val="00B23495"/>
    <w:rsid w:val="00B4674E"/>
    <w:rsid w:val="00B47730"/>
    <w:rsid w:val="00B507CE"/>
    <w:rsid w:val="00BA68BF"/>
    <w:rsid w:val="00BA6F70"/>
    <w:rsid w:val="00BC7B41"/>
    <w:rsid w:val="00BE2430"/>
    <w:rsid w:val="00BF16CE"/>
    <w:rsid w:val="00C04AFF"/>
    <w:rsid w:val="00C709FB"/>
    <w:rsid w:val="00C73A55"/>
    <w:rsid w:val="00C9110A"/>
    <w:rsid w:val="00CA11CD"/>
    <w:rsid w:val="00CB0664"/>
    <w:rsid w:val="00CC423E"/>
    <w:rsid w:val="00CD0FDA"/>
    <w:rsid w:val="00CE0C29"/>
    <w:rsid w:val="00CF4B9B"/>
    <w:rsid w:val="00D02088"/>
    <w:rsid w:val="00D02584"/>
    <w:rsid w:val="00D17051"/>
    <w:rsid w:val="00D44833"/>
    <w:rsid w:val="00D46622"/>
    <w:rsid w:val="00D46B73"/>
    <w:rsid w:val="00DE0CA4"/>
    <w:rsid w:val="00E00CD9"/>
    <w:rsid w:val="00E15272"/>
    <w:rsid w:val="00E20C49"/>
    <w:rsid w:val="00E9486C"/>
    <w:rsid w:val="00EA4CD1"/>
    <w:rsid w:val="00ED4AB7"/>
    <w:rsid w:val="00F62569"/>
    <w:rsid w:val="00F70183"/>
    <w:rsid w:val="00F82E1D"/>
    <w:rsid w:val="00FA0A53"/>
    <w:rsid w:val="00FC693F"/>
    <w:rsid w:val="00FF209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12D8DEC4"/>
  <w14:defaultImageDpi w14:val="300"/>
  <w15:docId w15:val="{4E68CAD5-19C1-4F7B-92AA-E8DB46F6C4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0" w:line="240" w:lineRule="auto"/>
    </w:pPr>
    <w:rPr>
      <w:rFonts w:ascii="Liberation Sans Narrow" w:eastAsia="Liberation Sans Narrow" w:hAnsi="Liberation Sans Narrow"/>
      <w:noProof/>
      <w:sz w:val="18"/>
    </w:rPr>
  </w:style>
  <w:style w:type="paragraph" w:styleId="Balk1">
    <w:name w:val="heading 1"/>
    <w:basedOn w:val="Normal"/>
    <w:next w:val="Normal"/>
    <w:link w:val="Balk1Char"/>
    <w:uiPriority w:val="9"/>
    <w:qFormat/>
    <w:rsid w:val="00FC693F"/>
    <w:pPr>
      <w:keepNext/>
      <w:keepLines/>
      <w:spacing w:before="480"/>
      <w:outlineLvl w:val="0"/>
    </w:pPr>
    <w:rPr>
      <w:rFonts w:asciiTheme="majorHAnsi" w:eastAsiaTheme="majorEastAsia" w:hAnsiTheme="majorHAnsi" w:cstheme="majorBidi"/>
      <w:b/>
      <w:bCs/>
      <w:color w:val="365F91" w:themeColor="accent1" w:themeShade="BF"/>
      <w:sz w:val="24"/>
      <w:szCs w:val="28"/>
    </w:rPr>
  </w:style>
  <w:style w:type="paragraph" w:styleId="Balk2">
    <w:name w:val="heading 2"/>
    <w:basedOn w:val="Normal"/>
    <w:next w:val="Normal"/>
    <w:link w:val="Balk2Char"/>
    <w:uiPriority w:val="9"/>
    <w:unhideWhenUsed/>
    <w:qFormat/>
    <w:rsid w:val="00FC693F"/>
    <w:pPr>
      <w:keepNext/>
      <w:keepLines/>
      <w:spacing w:before="200"/>
      <w:outlineLvl w:val="1"/>
    </w:pPr>
    <w:rPr>
      <w:rFonts w:asciiTheme="majorHAnsi" w:eastAsiaTheme="majorEastAsia" w:hAnsiTheme="majorHAnsi" w:cstheme="majorBidi"/>
      <w:b/>
      <w:bCs/>
      <w:color w:val="4F81BD" w:themeColor="accent1"/>
      <w:sz w:val="21"/>
      <w:szCs w:val="26"/>
    </w:rPr>
  </w:style>
  <w:style w:type="paragraph" w:styleId="Balk3">
    <w:name w:val="heading 3"/>
    <w:basedOn w:val="Normal"/>
    <w:next w:val="Normal"/>
    <w:link w:val="Balk3Char"/>
    <w:uiPriority w:val="9"/>
    <w:unhideWhenUsed/>
    <w:qFormat/>
    <w:rsid w:val="00FC693F"/>
    <w:pPr>
      <w:keepNext/>
      <w:keepLines/>
      <w:spacing w:before="200"/>
      <w:outlineLvl w:val="2"/>
    </w:pPr>
    <w:rPr>
      <w:rFonts w:asciiTheme="majorHAnsi" w:eastAsiaTheme="majorEastAsia" w:hAnsiTheme="majorHAnsi" w:cstheme="majorBidi"/>
      <w:b/>
      <w:bCs/>
      <w:color w:val="4F81BD" w:themeColor="accent1"/>
    </w:rPr>
  </w:style>
  <w:style w:type="paragraph" w:styleId="Balk4">
    <w:name w:val="heading 4"/>
    <w:basedOn w:val="Normal"/>
    <w:next w:val="Normal"/>
    <w:link w:val="Balk4Char"/>
    <w:uiPriority w:val="9"/>
    <w:semiHidden/>
    <w:unhideWhenUsed/>
    <w:qFormat/>
    <w:rsid w:val="00FC693F"/>
    <w:pPr>
      <w:keepNext/>
      <w:keepLines/>
      <w:spacing w:before="200"/>
      <w:outlineLvl w:val="3"/>
    </w:pPr>
    <w:rPr>
      <w:rFonts w:asciiTheme="majorHAnsi" w:eastAsiaTheme="majorEastAsia" w:hAnsiTheme="majorHAnsi" w:cstheme="majorBidi"/>
      <w:b/>
      <w:bCs/>
      <w:i/>
      <w:iCs/>
      <w:color w:val="4F81BD" w:themeColor="accent1"/>
    </w:rPr>
  </w:style>
  <w:style w:type="paragraph" w:styleId="Balk5">
    <w:name w:val="heading 5"/>
    <w:basedOn w:val="Normal"/>
    <w:next w:val="Normal"/>
    <w:link w:val="Balk5Char"/>
    <w:uiPriority w:val="9"/>
    <w:semiHidden/>
    <w:unhideWhenUsed/>
    <w:qFormat/>
    <w:rsid w:val="00FC693F"/>
    <w:pPr>
      <w:keepNext/>
      <w:keepLines/>
      <w:spacing w:before="200"/>
      <w:outlineLvl w:val="4"/>
    </w:pPr>
    <w:rPr>
      <w:rFonts w:asciiTheme="majorHAnsi" w:eastAsiaTheme="majorEastAsia" w:hAnsiTheme="majorHAnsi" w:cstheme="majorBidi"/>
      <w:color w:val="243F60" w:themeColor="accent1" w:themeShade="7F"/>
    </w:rPr>
  </w:style>
  <w:style w:type="paragraph" w:styleId="Balk6">
    <w:name w:val="heading 6"/>
    <w:basedOn w:val="Normal"/>
    <w:next w:val="Normal"/>
    <w:link w:val="Balk6Char"/>
    <w:uiPriority w:val="9"/>
    <w:semiHidden/>
    <w:unhideWhenUsed/>
    <w:qFormat/>
    <w:rsid w:val="00FC693F"/>
    <w:pPr>
      <w:keepNext/>
      <w:keepLines/>
      <w:spacing w:before="200"/>
      <w:outlineLvl w:val="5"/>
    </w:pPr>
    <w:rPr>
      <w:rFonts w:asciiTheme="majorHAnsi" w:eastAsiaTheme="majorEastAsia" w:hAnsiTheme="majorHAnsi" w:cstheme="majorBidi"/>
      <w:i/>
      <w:iCs/>
      <w:color w:val="243F60" w:themeColor="accent1" w:themeShade="7F"/>
    </w:rPr>
  </w:style>
  <w:style w:type="paragraph" w:styleId="Balk7">
    <w:name w:val="heading 7"/>
    <w:basedOn w:val="Normal"/>
    <w:next w:val="Normal"/>
    <w:link w:val="Balk7Char"/>
    <w:uiPriority w:val="9"/>
    <w:semiHidden/>
    <w:unhideWhenUsed/>
    <w:qFormat/>
    <w:rsid w:val="00FC693F"/>
    <w:pPr>
      <w:keepNext/>
      <w:keepLines/>
      <w:spacing w:before="200"/>
      <w:outlineLvl w:val="6"/>
    </w:pPr>
    <w:rPr>
      <w:rFonts w:asciiTheme="majorHAnsi" w:eastAsiaTheme="majorEastAsia" w:hAnsiTheme="majorHAnsi" w:cstheme="majorBidi"/>
      <w:i/>
      <w:iCs/>
      <w:color w:val="404040" w:themeColor="text1" w:themeTint="BF"/>
    </w:rPr>
  </w:style>
  <w:style w:type="paragraph" w:styleId="Balk8">
    <w:name w:val="heading 8"/>
    <w:basedOn w:val="Normal"/>
    <w:next w:val="Normal"/>
    <w:link w:val="Balk8Char"/>
    <w:uiPriority w:val="9"/>
    <w:semiHidden/>
    <w:unhideWhenUsed/>
    <w:qFormat/>
    <w:rsid w:val="00FC693F"/>
    <w:pPr>
      <w:keepNext/>
      <w:keepLines/>
      <w:spacing w:before="200"/>
      <w:outlineLvl w:val="7"/>
    </w:pPr>
    <w:rPr>
      <w:rFonts w:asciiTheme="majorHAnsi" w:eastAsiaTheme="majorEastAsia" w:hAnsiTheme="majorHAnsi" w:cstheme="majorBidi"/>
      <w:color w:val="4F81BD" w:themeColor="accent1"/>
      <w:sz w:val="20"/>
      <w:szCs w:val="20"/>
    </w:rPr>
  </w:style>
  <w:style w:type="paragraph" w:styleId="Balk9">
    <w:name w:val="heading 9"/>
    <w:basedOn w:val="Normal"/>
    <w:next w:val="Normal"/>
    <w:link w:val="Balk9Char"/>
    <w:uiPriority w:val="9"/>
    <w:semiHidden/>
    <w:unhideWhenUsed/>
    <w:qFormat/>
    <w:rsid w:val="00FC693F"/>
    <w:pPr>
      <w:keepNext/>
      <w:keepLines/>
      <w:spacing w:before="200"/>
      <w:outlineLvl w:val="8"/>
    </w:pPr>
    <w:rPr>
      <w:rFonts w:asciiTheme="majorHAnsi" w:eastAsiaTheme="majorEastAsia" w:hAnsiTheme="majorHAnsi" w:cstheme="majorBidi"/>
      <w:i/>
      <w:iCs/>
      <w:color w:val="404040" w:themeColor="text1" w:themeTint="BF"/>
      <w:sz w:val="20"/>
      <w:szCs w:val="20"/>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stBilgi">
    <w:name w:val="header"/>
    <w:basedOn w:val="Normal"/>
    <w:link w:val="stBilgiChar"/>
    <w:uiPriority w:val="99"/>
    <w:unhideWhenUsed/>
    <w:rsid w:val="00E618BF"/>
    <w:pPr>
      <w:tabs>
        <w:tab w:val="center" w:pos="4680"/>
        <w:tab w:val="right" w:pos="9360"/>
      </w:tabs>
    </w:pPr>
  </w:style>
  <w:style w:type="character" w:customStyle="1" w:styleId="stBilgiChar">
    <w:name w:val="Üst Bilgi Char"/>
    <w:basedOn w:val="VarsaylanParagrafYazTipi"/>
    <w:link w:val="stBilgi"/>
    <w:uiPriority w:val="99"/>
    <w:rsid w:val="00E618BF"/>
  </w:style>
  <w:style w:type="paragraph" w:styleId="AltBilgi">
    <w:name w:val="footer"/>
    <w:basedOn w:val="Normal"/>
    <w:link w:val="AltBilgiChar"/>
    <w:uiPriority w:val="99"/>
    <w:unhideWhenUsed/>
    <w:rsid w:val="00E618BF"/>
    <w:pPr>
      <w:tabs>
        <w:tab w:val="center" w:pos="4680"/>
        <w:tab w:val="right" w:pos="9360"/>
      </w:tabs>
    </w:pPr>
  </w:style>
  <w:style w:type="character" w:customStyle="1" w:styleId="AltBilgiChar">
    <w:name w:val="Alt Bilgi Char"/>
    <w:basedOn w:val="VarsaylanParagrafYazTipi"/>
    <w:link w:val="AltBilgi"/>
    <w:uiPriority w:val="99"/>
    <w:rsid w:val="00E618BF"/>
  </w:style>
  <w:style w:type="paragraph" w:styleId="AralkYok">
    <w:name w:val="No Spacing"/>
    <w:uiPriority w:val="1"/>
    <w:qFormat/>
    <w:rsid w:val="00FC693F"/>
    <w:pPr>
      <w:spacing w:after="0" w:line="240" w:lineRule="auto"/>
    </w:pPr>
  </w:style>
  <w:style w:type="character" w:customStyle="1" w:styleId="Balk1Char">
    <w:name w:val="Başlık 1 Char"/>
    <w:basedOn w:val="VarsaylanParagrafYazTipi"/>
    <w:link w:val="Balk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Balk2Char">
    <w:name w:val="Başlık 2 Char"/>
    <w:basedOn w:val="VarsaylanParagrafYazTipi"/>
    <w:link w:val="Balk2"/>
    <w:uiPriority w:val="9"/>
    <w:rsid w:val="00FC693F"/>
    <w:rPr>
      <w:rFonts w:asciiTheme="majorHAnsi" w:eastAsiaTheme="majorEastAsia" w:hAnsiTheme="majorHAnsi" w:cstheme="majorBidi"/>
      <w:b/>
      <w:bCs/>
      <w:color w:val="4F81BD" w:themeColor="accent1"/>
      <w:sz w:val="26"/>
      <w:szCs w:val="26"/>
    </w:rPr>
  </w:style>
  <w:style w:type="character" w:customStyle="1" w:styleId="Balk3Char">
    <w:name w:val="Başlık 3 Char"/>
    <w:basedOn w:val="VarsaylanParagrafYazTipi"/>
    <w:link w:val="Balk3"/>
    <w:uiPriority w:val="9"/>
    <w:rsid w:val="00FC693F"/>
    <w:rPr>
      <w:rFonts w:asciiTheme="majorHAnsi" w:eastAsiaTheme="majorEastAsia" w:hAnsiTheme="majorHAnsi" w:cstheme="majorBidi"/>
      <w:b/>
      <w:bCs/>
      <w:color w:val="4F81BD" w:themeColor="accent1"/>
    </w:rPr>
  </w:style>
  <w:style w:type="paragraph" w:styleId="KonuBal">
    <w:name w:val="Title"/>
    <w:basedOn w:val="Normal"/>
    <w:next w:val="Normal"/>
    <w:link w:val="KonuBalChar"/>
    <w:uiPriority w:val="10"/>
    <w:qFormat/>
    <w:rsid w:val="00FC693F"/>
    <w:pPr>
      <w:pBdr>
        <w:bottom w:val="single" w:sz="8" w:space="4" w:color="4F81BD" w:themeColor="accent1"/>
      </w:pBdr>
      <w:spacing w:after="300"/>
      <w:contextualSpacing/>
    </w:pPr>
    <w:rPr>
      <w:rFonts w:asciiTheme="majorHAnsi" w:eastAsiaTheme="majorEastAsia" w:hAnsiTheme="majorHAnsi" w:cstheme="majorBidi"/>
      <w:b/>
      <w:color w:val="17365D" w:themeColor="text2" w:themeShade="BF"/>
      <w:spacing w:val="5"/>
      <w:kern w:val="28"/>
      <w:sz w:val="32"/>
      <w:szCs w:val="52"/>
    </w:rPr>
  </w:style>
  <w:style w:type="character" w:customStyle="1" w:styleId="KonuBalChar">
    <w:name w:val="Konu Başlığı Char"/>
    <w:basedOn w:val="VarsaylanParagrafYazTipi"/>
    <w:link w:val="KonuBal"/>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Altyaz">
    <w:name w:val="Subtitle"/>
    <w:basedOn w:val="Normal"/>
    <w:next w:val="Normal"/>
    <w:link w:val="Altyaz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AltyazChar">
    <w:name w:val="Altyazı Char"/>
    <w:basedOn w:val="VarsaylanParagrafYazTipi"/>
    <w:link w:val="Altyaz"/>
    <w:uiPriority w:val="11"/>
    <w:rsid w:val="00FC693F"/>
    <w:rPr>
      <w:rFonts w:asciiTheme="majorHAnsi" w:eastAsiaTheme="majorEastAsia" w:hAnsiTheme="majorHAnsi" w:cstheme="majorBidi"/>
      <w:i/>
      <w:iCs/>
      <w:color w:val="4F81BD" w:themeColor="accent1"/>
      <w:spacing w:val="15"/>
      <w:sz w:val="24"/>
      <w:szCs w:val="24"/>
    </w:rPr>
  </w:style>
  <w:style w:type="paragraph" w:styleId="ListeParagraf">
    <w:name w:val="List Paragraph"/>
    <w:basedOn w:val="Normal"/>
    <w:uiPriority w:val="34"/>
    <w:qFormat/>
    <w:rsid w:val="00FC693F"/>
    <w:pPr>
      <w:ind w:left="720"/>
      <w:contextualSpacing/>
    </w:pPr>
  </w:style>
  <w:style w:type="paragraph" w:styleId="GvdeMetni">
    <w:name w:val="Body Text"/>
    <w:basedOn w:val="Normal"/>
    <w:link w:val="GvdeMetniChar"/>
    <w:uiPriority w:val="99"/>
    <w:unhideWhenUsed/>
    <w:rsid w:val="00AA1D8D"/>
    <w:pPr>
      <w:spacing w:after="120"/>
    </w:pPr>
  </w:style>
  <w:style w:type="character" w:customStyle="1" w:styleId="GvdeMetniChar">
    <w:name w:val="Gövde Metni Char"/>
    <w:basedOn w:val="VarsaylanParagrafYazTipi"/>
    <w:link w:val="GvdeMetni"/>
    <w:uiPriority w:val="99"/>
    <w:rsid w:val="00AA1D8D"/>
  </w:style>
  <w:style w:type="paragraph" w:styleId="GvdeMetni2">
    <w:name w:val="Body Text 2"/>
    <w:basedOn w:val="Normal"/>
    <w:link w:val="GvdeMetni2Char"/>
    <w:uiPriority w:val="99"/>
    <w:unhideWhenUsed/>
    <w:rsid w:val="00AA1D8D"/>
    <w:pPr>
      <w:spacing w:after="120" w:line="480" w:lineRule="auto"/>
    </w:pPr>
  </w:style>
  <w:style w:type="character" w:customStyle="1" w:styleId="GvdeMetni2Char">
    <w:name w:val="Gövde Metni 2 Char"/>
    <w:basedOn w:val="VarsaylanParagrafYazTipi"/>
    <w:link w:val="GvdeMetni2"/>
    <w:uiPriority w:val="99"/>
    <w:rsid w:val="00AA1D8D"/>
  </w:style>
  <w:style w:type="paragraph" w:styleId="GvdeMetni3">
    <w:name w:val="Body Text 3"/>
    <w:basedOn w:val="Normal"/>
    <w:link w:val="GvdeMetni3Char"/>
    <w:uiPriority w:val="99"/>
    <w:unhideWhenUsed/>
    <w:rsid w:val="00AA1D8D"/>
    <w:pPr>
      <w:spacing w:after="120"/>
    </w:pPr>
    <w:rPr>
      <w:sz w:val="16"/>
      <w:szCs w:val="16"/>
    </w:rPr>
  </w:style>
  <w:style w:type="character" w:customStyle="1" w:styleId="GvdeMetni3Char">
    <w:name w:val="Gövde Metni 3 Char"/>
    <w:basedOn w:val="VarsaylanParagrafYazTipi"/>
    <w:link w:val="GvdeMetni3"/>
    <w:uiPriority w:val="99"/>
    <w:rsid w:val="00AA1D8D"/>
    <w:rPr>
      <w:sz w:val="16"/>
      <w:szCs w:val="16"/>
    </w:rPr>
  </w:style>
  <w:style w:type="paragraph" w:styleId="Liste">
    <w:name w:val="List"/>
    <w:basedOn w:val="Normal"/>
    <w:uiPriority w:val="99"/>
    <w:unhideWhenUsed/>
    <w:rsid w:val="00AA1D8D"/>
    <w:pPr>
      <w:ind w:left="360" w:hanging="360"/>
      <w:contextualSpacing/>
    </w:pPr>
  </w:style>
  <w:style w:type="paragraph" w:styleId="Liste2">
    <w:name w:val="List 2"/>
    <w:basedOn w:val="Normal"/>
    <w:uiPriority w:val="99"/>
    <w:unhideWhenUsed/>
    <w:rsid w:val="00326F90"/>
    <w:pPr>
      <w:ind w:left="720" w:hanging="360"/>
      <w:contextualSpacing/>
    </w:pPr>
  </w:style>
  <w:style w:type="paragraph" w:styleId="Liste3">
    <w:name w:val="List 3"/>
    <w:basedOn w:val="Normal"/>
    <w:uiPriority w:val="99"/>
    <w:unhideWhenUsed/>
    <w:rsid w:val="00326F90"/>
    <w:pPr>
      <w:ind w:left="1080" w:hanging="360"/>
      <w:contextualSpacing/>
    </w:pPr>
  </w:style>
  <w:style w:type="paragraph" w:styleId="ListeMaddemi">
    <w:name w:val="List Bullet"/>
    <w:basedOn w:val="Normal"/>
    <w:uiPriority w:val="99"/>
    <w:unhideWhenUsed/>
    <w:rsid w:val="00326F90"/>
    <w:pPr>
      <w:numPr>
        <w:numId w:val="1"/>
      </w:numPr>
      <w:contextualSpacing/>
    </w:pPr>
  </w:style>
  <w:style w:type="paragraph" w:styleId="ListeMaddemi2">
    <w:name w:val="List Bullet 2"/>
    <w:basedOn w:val="Normal"/>
    <w:uiPriority w:val="99"/>
    <w:unhideWhenUsed/>
    <w:rsid w:val="00326F90"/>
    <w:pPr>
      <w:numPr>
        <w:numId w:val="2"/>
      </w:numPr>
      <w:contextualSpacing/>
    </w:pPr>
  </w:style>
  <w:style w:type="paragraph" w:styleId="ListeMaddemi3">
    <w:name w:val="List Bullet 3"/>
    <w:basedOn w:val="Normal"/>
    <w:uiPriority w:val="99"/>
    <w:unhideWhenUsed/>
    <w:rsid w:val="00326F90"/>
    <w:pPr>
      <w:numPr>
        <w:numId w:val="3"/>
      </w:numPr>
      <w:contextualSpacing/>
    </w:pPr>
  </w:style>
  <w:style w:type="paragraph" w:styleId="ListeNumaras">
    <w:name w:val="List Number"/>
    <w:basedOn w:val="Normal"/>
    <w:uiPriority w:val="99"/>
    <w:unhideWhenUsed/>
    <w:rsid w:val="00326F90"/>
    <w:pPr>
      <w:numPr>
        <w:numId w:val="5"/>
      </w:numPr>
      <w:contextualSpacing/>
    </w:pPr>
  </w:style>
  <w:style w:type="paragraph" w:styleId="ListeNumaras2">
    <w:name w:val="List Number 2"/>
    <w:basedOn w:val="Normal"/>
    <w:uiPriority w:val="99"/>
    <w:unhideWhenUsed/>
    <w:rsid w:val="0029639D"/>
    <w:pPr>
      <w:numPr>
        <w:numId w:val="6"/>
      </w:numPr>
      <w:contextualSpacing/>
    </w:pPr>
  </w:style>
  <w:style w:type="paragraph" w:styleId="ListeNumaras3">
    <w:name w:val="List Number 3"/>
    <w:basedOn w:val="Normal"/>
    <w:uiPriority w:val="99"/>
    <w:unhideWhenUsed/>
    <w:rsid w:val="0029639D"/>
    <w:pPr>
      <w:numPr>
        <w:numId w:val="7"/>
      </w:numPr>
      <w:contextualSpacing/>
    </w:pPr>
  </w:style>
  <w:style w:type="paragraph" w:styleId="ListeDevam">
    <w:name w:val="List Continue"/>
    <w:basedOn w:val="Normal"/>
    <w:uiPriority w:val="99"/>
    <w:unhideWhenUsed/>
    <w:rsid w:val="0029639D"/>
    <w:pPr>
      <w:spacing w:after="120"/>
      <w:ind w:left="360"/>
      <w:contextualSpacing/>
    </w:pPr>
  </w:style>
  <w:style w:type="paragraph" w:styleId="ListeDevam2">
    <w:name w:val="List Continue 2"/>
    <w:basedOn w:val="Normal"/>
    <w:uiPriority w:val="99"/>
    <w:unhideWhenUsed/>
    <w:rsid w:val="0029639D"/>
    <w:pPr>
      <w:spacing w:after="120"/>
      <w:ind w:left="720"/>
      <w:contextualSpacing/>
    </w:pPr>
  </w:style>
  <w:style w:type="paragraph" w:styleId="ListeDevam3">
    <w:name w:val="List Continue 3"/>
    <w:basedOn w:val="Normal"/>
    <w:uiPriority w:val="99"/>
    <w:unhideWhenUsed/>
    <w:rsid w:val="0029639D"/>
    <w:pPr>
      <w:spacing w:after="120"/>
      <w:ind w:left="1080"/>
      <w:contextualSpacing/>
    </w:pPr>
  </w:style>
  <w:style w:type="paragraph" w:styleId="MakroMetni">
    <w:name w:val="macro"/>
    <w:link w:val="MakroMetni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kroMetniChar">
    <w:name w:val="Makro Metni Char"/>
    <w:basedOn w:val="VarsaylanParagrafYazTipi"/>
    <w:link w:val="MakroMetni"/>
    <w:uiPriority w:val="99"/>
    <w:rsid w:val="0029639D"/>
    <w:rPr>
      <w:rFonts w:ascii="Courier" w:hAnsi="Courier"/>
      <w:sz w:val="20"/>
      <w:szCs w:val="20"/>
    </w:rPr>
  </w:style>
  <w:style w:type="paragraph" w:styleId="Alnt">
    <w:name w:val="Quote"/>
    <w:basedOn w:val="Normal"/>
    <w:next w:val="Normal"/>
    <w:link w:val="AlntChar"/>
    <w:uiPriority w:val="29"/>
    <w:qFormat/>
    <w:rsid w:val="00FC693F"/>
    <w:rPr>
      <w:i/>
      <w:iCs/>
      <w:color w:val="000000" w:themeColor="text1"/>
    </w:rPr>
  </w:style>
  <w:style w:type="character" w:customStyle="1" w:styleId="AlntChar">
    <w:name w:val="Alıntı Char"/>
    <w:basedOn w:val="VarsaylanParagrafYazTipi"/>
    <w:link w:val="Alnt"/>
    <w:uiPriority w:val="29"/>
    <w:rsid w:val="00FC693F"/>
    <w:rPr>
      <w:i/>
      <w:iCs/>
      <w:color w:val="000000" w:themeColor="text1"/>
    </w:rPr>
  </w:style>
  <w:style w:type="character" w:customStyle="1" w:styleId="Balk4Char">
    <w:name w:val="Başlık 4 Char"/>
    <w:basedOn w:val="VarsaylanParagrafYazTipi"/>
    <w:link w:val="Balk4"/>
    <w:uiPriority w:val="9"/>
    <w:semiHidden/>
    <w:rsid w:val="00FC693F"/>
    <w:rPr>
      <w:rFonts w:asciiTheme="majorHAnsi" w:eastAsiaTheme="majorEastAsia" w:hAnsiTheme="majorHAnsi" w:cstheme="majorBidi"/>
      <w:b/>
      <w:bCs/>
      <w:i/>
      <w:iCs/>
      <w:color w:val="4F81BD" w:themeColor="accent1"/>
    </w:rPr>
  </w:style>
  <w:style w:type="character" w:customStyle="1" w:styleId="Balk5Char">
    <w:name w:val="Başlık 5 Char"/>
    <w:basedOn w:val="VarsaylanParagrafYazTipi"/>
    <w:link w:val="Balk5"/>
    <w:uiPriority w:val="9"/>
    <w:semiHidden/>
    <w:rsid w:val="00FC693F"/>
    <w:rPr>
      <w:rFonts w:asciiTheme="majorHAnsi" w:eastAsiaTheme="majorEastAsia" w:hAnsiTheme="majorHAnsi" w:cstheme="majorBidi"/>
      <w:color w:val="243F60" w:themeColor="accent1" w:themeShade="7F"/>
    </w:rPr>
  </w:style>
  <w:style w:type="character" w:customStyle="1" w:styleId="Balk6Char">
    <w:name w:val="Başlık 6 Char"/>
    <w:basedOn w:val="VarsaylanParagrafYazTipi"/>
    <w:link w:val="Balk6"/>
    <w:uiPriority w:val="9"/>
    <w:semiHidden/>
    <w:rsid w:val="00FC693F"/>
    <w:rPr>
      <w:rFonts w:asciiTheme="majorHAnsi" w:eastAsiaTheme="majorEastAsia" w:hAnsiTheme="majorHAnsi" w:cstheme="majorBidi"/>
      <w:i/>
      <w:iCs/>
      <w:color w:val="243F60" w:themeColor="accent1" w:themeShade="7F"/>
    </w:rPr>
  </w:style>
  <w:style w:type="character" w:customStyle="1" w:styleId="Balk7Char">
    <w:name w:val="Başlık 7 Char"/>
    <w:basedOn w:val="VarsaylanParagrafYazTipi"/>
    <w:link w:val="Balk7"/>
    <w:uiPriority w:val="9"/>
    <w:semiHidden/>
    <w:rsid w:val="00FC693F"/>
    <w:rPr>
      <w:rFonts w:asciiTheme="majorHAnsi" w:eastAsiaTheme="majorEastAsia" w:hAnsiTheme="majorHAnsi" w:cstheme="majorBidi"/>
      <w:i/>
      <w:iCs/>
      <w:color w:val="404040" w:themeColor="text1" w:themeTint="BF"/>
    </w:rPr>
  </w:style>
  <w:style w:type="character" w:customStyle="1" w:styleId="Balk8Char">
    <w:name w:val="Başlık 8 Char"/>
    <w:basedOn w:val="VarsaylanParagrafYazTipi"/>
    <w:link w:val="Balk8"/>
    <w:uiPriority w:val="9"/>
    <w:semiHidden/>
    <w:rsid w:val="00FC693F"/>
    <w:rPr>
      <w:rFonts w:asciiTheme="majorHAnsi" w:eastAsiaTheme="majorEastAsia" w:hAnsiTheme="majorHAnsi" w:cstheme="majorBidi"/>
      <w:color w:val="4F81BD" w:themeColor="accent1"/>
      <w:sz w:val="20"/>
      <w:szCs w:val="20"/>
    </w:rPr>
  </w:style>
  <w:style w:type="character" w:customStyle="1" w:styleId="Balk9Char">
    <w:name w:val="Başlık 9 Char"/>
    <w:basedOn w:val="VarsaylanParagrafYazTipi"/>
    <w:link w:val="Balk9"/>
    <w:uiPriority w:val="9"/>
    <w:semiHidden/>
    <w:rsid w:val="00FC693F"/>
    <w:rPr>
      <w:rFonts w:asciiTheme="majorHAnsi" w:eastAsiaTheme="majorEastAsia" w:hAnsiTheme="majorHAnsi" w:cstheme="majorBidi"/>
      <w:i/>
      <w:iCs/>
      <w:color w:val="404040" w:themeColor="text1" w:themeTint="BF"/>
      <w:sz w:val="20"/>
      <w:szCs w:val="20"/>
    </w:rPr>
  </w:style>
  <w:style w:type="paragraph" w:styleId="ResimYazs">
    <w:name w:val="caption"/>
    <w:basedOn w:val="Normal"/>
    <w:next w:val="Normal"/>
    <w:uiPriority w:val="35"/>
    <w:semiHidden/>
    <w:unhideWhenUsed/>
    <w:qFormat/>
    <w:rsid w:val="00FC693F"/>
    <w:rPr>
      <w:b/>
      <w:bCs/>
      <w:color w:val="4F81BD" w:themeColor="accent1"/>
      <w:szCs w:val="18"/>
    </w:rPr>
  </w:style>
  <w:style w:type="character" w:styleId="Gl">
    <w:name w:val="Strong"/>
    <w:basedOn w:val="VarsaylanParagrafYazTipi"/>
    <w:uiPriority w:val="22"/>
    <w:qFormat/>
    <w:rsid w:val="00FC693F"/>
    <w:rPr>
      <w:b/>
      <w:bCs/>
    </w:rPr>
  </w:style>
  <w:style w:type="character" w:styleId="Vurgu">
    <w:name w:val="Emphasis"/>
    <w:basedOn w:val="VarsaylanParagrafYazTipi"/>
    <w:uiPriority w:val="20"/>
    <w:qFormat/>
    <w:rsid w:val="00FC693F"/>
    <w:rPr>
      <w:i/>
      <w:iCs/>
    </w:rPr>
  </w:style>
  <w:style w:type="paragraph" w:styleId="GlAlnt">
    <w:name w:val="Intense Quote"/>
    <w:basedOn w:val="Normal"/>
    <w:next w:val="Normal"/>
    <w:link w:val="GlAlnt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GlAlntChar">
    <w:name w:val="Güçlü Alıntı Char"/>
    <w:basedOn w:val="VarsaylanParagrafYazTipi"/>
    <w:link w:val="GlAlnt"/>
    <w:uiPriority w:val="30"/>
    <w:rsid w:val="00FC693F"/>
    <w:rPr>
      <w:b/>
      <w:bCs/>
      <w:i/>
      <w:iCs/>
      <w:color w:val="4F81BD" w:themeColor="accent1"/>
    </w:rPr>
  </w:style>
  <w:style w:type="character" w:styleId="HafifVurgulama">
    <w:name w:val="Subtle Emphasis"/>
    <w:basedOn w:val="VarsaylanParagrafYazTipi"/>
    <w:uiPriority w:val="19"/>
    <w:qFormat/>
    <w:rsid w:val="00FC693F"/>
    <w:rPr>
      <w:i/>
      <w:iCs/>
      <w:color w:val="808080" w:themeColor="text1" w:themeTint="7F"/>
    </w:rPr>
  </w:style>
  <w:style w:type="character" w:styleId="GlVurgulama">
    <w:name w:val="Intense Emphasis"/>
    <w:basedOn w:val="VarsaylanParagrafYazTipi"/>
    <w:uiPriority w:val="21"/>
    <w:qFormat/>
    <w:rsid w:val="00FC693F"/>
    <w:rPr>
      <w:b/>
      <w:bCs/>
      <w:i/>
      <w:iCs/>
      <w:color w:val="4F81BD" w:themeColor="accent1"/>
    </w:rPr>
  </w:style>
  <w:style w:type="character" w:styleId="HafifBavuru">
    <w:name w:val="Subtle Reference"/>
    <w:basedOn w:val="VarsaylanParagrafYazTipi"/>
    <w:uiPriority w:val="31"/>
    <w:qFormat/>
    <w:rsid w:val="00FC693F"/>
    <w:rPr>
      <w:smallCaps/>
      <w:color w:val="C0504D" w:themeColor="accent2"/>
      <w:u w:val="single"/>
    </w:rPr>
  </w:style>
  <w:style w:type="character" w:styleId="GlBavuru">
    <w:name w:val="Intense Reference"/>
    <w:basedOn w:val="VarsaylanParagrafYazTipi"/>
    <w:uiPriority w:val="32"/>
    <w:qFormat/>
    <w:rsid w:val="00FC693F"/>
    <w:rPr>
      <w:b/>
      <w:bCs/>
      <w:smallCaps/>
      <w:color w:val="C0504D" w:themeColor="accent2"/>
      <w:spacing w:val="5"/>
      <w:u w:val="single"/>
    </w:rPr>
  </w:style>
  <w:style w:type="character" w:styleId="KitapBal">
    <w:name w:val="Book Title"/>
    <w:basedOn w:val="VarsaylanParagrafYazTipi"/>
    <w:uiPriority w:val="33"/>
    <w:qFormat/>
    <w:rsid w:val="00FC693F"/>
    <w:rPr>
      <w:b/>
      <w:bCs/>
      <w:smallCaps/>
      <w:spacing w:val="5"/>
    </w:rPr>
  </w:style>
  <w:style w:type="paragraph" w:styleId="TBal">
    <w:name w:val="TOC Heading"/>
    <w:basedOn w:val="Balk1"/>
    <w:next w:val="Normal"/>
    <w:uiPriority w:val="39"/>
    <w:semiHidden/>
    <w:unhideWhenUsed/>
    <w:qFormat/>
    <w:rsid w:val="00FC693F"/>
    <w:pPr>
      <w:outlineLvl w:val="9"/>
    </w:pPr>
  </w:style>
  <w:style w:type="table" w:styleId="TabloKlavuzu">
    <w:name w:val="Table Grid"/>
    <w:basedOn w:val="NormalTablo"/>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kGlgeleme">
    <w:name w:val="Light Shading"/>
    <w:basedOn w:val="NormalTablo"/>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AkGlgeleme-Vurgu1">
    <w:name w:val="Light Shading Accent 1"/>
    <w:basedOn w:val="NormalTablo"/>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AkGlgeleme-Vurgu2">
    <w:name w:val="Light Shading Accent 2"/>
    <w:basedOn w:val="NormalTablo"/>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AkGlgeleme-Vurgu3">
    <w:name w:val="Light Shading Accent 3"/>
    <w:basedOn w:val="NormalTablo"/>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AkGlgeleme-Vurgu4">
    <w:name w:val="Light Shading Accent 4"/>
    <w:basedOn w:val="NormalTablo"/>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AkGlgeleme-Vurgu5">
    <w:name w:val="Light Shading Accent 5"/>
    <w:basedOn w:val="NormalTablo"/>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AkGlgeleme-Vurgu6">
    <w:name w:val="Light Shading Accent 6"/>
    <w:basedOn w:val="NormalTablo"/>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AkListe">
    <w:name w:val="Light List"/>
    <w:basedOn w:val="NormalTablo"/>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AkListe-Vurgu1">
    <w:name w:val="Light List Accent 1"/>
    <w:basedOn w:val="NormalTablo"/>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AkListe-Vurgu2">
    <w:name w:val="Light List Accent 2"/>
    <w:basedOn w:val="NormalTablo"/>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AkListe-Vurgu3">
    <w:name w:val="Light List Accent 3"/>
    <w:basedOn w:val="NormalTablo"/>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AkListe-Vurgu4">
    <w:name w:val="Light List Accent 4"/>
    <w:basedOn w:val="NormalTablo"/>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AkListe-Vurgu5">
    <w:name w:val="Light List Accent 5"/>
    <w:basedOn w:val="NormalTablo"/>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AkListe-Vurgu6">
    <w:name w:val="Light List Accent 6"/>
    <w:basedOn w:val="NormalTablo"/>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AkKlavuz">
    <w:name w:val="Light Grid"/>
    <w:basedOn w:val="NormalTablo"/>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AkKlavuz-Vurgu1">
    <w:name w:val="Light Grid Accent 1"/>
    <w:basedOn w:val="NormalTablo"/>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AkKlavuz-Vurgu2">
    <w:name w:val="Light Grid Accent 2"/>
    <w:basedOn w:val="NormalTablo"/>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AkKlavuz-Vurgu3">
    <w:name w:val="Light Grid Accent 3"/>
    <w:basedOn w:val="NormalTablo"/>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AkKlavuz-Vurgu4">
    <w:name w:val="Light Grid Accent 4"/>
    <w:basedOn w:val="NormalTablo"/>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AkKlavuz-Vurgu5">
    <w:name w:val="Light Grid Accent 5"/>
    <w:basedOn w:val="NormalTablo"/>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AkKlavuz-Vurgu6">
    <w:name w:val="Light Grid Accent 6"/>
    <w:basedOn w:val="NormalTablo"/>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OrtaGlgeleme1">
    <w:name w:val="Medium Shading 1"/>
    <w:basedOn w:val="NormalTablo"/>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OrtaGlgeleme1-Vurgu1">
    <w:name w:val="Medium Shading 1 Accent 1"/>
    <w:basedOn w:val="NormalTablo"/>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OrtaGlgeleme1-Vurgu2">
    <w:name w:val="Medium Shading 1 Accent 2"/>
    <w:basedOn w:val="NormalTablo"/>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OrtaGlgeleme1-Vurgu3">
    <w:name w:val="Medium Shading 1 Accent 3"/>
    <w:basedOn w:val="NormalTablo"/>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OrtaGlgeleme1-Vurgu4">
    <w:name w:val="Medium Shading 1 Accent 4"/>
    <w:basedOn w:val="NormalTablo"/>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OrtaGlgeleme1-Vurgu5">
    <w:name w:val="Medium Shading 1 Accent 5"/>
    <w:basedOn w:val="NormalTablo"/>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OrtaGlgeleme1-Vurgu6">
    <w:name w:val="Medium Shading 1 Accent 6"/>
    <w:basedOn w:val="NormalTablo"/>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OrtaGlgeleme2">
    <w:name w:val="Medium Shading 2"/>
    <w:basedOn w:val="NormalTablo"/>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Glgeleme2-Vurgu1">
    <w:name w:val="Medium Shading 2 Accent 1"/>
    <w:basedOn w:val="NormalTablo"/>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Glgeleme2-Vurgu2">
    <w:name w:val="Medium Shading 2 Accent 2"/>
    <w:basedOn w:val="NormalTablo"/>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Glgeleme2-Vurgu3">
    <w:name w:val="Medium Shading 2 Accent 3"/>
    <w:basedOn w:val="NormalTablo"/>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Glgeleme2-Vurgu4">
    <w:name w:val="Medium Shading 2 Accent 4"/>
    <w:basedOn w:val="NormalTablo"/>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Glgeleme2-Vurgu5">
    <w:name w:val="Medium Shading 2 Accent 5"/>
    <w:basedOn w:val="NormalTablo"/>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Glgeleme2-Vurgu6">
    <w:name w:val="Medium Shading 2 Accent 6"/>
    <w:basedOn w:val="NormalTablo"/>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Liste1">
    <w:name w:val="Medium List 1"/>
    <w:basedOn w:val="NormalTablo"/>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OrtaListe1-Vurgu1">
    <w:name w:val="Medium List 1 Accent 1"/>
    <w:basedOn w:val="NormalTablo"/>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OrtaListe1-Vurgu2">
    <w:name w:val="Medium List 1 Accent 2"/>
    <w:basedOn w:val="NormalTablo"/>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OrtaListe1-Vurgu3">
    <w:name w:val="Medium List 1 Accent 3"/>
    <w:basedOn w:val="NormalTablo"/>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OrtaListe1-Vurgu4">
    <w:name w:val="Medium List 1 Accent 4"/>
    <w:basedOn w:val="NormalTablo"/>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OrtaListe1-Vurgu5">
    <w:name w:val="Medium List 1 Accent 5"/>
    <w:basedOn w:val="NormalTablo"/>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OrtaListe1-Vurgu6">
    <w:name w:val="Medium List 1 Accent 6"/>
    <w:basedOn w:val="NormalTablo"/>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OrtaListe2">
    <w:name w:val="Medium List 2"/>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OrtaList2-Vurgu1">
    <w:name w:val="Medium List 2 Accent 1"/>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OrtaListe2-Vurgu2">
    <w:name w:val="Medium List 2 Accent 2"/>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OrtaListe2-Vurgu3">
    <w:name w:val="Medium List 2 Accent 3"/>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OrtaListe2-Vurgu4">
    <w:name w:val="Medium List 2 Accent 4"/>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OrtaListe2-Vurgu5">
    <w:name w:val="Medium List 2 Accent 5"/>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OrtaListe2-Vurgu6">
    <w:name w:val="Medium List 2 Accent 6"/>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OrtaKlavuz1">
    <w:name w:val="Medium Grid 1"/>
    <w:basedOn w:val="NormalTablo"/>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OrtaKlavuz1-Vurgu1">
    <w:name w:val="Medium Grid 1 Accent 1"/>
    <w:basedOn w:val="NormalTablo"/>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OrtaKlavuz1-Vurgu2">
    <w:name w:val="Medium Grid 1 Accent 2"/>
    <w:basedOn w:val="NormalTablo"/>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OrtaKlavuz1-Vurgu3">
    <w:name w:val="Medium Grid 1 Accent 3"/>
    <w:basedOn w:val="NormalTablo"/>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OrtaKlavuz1-Vurgu4">
    <w:name w:val="Medium Grid 1 Accent 4"/>
    <w:basedOn w:val="NormalTablo"/>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OrtaKlavuz1-Vurgu5">
    <w:name w:val="Medium Grid 1 Accent 5"/>
    <w:basedOn w:val="NormalTablo"/>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OrtaKlavuz1-Vurgu6">
    <w:name w:val="Medium Grid 1 Accent 6"/>
    <w:basedOn w:val="NormalTablo"/>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OrtaKlavuz2">
    <w:name w:val="Medium Grid 2"/>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OrtaKlavuz2-Vurgu1">
    <w:name w:val="Medium Grid 2 Accent 1"/>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OrtaKlavuz2-Vurgu2">
    <w:name w:val="Medium Grid 2 Accent 2"/>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OrtaKlavuz2-Vurgu3">
    <w:name w:val="Medium Grid 2 Accent 3"/>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OrtaKlavuz2-Vurgu4">
    <w:name w:val="Medium Grid 2 Accent 4"/>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OrtaKlavuz2-Vurgu5">
    <w:name w:val="Medium Grid 2 Accent 5"/>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OrtaKlavuz2-Vurgu6">
    <w:name w:val="Medium Grid 2 Accent 6"/>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OrtaKlavuz3">
    <w:name w:val="Medium Grid 3"/>
    <w:basedOn w:val="NormalTablo"/>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OrtaKlavuz3-Vurgu1">
    <w:name w:val="Medium Grid 3 Accent 1"/>
    <w:basedOn w:val="NormalTablo"/>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OrtaKlavuz3-Vurgu2">
    <w:name w:val="Medium Grid 3 Accent 2"/>
    <w:basedOn w:val="NormalTablo"/>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OrtaKlavuz3-Vurgu3">
    <w:name w:val="Medium Grid 3 Accent 3"/>
    <w:basedOn w:val="NormalTablo"/>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OrtaKlavuz3-Vurgu4">
    <w:name w:val="Medium Grid 3 Accent 4"/>
    <w:basedOn w:val="NormalTablo"/>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OrtaKlavuz3-Vurgu5">
    <w:name w:val="Medium Grid 3 Accent 5"/>
    <w:basedOn w:val="NormalTablo"/>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OrtaKlavuz3-Vurgu6">
    <w:name w:val="Medium Grid 3 Accent 6"/>
    <w:basedOn w:val="NormalTablo"/>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KoyuListe">
    <w:name w:val="Dark List"/>
    <w:basedOn w:val="NormalTablo"/>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KoyuListe-Vurgu1">
    <w:name w:val="Dark List Accent 1"/>
    <w:basedOn w:val="NormalTablo"/>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KoyuListe-Vurgu2">
    <w:name w:val="Dark List Accent 2"/>
    <w:basedOn w:val="NormalTablo"/>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KoyuListe-Vurgu3">
    <w:name w:val="Dark List Accent 3"/>
    <w:basedOn w:val="NormalTablo"/>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KoyuListe-Vurgu4">
    <w:name w:val="Dark List Accent 4"/>
    <w:basedOn w:val="NormalTablo"/>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KoyuListe-Vurgu5">
    <w:name w:val="Dark List Accent 5"/>
    <w:basedOn w:val="NormalTablo"/>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KoyuListe-Vurgu6">
    <w:name w:val="Dark List Accent 6"/>
    <w:basedOn w:val="NormalTablo"/>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RenkliGlgeleme">
    <w:name w:val="Colorful Shading"/>
    <w:basedOn w:val="NormalTablo"/>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RenkliGlgeleme-Vurgu1">
    <w:name w:val="Colorful Shading Accent 1"/>
    <w:basedOn w:val="NormalTablo"/>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RenkliGlgeleme-Vurgu2">
    <w:name w:val="Colorful Shading Accent 2"/>
    <w:basedOn w:val="NormalTablo"/>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RenkliGlgeleme-Vurgu3">
    <w:name w:val="Colorful Shading Accent 3"/>
    <w:basedOn w:val="NormalTablo"/>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RenkliGlgeleme-Vurgu4">
    <w:name w:val="Colorful Shading Accent 4"/>
    <w:basedOn w:val="NormalTablo"/>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RenkliGlgeleme-Vurgu5">
    <w:name w:val="Colorful Shading Accent 5"/>
    <w:basedOn w:val="NormalTablo"/>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RenkliGlgeleme-Vurgu6">
    <w:name w:val="Colorful Shading Accent 6"/>
    <w:basedOn w:val="NormalTablo"/>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RenkliListe">
    <w:name w:val="Colorful List"/>
    <w:basedOn w:val="NormalTablo"/>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RenkliListe-Vurgu1">
    <w:name w:val="Colorful List Accent 1"/>
    <w:basedOn w:val="NormalTablo"/>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RenkliListe-Vurgu2">
    <w:name w:val="Colorful List Accent 2"/>
    <w:basedOn w:val="NormalTablo"/>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RenkliListe-Vurgu3">
    <w:name w:val="Colorful List Accent 3"/>
    <w:basedOn w:val="NormalTablo"/>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RenkliListe-Vurgu4">
    <w:name w:val="Colorful List Accent 4"/>
    <w:basedOn w:val="NormalTablo"/>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RenkliListe-Vurgu5">
    <w:name w:val="Colorful List Accent 5"/>
    <w:basedOn w:val="NormalTablo"/>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RenkliListe-Vurgu6">
    <w:name w:val="Colorful List Accent 6"/>
    <w:basedOn w:val="NormalTablo"/>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RenkliKlavuz">
    <w:name w:val="Colorful Grid"/>
    <w:basedOn w:val="NormalTablo"/>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RenkliKlavuz-Vurgu1">
    <w:name w:val="Colorful Grid Accent 1"/>
    <w:basedOn w:val="NormalTablo"/>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RenkliKlavuz-Vurgu2">
    <w:name w:val="Colorful Grid Accent 2"/>
    <w:basedOn w:val="NormalTablo"/>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RenkliKlavuz-Vurgu3">
    <w:name w:val="Colorful Grid Accent 3"/>
    <w:basedOn w:val="NormalTablo"/>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RenkliKlavuz-Vurgu4">
    <w:name w:val="Colorful Grid Accent 4"/>
    <w:basedOn w:val="NormalTablo"/>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RenkliKlavuz-Vurgu5">
    <w:name w:val="Colorful Grid Accent 5"/>
    <w:basedOn w:val="NormalTablo"/>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RenkliKlavuz-Vurgu6">
    <w:name w:val="Colorful Grid Accent 6"/>
    <w:basedOn w:val="NormalTablo"/>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styleId="Kpr">
    <w:name w:val="Hyperlink"/>
    <w:basedOn w:val="VarsaylanParagrafYazTipi"/>
    <w:uiPriority w:val="99"/>
    <w:unhideWhenUsed/>
    <w:rsid w:val="00547774"/>
    <w:rPr>
      <w:color w:val="0000FF" w:themeColor="hyperlink"/>
      <w:u w:val="single"/>
    </w:rPr>
  </w:style>
  <w:style w:type="character" w:styleId="zmlenmeyenBahsetme">
    <w:name w:val="Unresolved Mention"/>
    <w:basedOn w:val="VarsaylanParagrafYazTipi"/>
    <w:uiPriority w:val="99"/>
    <w:semiHidden/>
    <w:unhideWhenUsed/>
    <w:rsid w:val="00547774"/>
    <w:rPr>
      <w:color w:val="605E5C"/>
      <w:shd w:val="clear" w:color="auto" w:fill="E1DFDD"/>
    </w:rPr>
  </w:style>
  <w:style w:type="paragraph" w:styleId="NormalWeb">
    <w:name w:val="Normal (Web)"/>
    <w:basedOn w:val="Normal"/>
    <w:uiPriority w:val="99"/>
    <w:unhideWhenUsed/>
    <w:rsid w:val="00AD4E83"/>
    <w:pPr>
      <w:spacing w:before="100" w:beforeAutospacing="1" w:after="100" w:afterAutospacing="1"/>
    </w:pPr>
    <w:rPr>
      <w:rFonts w:ascii="Times New Roman" w:eastAsia="Times New Roman" w:hAnsi="Times New Roman" w:cs="Times New Roman"/>
      <w:noProof w:val="0"/>
      <w:sz w:val="24"/>
      <w:szCs w:val="24"/>
      <w:lang w:val="tr-TR" w:eastAsia="tr-TR"/>
    </w:rPr>
  </w:style>
  <w:style w:type="table" w:customStyle="1" w:styleId="TableNormal1">
    <w:name w:val="Table Normal1"/>
    <w:uiPriority w:val="2"/>
    <w:semiHidden/>
    <w:unhideWhenUsed/>
    <w:qFormat/>
    <w:rsid w:val="004A7B1D"/>
    <w:pPr>
      <w:widowControl w:val="0"/>
      <w:autoSpaceDE w:val="0"/>
      <w:autoSpaceDN w:val="0"/>
      <w:spacing w:after="0" w:line="240" w:lineRule="auto"/>
    </w:pPr>
    <w:rPr>
      <w:rFonts w:eastAsiaTheme="minorHAnsi"/>
    </w:rPr>
    <w:tblPr>
      <w:tblInd w:w="0" w:type="dxa"/>
      <w:tblCellMar>
        <w:top w:w="0" w:type="dxa"/>
        <w:left w:w="0" w:type="dxa"/>
        <w:bottom w:w="0" w:type="dxa"/>
        <w:right w:w="0" w:type="dxa"/>
      </w:tblCellMar>
    </w:tblPr>
  </w:style>
  <w:style w:type="paragraph" w:customStyle="1" w:styleId="TableParagraph">
    <w:name w:val="Table Paragraph"/>
    <w:basedOn w:val="Normal"/>
    <w:uiPriority w:val="1"/>
    <w:qFormat/>
    <w:rsid w:val="004A7B1D"/>
    <w:pPr>
      <w:widowControl w:val="0"/>
      <w:autoSpaceDE w:val="0"/>
      <w:autoSpaceDN w:val="0"/>
      <w:ind w:left="108"/>
      <w:jc w:val="center"/>
    </w:pPr>
    <w:rPr>
      <w:rFonts w:ascii="Times New Roman" w:eastAsia="Times New Roman" w:hAnsi="Times New Roman" w:cs="Times New Roman"/>
      <w:noProof w:val="0"/>
      <w:sz w:val="22"/>
      <w:lang w:val="tr-T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53</TotalTime>
  <Pages>4</Pages>
  <Words>1443</Words>
  <Characters>8231</Characters>
  <Application>Microsoft Office Word</Application>
  <DocSecurity>0</DocSecurity>
  <Lines>68</Lines>
  <Paragraphs>19</Paragraphs>
  <ScaleCrop>false</ScaleCrop>
  <HeadingPairs>
    <vt:vector size="4" baseType="variant">
      <vt:variant>
        <vt:lpstr>Konu Başlığı</vt:lpstr>
      </vt:variant>
      <vt:variant>
        <vt:i4>1</vt:i4>
      </vt:variant>
      <vt:variant>
        <vt:lpstr>Title</vt:lpstr>
      </vt:variant>
      <vt:variant>
        <vt:i4>1</vt:i4>
      </vt:variant>
    </vt:vector>
  </HeadingPairs>
  <TitlesOfParts>
    <vt:vector size="2" baseType="lpstr">
      <vt:lpstr>MIM 312 - Mimari Proje VI Ders Programı</vt:lpstr>
      <vt:lpstr/>
    </vt:vector>
  </TitlesOfParts>
  <Manager/>
  <Company/>
  <LinksUpToDate>false</LinksUpToDate>
  <CharactersWithSpaces>9655</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MIM 312 - Mimari Proje VI Ders Programı</dc:title>
  <dc:subject>2020-2021 Bahar Yarıyılı</dc:subject>
  <dc:creator>Eda Nur</dc:creator>
  <cp:keywords/>
  <dc:description>generated by python-docx</dc:description>
  <cp:lastModifiedBy>Birgül Açıkyıldız</cp:lastModifiedBy>
  <cp:revision>29</cp:revision>
  <dcterms:created xsi:type="dcterms:W3CDTF">2026-09-21T09:46:00Z</dcterms:created>
  <dcterms:modified xsi:type="dcterms:W3CDTF">2026-10-11T17:22:00Z</dcterms:modified>
  <cp:category/>
</cp:coreProperties>
</file>