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B658D5" w14:textId="77777777" w:rsidR="00E16C3B" w:rsidRPr="00FA1EC8" w:rsidRDefault="00E16C3B" w:rsidP="00E81BB3">
      <w:pPr>
        <w:spacing w:after="120"/>
        <w:jc w:val="both"/>
        <w:rPr>
          <w:rFonts w:ascii="Times New Roman" w:hAnsi="Times New Roman" w:cs="Times New Roman"/>
          <w:b/>
          <w:bCs/>
          <w:sz w:val="22"/>
          <w:lang w:val="tr-TR"/>
        </w:rPr>
      </w:pPr>
      <w:r w:rsidRPr="00FA1EC8">
        <w:rPr>
          <w:rFonts w:ascii="Times New Roman" w:hAnsi="Times New Roman" w:cs="Times New Roman"/>
          <w:b/>
          <w:bCs/>
          <w:noProof/>
          <w:sz w:val="22"/>
          <w:lang w:val="tr-TR"/>
        </w:rPr>
        <w:drawing>
          <wp:anchor distT="0" distB="0" distL="114300" distR="114300" simplePos="0" relativeHeight="251659264" behindDoc="0" locked="0" layoutInCell="1" allowOverlap="1" wp14:anchorId="541AA22B" wp14:editId="1CCC3413">
            <wp:simplePos x="0" y="0"/>
            <wp:positionH relativeFrom="column">
              <wp:posOffset>5059045</wp:posOffset>
            </wp:positionH>
            <wp:positionV relativeFrom="paragraph">
              <wp:posOffset>182</wp:posOffset>
            </wp:positionV>
            <wp:extent cx="985520" cy="967740"/>
            <wp:effectExtent l="0" t="0" r="0" b="0"/>
            <wp:wrapSquare wrapText="bothSides"/>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35652"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55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C8">
        <w:rPr>
          <w:rFonts w:ascii="Times New Roman" w:hAnsi="Times New Roman" w:cs="Times New Roman"/>
          <w:b/>
          <w:bCs/>
          <w:sz w:val="22"/>
          <w:lang w:val="tr-TR"/>
        </w:rPr>
        <w:t xml:space="preserve">Dicle Üniversitesi – Mimarlık Bölümü                                                                               </w:t>
      </w:r>
    </w:p>
    <w:p w14:paraId="197A9C1A" w14:textId="5E7F4927" w:rsidR="00E16C3B" w:rsidRPr="00BA20AA" w:rsidRDefault="00E16C3B" w:rsidP="00E81BB3">
      <w:pPr>
        <w:spacing w:after="120"/>
        <w:jc w:val="both"/>
        <w:rPr>
          <w:rFonts w:ascii="Times New Roman" w:hAnsi="Times New Roman" w:cs="Times New Roman"/>
          <w:b/>
          <w:bCs/>
          <w:sz w:val="32"/>
          <w:szCs w:val="32"/>
          <w:lang w:val="tr-TR"/>
        </w:rPr>
      </w:pPr>
      <w:r w:rsidRPr="00BA20AA">
        <w:rPr>
          <w:rFonts w:ascii="Times New Roman" w:hAnsi="Times New Roman" w:cs="Times New Roman"/>
          <w:b/>
          <w:bCs/>
          <w:sz w:val="32"/>
          <w:szCs w:val="32"/>
          <w:lang w:val="tr-TR"/>
        </w:rPr>
        <w:t xml:space="preserve">MB </w:t>
      </w:r>
      <w:r>
        <w:rPr>
          <w:rFonts w:ascii="Times New Roman" w:hAnsi="Times New Roman" w:cs="Times New Roman"/>
          <w:b/>
          <w:bCs/>
          <w:sz w:val="32"/>
          <w:szCs w:val="32"/>
          <w:lang w:val="tr-TR"/>
        </w:rPr>
        <w:t>2</w:t>
      </w:r>
      <w:r w:rsidRPr="00BA20AA">
        <w:rPr>
          <w:rFonts w:ascii="Times New Roman" w:hAnsi="Times New Roman" w:cs="Times New Roman"/>
          <w:b/>
          <w:bCs/>
          <w:sz w:val="32"/>
          <w:szCs w:val="32"/>
          <w:lang w:val="tr-TR"/>
        </w:rPr>
        <w:t>01 - Mimari Proje I</w:t>
      </w:r>
      <w:r>
        <w:rPr>
          <w:rFonts w:ascii="Times New Roman" w:hAnsi="Times New Roman" w:cs="Times New Roman"/>
          <w:b/>
          <w:bCs/>
          <w:sz w:val="32"/>
          <w:szCs w:val="32"/>
          <w:lang w:val="tr-TR"/>
        </w:rPr>
        <w:t>II</w:t>
      </w:r>
    </w:p>
    <w:p w14:paraId="0FC3582E" w14:textId="77777777" w:rsidR="00E16C3B" w:rsidRPr="00FA1EC8" w:rsidRDefault="00E16C3B" w:rsidP="00E16C3B">
      <w:pPr>
        <w:spacing w:after="120"/>
        <w:jc w:val="both"/>
        <w:rPr>
          <w:rFonts w:ascii="Times New Roman" w:hAnsi="Times New Roman" w:cs="Times New Roman"/>
          <w:b/>
          <w:bCs/>
          <w:sz w:val="22"/>
          <w:lang w:val="tr-TR"/>
        </w:rPr>
      </w:pPr>
      <w:r w:rsidRPr="00FA1EC8">
        <w:rPr>
          <w:rFonts w:ascii="Times New Roman" w:hAnsi="Times New Roman" w:cs="Times New Roman"/>
          <w:b/>
          <w:bCs/>
          <w:sz w:val="22"/>
          <w:lang w:val="tr-TR"/>
        </w:rPr>
        <w:t>Ders Programı | 2026-2027 Güz Yarıyılı</w:t>
      </w:r>
    </w:p>
    <w:tbl>
      <w:tblPr>
        <w:tblW w:w="9398" w:type="dxa"/>
        <w:jc w:val="center"/>
        <w:tblLayout w:type="fixed"/>
        <w:tblLook w:val="04A0" w:firstRow="1" w:lastRow="0" w:firstColumn="1" w:lastColumn="0" w:noHBand="0" w:noVBand="1"/>
      </w:tblPr>
      <w:tblGrid>
        <w:gridCol w:w="4409"/>
        <w:gridCol w:w="4989"/>
      </w:tblGrid>
      <w:tr w:rsidR="00193C48" w:rsidRPr="00E16C3B" w14:paraId="760FA350" w14:textId="77777777" w:rsidTr="00EC55B9">
        <w:trPr>
          <w:jc w:val="center"/>
        </w:trPr>
        <w:tc>
          <w:tcPr>
            <w:tcW w:w="4409" w:type="dxa"/>
            <w:tcBorders>
              <w:top w:val="nil"/>
              <w:left w:val="nil"/>
              <w:bottom w:val="nil"/>
              <w:right w:val="nil"/>
            </w:tcBorders>
            <w:tcMar>
              <w:top w:w="0" w:type="dxa"/>
              <w:left w:w="0" w:type="dxa"/>
              <w:bottom w:w="0" w:type="dxa"/>
              <w:right w:w="0" w:type="dxa"/>
            </w:tcMar>
          </w:tcPr>
          <w:p w14:paraId="3BCB4C09" w14:textId="77777777" w:rsidR="00193C48" w:rsidRPr="00E16C3B" w:rsidRDefault="00193C48" w:rsidP="00B83950">
            <w:pPr>
              <w:spacing w:line="276" w:lineRule="auto"/>
              <w:rPr>
                <w:rFonts w:ascii="Times New Roman" w:eastAsiaTheme="minorHAnsi" w:hAnsi="Times New Roman" w:cs="Times New Roman"/>
                <w:kern w:val="2"/>
                <w:sz w:val="20"/>
                <w:szCs w:val="20"/>
                <w:lang w:val="tr-TR"/>
                <w14:ligatures w14:val="standardContextual"/>
              </w:rPr>
            </w:pPr>
          </w:p>
          <w:tbl>
            <w:tblPr>
              <w:tblW w:w="0" w:type="auto"/>
              <w:tblLayout w:type="fixed"/>
              <w:tblLook w:val="04A0" w:firstRow="1" w:lastRow="0" w:firstColumn="1" w:lastColumn="0" w:noHBand="0" w:noVBand="1"/>
            </w:tblPr>
            <w:tblGrid>
              <w:gridCol w:w="4989"/>
            </w:tblGrid>
            <w:tr w:rsidR="00193C48" w:rsidRPr="008D02E5" w14:paraId="49B12965" w14:textId="77777777">
              <w:tc>
                <w:tcPr>
                  <w:tcW w:w="4989" w:type="dxa"/>
                  <w:tcMar>
                    <w:top w:w="35" w:type="dxa"/>
                    <w:left w:w="70" w:type="dxa"/>
                    <w:bottom w:w="35" w:type="dxa"/>
                    <w:right w:w="70" w:type="dxa"/>
                  </w:tcMar>
                  <w:vAlign w:val="center"/>
                </w:tcPr>
                <w:p w14:paraId="0130D6E8" w14:textId="1D117B41" w:rsidR="00193C48" w:rsidRPr="008D02E5"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8D02E5">
                    <w:rPr>
                      <w:rFonts w:ascii="Times New Roman" w:eastAsiaTheme="minorHAnsi" w:hAnsi="Times New Roman" w:cs="Times New Roman"/>
                      <w:kern w:val="2"/>
                      <w:sz w:val="20"/>
                      <w:szCs w:val="20"/>
                      <w:lang w:val="tr-TR"/>
                      <w14:ligatures w14:val="standardContextual"/>
                    </w:rPr>
                    <w:t xml:space="preserve">Dersin Günü ve Saati: </w:t>
                  </w:r>
                  <w:r w:rsidR="00547774" w:rsidRPr="008D02E5">
                    <w:rPr>
                      <w:rFonts w:ascii="Times New Roman" w:eastAsiaTheme="minorHAnsi" w:hAnsi="Times New Roman" w:cs="Times New Roman"/>
                      <w:kern w:val="2"/>
                      <w:sz w:val="20"/>
                      <w:szCs w:val="20"/>
                      <w:lang w:val="tr-TR"/>
                      <w14:ligatures w14:val="standardContextual"/>
                    </w:rPr>
                    <w:t>Salı</w:t>
                  </w:r>
                  <w:r w:rsidRPr="008D02E5">
                    <w:rPr>
                      <w:rFonts w:ascii="Times New Roman" w:eastAsiaTheme="minorHAnsi" w:hAnsi="Times New Roman" w:cs="Times New Roman"/>
                      <w:kern w:val="2"/>
                      <w:sz w:val="20"/>
                      <w:szCs w:val="20"/>
                      <w:lang w:val="tr-TR"/>
                      <w14:ligatures w14:val="standardContextual"/>
                    </w:rPr>
                    <w:t xml:space="preserve"> </w:t>
                  </w:r>
                  <w:r w:rsidR="00547774" w:rsidRPr="008D02E5">
                    <w:rPr>
                      <w:rFonts w:ascii="Times New Roman" w:eastAsiaTheme="minorHAnsi" w:hAnsi="Times New Roman" w:cs="Times New Roman"/>
                      <w:kern w:val="2"/>
                      <w:sz w:val="20"/>
                      <w:szCs w:val="20"/>
                      <w:lang w:val="tr-TR"/>
                      <w14:ligatures w14:val="standardContextual"/>
                    </w:rPr>
                    <w:t>08</w:t>
                  </w:r>
                  <w:r w:rsidRPr="008D02E5">
                    <w:rPr>
                      <w:rFonts w:ascii="Times New Roman" w:eastAsiaTheme="minorHAnsi" w:hAnsi="Times New Roman" w:cs="Times New Roman"/>
                      <w:kern w:val="2"/>
                      <w:sz w:val="20"/>
                      <w:szCs w:val="20"/>
                      <w:lang w:val="tr-TR"/>
                      <w14:ligatures w14:val="standardContextual"/>
                    </w:rPr>
                    <w:t>.30-</w:t>
                  </w:r>
                  <w:r w:rsidR="00547774" w:rsidRPr="008D02E5">
                    <w:rPr>
                      <w:rFonts w:ascii="Times New Roman" w:eastAsiaTheme="minorHAnsi" w:hAnsi="Times New Roman" w:cs="Times New Roman"/>
                      <w:kern w:val="2"/>
                      <w:sz w:val="20"/>
                      <w:szCs w:val="20"/>
                      <w:lang w:val="tr-TR"/>
                      <w14:ligatures w14:val="standardContextual"/>
                    </w:rPr>
                    <w:t>16-50</w:t>
                  </w:r>
                </w:p>
              </w:tc>
            </w:tr>
            <w:tr w:rsidR="00193C48" w:rsidRPr="008D02E5" w14:paraId="5903C7B3" w14:textId="77777777">
              <w:tc>
                <w:tcPr>
                  <w:tcW w:w="4989" w:type="dxa"/>
                  <w:tcMar>
                    <w:top w:w="35" w:type="dxa"/>
                    <w:left w:w="70" w:type="dxa"/>
                    <w:bottom w:w="35" w:type="dxa"/>
                    <w:right w:w="70" w:type="dxa"/>
                  </w:tcMar>
                  <w:vAlign w:val="center"/>
                </w:tcPr>
                <w:p w14:paraId="4AF7F0F3" w14:textId="77777777" w:rsidR="00193C48" w:rsidRPr="008D02E5"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8D02E5">
                    <w:rPr>
                      <w:rFonts w:ascii="Times New Roman" w:eastAsiaTheme="minorHAnsi" w:hAnsi="Times New Roman" w:cs="Times New Roman"/>
                      <w:kern w:val="2"/>
                      <w:sz w:val="20"/>
                      <w:szCs w:val="20"/>
                      <w:lang w:val="tr-TR"/>
                      <w14:ligatures w14:val="standardContextual"/>
                    </w:rPr>
                    <w:t xml:space="preserve">Derslik: </w:t>
                  </w:r>
                  <w:r w:rsidR="0015683B" w:rsidRPr="008D02E5">
                    <w:rPr>
                      <w:rFonts w:ascii="Times New Roman" w:eastAsiaTheme="minorHAnsi" w:hAnsi="Times New Roman" w:cs="Times New Roman"/>
                      <w:kern w:val="2"/>
                      <w:sz w:val="20"/>
                      <w:szCs w:val="20"/>
                      <w:lang w:val="tr-TR"/>
                      <w14:ligatures w14:val="standardContextual"/>
                    </w:rPr>
                    <w:t>ED-Z-17 (4001)</w:t>
                  </w:r>
                </w:p>
                <w:p w14:paraId="2C8DDA7D" w14:textId="18DD9927" w:rsidR="0015683B" w:rsidRPr="008D02E5" w:rsidRDefault="0015683B" w:rsidP="00B83950">
                  <w:pPr>
                    <w:spacing w:line="276" w:lineRule="auto"/>
                    <w:rPr>
                      <w:rFonts w:ascii="Times New Roman" w:eastAsiaTheme="minorHAnsi" w:hAnsi="Times New Roman" w:cs="Times New Roman"/>
                      <w:kern w:val="2"/>
                      <w:sz w:val="20"/>
                      <w:szCs w:val="20"/>
                      <w:lang w:val="tr-TR"/>
                      <w14:ligatures w14:val="standardContextual"/>
                    </w:rPr>
                  </w:pPr>
                  <w:r w:rsidRPr="008D02E5">
                    <w:rPr>
                      <w:rFonts w:ascii="Times New Roman" w:eastAsiaTheme="minorHAnsi" w:hAnsi="Times New Roman" w:cs="Times New Roman"/>
                      <w:kern w:val="2"/>
                      <w:sz w:val="20"/>
                      <w:szCs w:val="20"/>
                      <w:lang w:val="tr-TR"/>
                      <w14:ligatures w14:val="standardContextual"/>
                    </w:rPr>
                    <w:t xml:space="preserve">              ED-Z-16 (4003)</w:t>
                  </w:r>
                </w:p>
              </w:tc>
            </w:tr>
            <w:tr w:rsidR="00193C48" w:rsidRPr="008D02E5" w14:paraId="024CB979" w14:textId="77777777">
              <w:tc>
                <w:tcPr>
                  <w:tcW w:w="4989" w:type="dxa"/>
                  <w:tcMar>
                    <w:top w:w="35" w:type="dxa"/>
                    <w:left w:w="70" w:type="dxa"/>
                    <w:bottom w:w="35" w:type="dxa"/>
                    <w:right w:w="70" w:type="dxa"/>
                  </w:tcMar>
                  <w:vAlign w:val="center"/>
                </w:tcPr>
                <w:p w14:paraId="0110F326" w14:textId="09B71DA6" w:rsidR="00193C48" w:rsidRPr="008D02E5"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8D02E5">
                    <w:rPr>
                      <w:rFonts w:ascii="Times New Roman" w:eastAsiaTheme="minorHAnsi" w:hAnsi="Times New Roman" w:cs="Times New Roman"/>
                      <w:kern w:val="2"/>
                      <w:sz w:val="20"/>
                      <w:szCs w:val="20"/>
                      <w:lang w:val="tr-TR"/>
                      <w14:ligatures w14:val="standardContextual"/>
                    </w:rPr>
                    <w:t xml:space="preserve">Dersin Kredisi: </w:t>
                  </w:r>
                  <w:r w:rsidR="00547774" w:rsidRPr="008D02E5">
                    <w:rPr>
                      <w:rFonts w:ascii="Times New Roman" w:eastAsiaTheme="minorHAnsi" w:hAnsi="Times New Roman" w:cs="Times New Roman"/>
                      <w:kern w:val="2"/>
                      <w:sz w:val="20"/>
                      <w:szCs w:val="20"/>
                      <w:lang w:val="tr-TR"/>
                      <w14:ligatures w14:val="standardContextual"/>
                    </w:rPr>
                    <w:t>6</w:t>
                  </w:r>
                  <w:r w:rsidRPr="008D02E5">
                    <w:rPr>
                      <w:rFonts w:ascii="Times New Roman" w:eastAsiaTheme="minorHAnsi" w:hAnsi="Times New Roman" w:cs="Times New Roman"/>
                      <w:kern w:val="2"/>
                      <w:sz w:val="20"/>
                      <w:szCs w:val="20"/>
                      <w:lang w:val="tr-TR"/>
                      <w14:ligatures w14:val="standardContextual"/>
                    </w:rPr>
                    <w:t xml:space="preserve"> (AKTS </w:t>
                  </w:r>
                  <w:r w:rsidR="00547774" w:rsidRPr="008D02E5">
                    <w:rPr>
                      <w:rFonts w:ascii="Times New Roman" w:eastAsiaTheme="minorHAnsi" w:hAnsi="Times New Roman" w:cs="Times New Roman"/>
                      <w:kern w:val="2"/>
                      <w:sz w:val="20"/>
                      <w:szCs w:val="20"/>
                      <w:lang w:val="tr-TR"/>
                      <w14:ligatures w14:val="standardContextual"/>
                    </w:rPr>
                    <w:t>12</w:t>
                  </w:r>
                  <w:r w:rsidRPr="008D02E5">
                    <w:rPr>
                      <w:rFonts w:ascii="Times New Roman" w:eastAsiaTheme="minorHAnsi" w:hAnsi="Times New Roman" w:cs="Times New Roman"/>
                      <w:kern w:val="2"/>
                      <w:sz w:val="20"/>
                      <w:szCs w:val="20"/>
                      <w:lang w:val="tr-TR"/>
                      <w14:ligatures w14:val="standardContextual"/>
                    </w:rPr>
                    <w:t>)</w:t>
                  </w:r>
                </w:p>
              </w:tc>
            </w:tr>
            <w:tr w:rsidR="00193C48" w:rsidRPr="008D02E5" w14:paraId="0159D1AA" w14:textId="77777777">
              <w:tc>
                <w:tcPr>
                  <w:tcW w:w="4989" w:type="dxa"/>
                  <w:tcMar>
                    <w:top w:w="35" w:type="dxa"/>
                    <w:left w:w="70" w:type="dxa"/>
                    <w:bottom w:w="35" w:type="dxa"/>
                    <w:right w:w="70" w:type="dxa"/>
                  </w:tcMar>
                  <w:vAlign w:val="center"/>
                </w:tcPr>
                <w:p w14:paraId="54740111" w14:textId="15A6BBA3" w:rsidR="00193C48" w:rsidRPr="008D02E5" w:rsidRDefault="00193C48" w:rsidP="00B83950">
                  <w:pPr>
                    <w:spacing w:line="276" w:lineRule="auto"/>
                    <w:rPr>
                      <w:rFonts w:ascii="Times New Roman" w:eastAsiaTheme="minorHAnsi" w:hAnsi="Times New Roman" w:cs="Times New Roman"/>
                      <w:kern w:val="2"/>
                      <w:sz w:val="20"/>
                      <w:szCs w:val="20"/>
                      <w:lang w:val="tr-TR"/>
                      <w14:ligatures w14:val="standardContextual"/>
                    </w:rPr>
                  </w:pPr>
                </w:p>
              </w:tc>
            </w:tr>
          </w:tbl>
          <w:p w14:paraId="6DCD21E0" w14:textId="77777777" w:rsidR="00193C48" w:rsidRPr="00E16C3B" w:rsidRDefault="00193C48" w:rsidP="00B83950">
            <w:pPr>
              <w:spacing w:line="276" w:lineRule="auto"/>
              <w:rPr>
                <w:rFonts w:ascii="Times New Roman" w:eastAsiaTheme="minorHAnsi" w:hAnsi="Times New Roman" w:cs="Times New Roman"/>
                <w:kern w:val="2"/>
                <w:sz w:val="20"/>
                <w:szCs w:val="20"/>
                <w:lang w:val="tr-TR"/>
                <w14:ligatures w14:val="standardContextual"/>
              </w:rPr>
            </w:pPr>
          </w:p>
        </w:tc>
        <w:tc>
          <w:tcPr>
            <w:tcW w:w="4989" w:type="dxa"/>
            <w:tcBorders>
              <w:top w:val="nil"/>
              <w:left w:val="nil"/>
              <w:bottom w:val="nil"/>
              <w:right w:val="nil"/>
            </w:tcBorders>
            <w:tcMar>
              <w:top w:w="0" w:type="dxa"/>
              <w:left w:w="0" w:type="dxa"/>
              <w:bottom w:w="0" w:type="dxa"/>
              <w:right w:w="0" w:type="dxa"/>
            </w:tcMar>
          </w:tcPr>
          <w:p w14:paraId="71997447" w14:textId="77777777" w:rsidR="00193C48" w:rsidRPr="00E16C3B" w:rsidRDefault="00193C48" w:rsidP="00B83950">
            <w:pPr>
              <w:spacing w:line="276" w:lineRule="auto"/>
              <w:rPr>
                <w:rFonts w:ascii="Times New Roman" w:eastAsiaTheme="minorHAnsi" w:hAnsi="Times New Roman" w:cs="Times New Roman"/>
                <w:kern w:val="2"/>
                <w:sz w:val="20"/>
                <w:szCs w:val="20"/>
                <w:lang w:val="tr-TR"/>
                <w14:ligatures w14:val="standardContextual"/>
              </w:rPr>
            </w:pPr>
          </w:p>
          <w:tbl>
            <w:tblPr>
              <w:tblW w:w="0" w:type="auto"/>
              <w:tblLayout w:type="fixed"/>
              <w:tblLook w:val="04A0" w:firstRow="1" w:lastRow="0" w:firstColumn="1" w:lastColumn="0" w:noHBand="0" w:noVBand="1"/>
            </w:tblPr>
            <w:tblGrid>
              <w:gridCol w:w="4989"/>
            </w:tblGrid>
            <w:tr w:rsidR="00193C48" w:rsidRPr="00E16C3B" w14:paraId="79443F9C" w14:textId="77777777">
              <w:tc>
                <w:tcPr>
                  <w:tcW w:w="4989" w:type="dxa"/>
                  <w:tcMar>
                    <w:top w:w="35" w:type="dxa"/>
                    <w:left w:w="70" w:type="dxa"/>
                    <w:bottom w:w="35" w:type="dxa"/>
                    <w:right w:w="70" w:type="dxa"/>
                  </w:tcMar>
                  <w:vAlign w:val="center"/>
                </w:tcPr>
                <w:p w14:paraId="270EAE5F" w14:textId="2F0EC384" w:rsidR="00193C48" w:rsidRPr="00E16C3B"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Ders</w:t>
                  </w:r>
                  <w:r w:rsidR="0072105C" w:rsidRPr="00E16C3B">
                    <w:rPr>
                      <w:rFonts w:ascii="Times New Roman" w:eastAsiaTheme="minorHAnsi" w:hAnsi="Times New Roman" w:cs="Times New Roman"/>
                      <w:kern w:val="2"/>
                      <w:sz w:val="20"/>
                      <w:szCs w:val="20"/>
                      <w:lang w:val="tr-TR"/>
                      <w14:ligatures w14:val="standardContextual"/>
                    </w:rPr>
                    <w:t xml:space="preserve"> Koordinatörü</w:t>
                  </w:r>
                  <w:r w:rsidRPr="00E16C3B">
                    <w:rPr>
                      <w:rFonts w:ascii="Times New Roman" w:eastAsiaTheme="minorHAnsi" w:hAnsi="Times New Roman" w:cs="Times New Roman"/>
                      <w:kern w:val="2"/>
                      <w:sz w:val="20"/>
                      <w:szCs w:val="20"/>
                      <w:lang w:val="tr-TR"/>
                      <w14:ligatures w14:val="standardContextual"/>
                    </w:rPr>
                    <w:t xml:space="preserve">: Prof. Dr. </w:t>
                  </w:r>
                  <w:r w:rsidR="00547774" w:rsidRPr="00E16C3B">
                    <w:rPr>
                      <w:rFonts w:ascii="Times New Roman" w:eastAsiaTheme="minorHAnsi" w:hAnsi="Times New Roman" w:cs="Times New Roman"/>
                      <w:kern w:val="2"/>
                      <w:sz w:val="20"/>
                      <w:szCs w:val="20"/>
                      <w:lang w:val="tr-TR"/>
                      <w14:ligatures w14:val="standardContextual"/>
                    </w:rPr>
                    <w:t>Kamuran SAMİ</w:t>
                  </w:r>
                </w:p>
              </w:tc>
            </w:tr>
            <w:tr w:rsidR="00193C48" w:rsidRPr="00E16C3B" w14:paraId="7736A01F" w14:textId="77777777">
              <w:tc>
                <w:tcPr>
                  <w:tcW w:w="4989" w:type="dxa"/>
                  <w:tcMar>
                    <w:top w:w="35" w:type="dxa"/>
                    <w:left w:w="70" w:type="dxa"/>
                    <w:bottom w:w="35" w:type="dxa"/>
                    <w:right w:w="70" w:type="dxa"/>
                  </w:tcMar>
                  <w:vAlign w:val="center"/>
                </w:tcPr>
                <w:p w14:paraId="4A49405A" w14:textId="2ADFD6FA" w:rsidR="00193C48" w:rsidRPr="00E16C3B"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e-posta: </w:t>
                  </w:r>
                  <w:r w:rsidR="00547774" w:rsidRPr="00E16C3B">
                    <w:rPr>
                      <w:rFonts w:ascii="Times New Roman" w:eastAsiaTheme="minorHAnsi" w:hAnsi="Times New Roman" w:cs="Times New Roman"/>
                      <w:kern w:val="2"/>
                      <w:sz w:val="20"/>
                      <w:szCs w:val="20"/>
                      <w:lang w:val="tr-TR"/>
                      <w14:ligatures w14:val="standardContextual"/>
                    </w:rPr>
                    <w:t>ksami@dicle.edu.tr</w:t>
                  </w:r>
                </w:p>
              </w:tc>
            </w:tr>
            <w:tr w:rsidR="00193C48" w:rsidRPr="00E16C3B" w14:paraId="5D3FD598" w14:textId="77777777">
              <w:tc>
                <w:tcPr>
                  <w:tcW w:w="4989" w:type="dxa"/>
                  <w:tcMar>
                    <w:top w:w="35" w:type="dxa"/>
                    <w:left w:w="70" w:type="dxa"/>
                    <w:bottom w:w="35" w:type="dxa"/>
                    <w:right w:w="70" w:type="dxa"/>
                  </w:tcMar>
                  <w:vAlign w:val="center"/>
                </w:tcPr>
                <w:p w14:paraId="05A9C6E4" w14:textId="7878B060" w:rsidR="00193C48" w:rsidRPr="00E16C3B"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Ofis no: </w:t>
                  </w:r>
                  <w:r w:rsidR="00547774" w:rsidRPr="00E16C3B">
                    <w:rPr>
                      <w:rFonts w:ascii="Times New Roman" w:eastAsiaTheme="minorHAnsi" w:hAnsi="Times New Roman" w:cs="Times New Roman"/>
                      <w:kern w:val="2"/>
                      <w:sz w:val="20"/>
                      <w:szCs w:val="20"/>
                      <w:lang w:val="tr-TR"/>
                      <w14:ligatures w14:val="standardContextual"/>
                    </w:rPr>
                    <w:t>4221</w:t>
                  </w:r>
                </w:p>
              </w:tc>
            </w:tr>
            <w:tr w:rsidR="00193C48" w:rsidRPr="00E16C3B" w14:paraId="050ED690" w14:textId="77777777">
              <w:tc>
                <w:tcPr>
                  <w:tcW w:w="4989" w:type="dxa"/>
                  <w:tcBorders>
                    <w:top w:val="nil"/>
                    <w:left w:val="nil"/>
                    <w:bottom w:val="nil"/>
                    <w:right w:val="nil"/>
                  </w:tcBorders>
                  <w:tcMar>
                    <w:top w:w="35" w:type="dxa"/>
                    <w:left w:w="70" w:type="dxa"/>
                    <w:bottom w:w="35" w:type="dxa"/>
                    <w:right w:w="70" w:type="dxa"/>
                  </w:tcMar>
                  <w:vAlign w:val="center"/>
                </w:tcPr>
                <w:p w14:paraId="74F20DF8" w14:textId="77777777" w:rsidR="00193C48" w:rsidRPr="00E16C3B" w:rsidRDefault="00193C48" w:rsidP="00B83950">
                  <w:pPr>
                    <w:spacing w:line="276" w:lineRule="auto"/>
                    <w:rPr>
                      <w:rFonts w:ascii="Times New Roman" w:eastAsiaTheme="minorHAnsi" w:hAnsi="Times New Roman" w:cs="Times New Roman"/>
                      <w:kern w:val="2"/>
                      <w:sz w:val="20"/>
                      <w:szCs w:val="20"/>
                      <w:lang w:val="tr-TR"/>
                      <w14:ligatures w14:val="standardContextual"/>
                    </w:rPr>
                  </w:pPr>
                </w:p>
              </w:tc>
            </w:tr>
            <w:tr w:rsidR="00193C48" w:rsidRPr="00E16C3B" w14:paraId="2348AE01" w14:textId="77777777">
              <w:tc>
                <w:tcPr>
                  <w:tcW w:w="4989" w:type="dxa"/>
                  <w:tcMar>
                    <w:top w:w="35" w:type="dxa"/>
                    <w:left w:w="70" w:type="dxa"/>
                    <w:bottom w:w="35" w:type="dxa"/>
                    <w:right w:w="70" w:type="dxa"/>
                  </w:tcMar>
                  <w:vAlign w:val="center"/>
                </w:tcPr>
                <w:p w14:paraId="254A0258" w14:textId="5327949A" w:rsidR="00193C48" w:rsidRPr="00E16C3B"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Dersin Asistanı: Ar</w:t>
                  </w:r>
                  <w:r w:rsidR="005B06B8" w:rsidRPr="00E16C3B">
                    <w:rPr>
                      <w:rFonts w:ascii="Times New Roman" w:eastAsiaTheme="minorHAnsi" w:hAnsi="Times New Roman" w:cs="Times New Roman"/>
                      <w:kern w:val="2"/>
                      <w:sz w:val="20"/>
                      <w:szCs w:val="20"/>
                      <w:lang w:val="tr-TR"/>
                      <w14:ligatures w14:val="standardContextual"/>
                    </w:rPr>
                    <w:t>ş</w:t>
                  </w:r>
                  <w:r w:rsidRPr="00E16C3B">
                    <w:rPr>
                      <w:rFonts w:ascii="Times New Roman" w:eastAsiaTheme="minorHAnsi" w:hAnsi="Times New Roman" w:cs="Times New Roman"/>
                      <w:kern w:val="2"/>
                      <w:sz w:val="20"/>
                      <w:szCs w:val="20"/>
                      <w:lang w:val="tr-TR"/>
                      <w14:ligatures w14:val="standardContextual"/>
                    </w:rPr>
                    <w:t xml:space="preserve">. Gör. </w:t>
                  </w:r>
                  <w:r w:rsidR="00547774" w:rsidRPr="00E16C3B">
                    <w:rPr>
                      <w:rFonts w:ascii="Times New Roman" w:eastAsiaTheme="minorHAnsi" w:hAnsi="Times New Roman" w:cs="Times New Roman"/>
                      <w:kern w:val="2"/>
                      <w:sz w:val="20"/>
                      <w:szCs w:val="20"/>
                      <w:lang w:val="tr-TR"/>
                      <w14:ligatures w14:val="standardContextual"/>
                    </w:rPr>
                    <w:t>Özge LALE</w:t>
                  </w:r>
                </w:p>
              </w:tc>
            </w:tr>
            <w:tr w:rsidR="00193C48" w:rsidRPr="00E16C3B" w14:paraId="0AECBF39" w14:textId="77777777">
              <w:tc>
                <w:tcPr>
                  <w:tcW w:w="4989" w:type="dxa"/>
                  <w:tcMar>
                    <w:top w:w="35" w:type="dxa"/>
                    <w:left w:w="70" w:type="dxa"/>
                    <w:bottom w:w="35" w:type="dxa"/>
                    <w:right w:w="70" w:type="dxa"/>
                  </w:tcMar>
                  <w:vAlign w:val="center"/>
                </w:tcPr>
                <w:p w14:paraId="36483381" w14:textId="13DADDE2" w:rsidR="00193C48" w:rsidRPr="00E16C3B" w:rsidRDefault="00000000" w:rsidP="00B83950">
                  <w:pPr>
                    <w:spacing w:line="276" w:lineRule="auto"/>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e-posta: </w:t>
                  </w:r>
                  <w:r w:rsidR="00547774" w:rsidRPr="00E16C3B">
                    <w:rPr>
                      <w:rFonts w:ascii="Times New Roman" w:eastAsiaTheme="minorHAnsi" w:hAnsi="Times New Roman" w:cs="Times New Roman"/>
                      <w:kern w:val="2"/>
                      <w:sz w:val="20"/>
                      <w:szCs w:val="20"/>
                      <w:lang w:val="tr-TR"/>
                      <w14:ligatures w14:val="standardContextual"/>
                    </w:rPr>
                    <w:t>ozgesengul93@hotmail.com</w:t>
                  </w:r>
                  <w:r w:rsidRPr="00E16C3B">
                    <w:rPr>
                      <w:rFonts w:ascii="Times New Roman" w:eastAsiaTheme="minorHAnsi" w:hAnsi="Times New Roman" w:cs="Times New Roman"/>
                      <w:kern w:val="2"/>
                      <w:sz w:val="20"/>
                      <w:szCs w:val="20"/>
                      <w:lang w:val="tr-TR"/>
                      <w14:ligatures w14:val="standardContextual"/>
                    </w:rPr>
                    <w:br/>
                    <w:t xml:space="preserve">Ofis no: </w:t>
                  </w:r>
                  <w:r w:rsidR="00547774" w:rsidRPr="00E16C3B">
                    <w:rPr>
                      <w:rFonts w:ascii="Times New Roman" w:eastAsiaTheme="minorHAnsi" w:hAnsi="Times New Roman" w:cs="Times New Roman"/>
                      <w:kern w:val="2"/>
                      <w:sz w:val="20"/>
                      <w:szCs w:val="20"/>
                      <w:lang w:val="tr-TR"/>
                      <w14:ligatures w14:val="standardContextual"/>
                    </w:rPr>
                    <w:t>4321</w:t>
                  </w:r>
                </w:p>
              </w:tc>
            </w:tr>
          </w:tbl>
          <w:p w14:paraId="37709BA4" w14:textId="77777777" w:rsidR="00193C48" w:rsidRPr="00E16C3B" w:rsidRDefault="00193C48" w:rsidP="00B83950">
            <w:pPr>
              <w:spacing w:line="276" w:lineRule="auto"/>
              <w:rPr>
                <w:rFonts w:ascii="Times New Roman" w:eastAsiaTheme="minorHAnsi" w:hAnsi="Times New Roman" w:cs="Times New Roman"/>
                <w:kern w:val="2"/>
                <w:sz w:val="20"/>
                <w:szCs w:val="20"/>
                <w:lang w:val="tr-TR"/>
                <w14:ligatures w14:val="standardContextual"/>
              </w:rPr>
            </w:pPr>
          </w:p>
        </w:tc>
      </w:tr>
    </w:tbl>
    <w:p w14:paraId="34BE2ADE" w14:textId="77777777" w:rsidR="00C37E24" w:rsidRPr="00E16C3B" w:rsidRDefault="00C37E24" w:rsidP="00E16C3B">
      <w:pPr>
        <w:spacing w:after="120"/>
        <w:jc w:val="both"/>
        <w:rPr>
          <w:rFonts w:ascii="Times New Roman" w:eastAsiaTheme="minorHAnsi" w:hAnsi="Times New Roman" w:cs="Times New Roman"/>
          <w:b/>
          <w:bCs/>
          <w:kern w:val="2"/>
          <w:sz w:val="20"/>
          <w:szCs w:val="20"/>
          <w:lang w:val="tr-TR"/>
          <w14:ligatures w14:val="standardContextual"/>
        </w:rPr>
      </w:pPr>
    </w:p>
    <w:p w14:paraId="6C144A03" w14:textId="6BF1C276" w:rsidR="003F3BEB" w:rsidRPr="00E16C3B" w:rsidRDefault="00000000" w:rsidP="00E16C3B">
      <w:pPr>
        <w:spacing w:after="120"/>
        <w:jc w:val="both"/>
        <w:rPr>
          <w:rFonts w:ascii="Times New Roman" w:eastAsiaTheme="minorHAnsi" w:hAnsi="Times New Roman" w:cs="Times New Roman"/>
          <w:b/>
          <w:bCs/>
          <w:kern w:val="2"/>
          <w:sz w:val="20"/>
          <w:szCs w:val="20"/>
          <w:lang w:val="tr-TR"/>
          <w14:ligatures w14:val="standardContextual"/>
        </w:rPr>
      </w:pPr>
      <w:r w:rsidRPr="00E16C3B">
        <w:rPr>
          <w:rFonts w:ascii="Times New Roman" w:eastAsiaTheme="minorHAnsi" w:hAnsi="Times New Roman" w:cs="Times New Roman"/>
          <w:b/>
          <w:bCs/>
          <w:kern w:val="2"/>
          <w:sz w:val="20"/>
          <w:szCs w:val="20"/>
          <w:lang w:val="tr-TR"/>
          <w14:ligatures w14:val="standardContextual"/>
        </w:rPr>
        <w:t>Proje Konusunun Tanımı</w:t>
      </w:r>
    </w:p>
    <w:p w14:paraId="01C8C9DA" w14:textId="04FED7F8" w:rsidR="007173F3" w:rsidRPr="00E16C3B" w:rsidRDefault="00292234" w:rsidP="00E16C3B">
      <w:pPr>
        <w:spacing w:after="120"/>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Bu yarıyılda Mimari Proje 201 kapsamında proje konusu “Moda Tasarım Okulu” olarak belirlenmiştir. Proje ile moda tasarımına ilişkin tasarlama, öğrenme, üretme, geliştirme, sergileme ve paylaşma eylemlerinin bir arada gerçekleştiği küçük ölçekli bir eğitim yapısının tasarlanması amaçlanmaktadır. Moda tasarımının ilk fikir ve çizim aşamasından dijital tasarıma; kalıp oluşturma, tekstil tasarımı ve kesimden dikiş, konfeksiyon, baskı, boyama ve prototip üretimine; üretilen tasarımların sergilenmesi, defile ile sunulması ve fotoğraflanmasına kadar uzanan süreci, farklı nitelikteki mekânlar arasında ilişkiler kurulmasına olanak sağlayan temel tasarım girdisi olarak ele alınacaktır.</w:t>
      </w:r>
    </w:p>
    <w:p w14:paraId="5C9D131E" w14:textId="3FAFFC3E" w:rsidR="009461E2" w:rsidRPr="00E16C3B" w:rsidRDefault="00292234" w:rsidP="00E16C3B">
      <w:pPr>
        <w:spacing w:after="120"/>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20 öğrenci ile </w:t>
      </w:r>
      <w:r w:rsidR="007173F3" w:rsidRPr="00E16C3B">
        <w:rPr>
          <w:rFonts w:ascii="Times New Roman" w:eastAsiaTheme="minorHAnsi" w:hAnsi="Times New Roman" w:cs="Times New Roman"/>
          <w:kern w:val="2"/>
          <w:sz w:val="20"/>
          <w:szCs w:val="20"/>
          <w:lang w:val="tr-TR"/>
          <w14:ligatures w14:val="standardContextual"/>
        </w:rPr>
        <w:t xml:space="preserve">4 </w:t>
      </w:r>
      <w:r w:rsidRPr="00E16C3B">
        <w:rPr>
          <w:rFonts w:ascii="Times New Roman" w:eastAsiaTheme="minorHAnsi" w:hAnsi="Times New Roman" w:cs="Times New Roman"/>
          <w:kern w:val="2"/>
          <w:sz w:val="20"/>
          <w:szCs w:val="20"/>
          <w:lang w:val="tr-TR"/>
          <w14:ligatures w14:val="standardContextual"/>
        </w:rPr>
        <w:t>öğretim elemanı ve idari personele hizmet vermesi öngörülen yapının programında; çizim atölyesi, dijital tasarım atölyesi, kalıp tasarım atölyesi, tekstil tasarım ve kesim atölyesi, dikiş ve konfeksiyon atölyesi, prototip atölyesi, baskı ve boyama atölyesi, sergi ve defile alanı, fotoğraf stüdyosu, idare ve eğitmen alanı, malzeme ve depo alanı, öğrenci ortak alanı ile gerekli destek birimleri yer almaktadır. Açık ve yarı açık alanların eğitim, üretim, dinlenme, sosyalleşme ve sergileme işlevleriyle ilişkilendirilmesi; yapı girişi, yaya ve araç ulaşımı ile açık otoparkın bütüncül bir çevre düzeni içerisinde ele alınması beklenmektedir.</w:t>
      </w:r>
    </w:p>
    <w:p w14:paraId="6111CACE" w14:textId="5D6CA45F" w:rsidR="00292234" w:rsidRPr="00E16C3B" w:rsidRDefault="009461E2" w:rsidP="00E16C3B">
      <w:pPr>
        <w:spacing w:after="120"/>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Proje kapsamında öğrencilerden, moda tasarımının üretim ve sunum süreçleri ile kullanıcı gereksinimlerinden hareketle özgün bir mimari konsept geliştirmeleri beklenmektedir. Geliştirilen konseptin yalnızca biçimsel bir yaklaşım olarak kalmaması; kütle oluşumu, mekânsal organizasyon, işlevler arası ilişkiler, dolaşım, açık–yarı açık–kapalı mekân kurgusu, doğal ışık, cephe karakteri, malzeme seçimi ve yapı–çevre ilişkileri gibi temel tasarım kararlarını yönlendiren bütüncül bir tasarım düşüncesine dönüşmesi hedeflenmektedir. Moda tasarımında eskizden üretime, üretimden sergileme ve paylaşıma uzanan süreçlerin mimari karşılıklarının araştırılması; bu doğrultuda işlev, mekân, biçim ve çevre arasında tutarlı ve özgün bir tasarım dili geliştirilmesi beklenmektedir.</w:t>
      </w:r>
    </w:p>
    <w:p w14:paraId="5BB4845E" w14:textId="029E33DB" w:rsidR="006C4F4C" w:rsidRPr="00E16C3B" w:rsidRDefault="00292234" w:rsidP="00E16C3B">
      <w:pPr>
        <w:spacing w:after="120"/>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Tasarım sürecinde öğrencilerin; kullanıcı gereksinimleri, tasarım senaryosu, mekân organizasyonu, işlevler arası ilişkiler, dolaşım, ölçek, doluluk–boşluk ilişkisi, açık–yarı açık–kapalı mekân kurgusu, doğal ışık, yönlenme ve yapı–çevre ilişkileri üzerine düşünmeleri hedeflenmektedir. Yaklaşık 550–600 m² toplam kapalı alana sahip olacak yapının, farklı eğitim ve üretim işlevlerini bütüncül bir mekânsal kurgu içerisinde bir araya getirmesi; işlevsel gereksinimlerin yanı sıra özgün bir mimari kimlik ortaya koyması ve biçim, işlev, mekân ve çevre arasında tutarlı bir bütünlük oluşturması beklenmektedir.</w:t>
      </w:r>
    </w:p>
    <w:p w14:paraId="7557C7F8" w14:textId="77777777" w:rsidR="003F3BEB" w:rsidRPr="00E16C3B" w:rsidRDefault="003F3BEB" w:rsidP="00E16C3B">
      <w:pPr>
        <w:spacing w:after="120"/>
        <w:jc w:val="both"/>
        <w:rPr>
          <w:lang w:val="tr-TR"/>
        </w:rPr>
      </w:pPr>
    </w:p>
    <w:p w14:paraId="6BFB9A3C" w14:textId="3904EE12" w:rsidR="0072105C" w:rsidRPr="00E16C3B" w:rsidRDefault="0072105C" w:rsidP="00E16C3B">
      <w:pPr>
        <w:spacing w:after="120"/>
        <w:jc w:val="both"/>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Proje Stüdyosunun Yapısı ve Planı</w:t>
      </w:r>
    </w:p>
    <w:tbl>
      <w:tblPr>
        <w:tblW w:w="9110" w:type="dxa"/>
        <w:jc w:val="center"/>
        <w:tblLayout w:type="fixed"/>
        <w:tblLook w:val="04A0" w:firstRow="1" w:lastRow="0" w:firstColumn="1" w:lastColumn="0" w:noHBand="0" w:noVBand="1"/>
      </w:tblPr>
      <w:tblGrid>
        <w:gridCol w:w="851"/>
        <w:gridCol w:w="1275"/>
        <w:gridCol w:w="6984"/>
      </w:tblGrid>
      <w:tr w:rsidR="00193C48" w:rsidRPr="00E16C3B" w14:paraId="38D73CDD" w14:textId="77777777" w:rsidTr="00EC55B9">
        <w:trPr>
          <w:trHeight w:val="454"/>
          <w:jc w:val="center"/>
        </w:trPr>
        <w:tc>
          <w:tcPr>
            <w:tcW w:w="851"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DF63A9F" w14:textId="483D6DDD" w:rsidR="00193C48" w:rsidRPr="00E16C3B" w:rsidRDefault="00A60203" w:rsidP="00E16C3B">
            <w:pPr>
              <w:jc w:val="center"/>
              <w:rPr>
                <w:rFonts w:ascii="Times New Roman" w:eastAsiaTheme="minorHAnsi" w:hAnsi="Times New Roman" w:cs="Times New Roman"/>
                <w:b/>
                <w:bCs/>
                <w:kern w:val="2"/>
                <w:sz w:val="22"/>
                <w:lang w:val="tr-TR"/>
                <w14:ligatures w14:val="standardContextual"/>
              </w:rPr>
            </w:pPr>
            <w:r w:rsidRPr="00E16C3B">
              <w:rPr>
                <w:rFonts w:ascii="Times New Roman" w:eastAsiaTheme="minorHAnsi" w:hAnsi="Times New Roman" w:cs="Times New Roman"/>
                <w:b/>
                <w:bCs/>
                <w:kern w:val="2"/>
                <w:sz w:val="22"/>
                <w:lang w:val="tr-TR"/>
                <w14:ligatures w14:val="standardContextual"/>
              </w:rPr>
              <w:t>HAFTA</w:t>
            </w:r>
          </w:p>
        </w:tc>
        <w:tc>
          <w:tcPr>
            <w:tcW w:w="1275"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A339D4A" w14:textId="77777777" w:rsidR="00193C48" w:rsidRPr="00E16C3B" w:rsidRDefault="00000000" w:rsidP="00E16C3B">
            <w:pPr>
              <w:jc w:val="center"/>
              <w:rPr>
                <w:rFonts w:ascii="Times New Roman" w:eastAsiaTheme="minorHAnsi" w:hAnsi="Times New Roman" w:cs="Times New Roman"/>
                <w:b/>
                <w:bCs/>
                <w:kern w:val="2"/>
                <w:sz w:val="22"/>
                <w:lang w:val="tr-TR"/>
                <w14:ligatures w14:val="standardContextual"/>
              </w:rPr>
            </w:pPr>
            <w:r w:rsidRPr="00E16C3B">
              <w:rPr>
                <w:rFonts w:ascii="Times New Roman" w:eastAsiaTheme="minorHAnsi" w:hAnsi="Times New Roman" w:cs="Times New Roman"/>
                <w:b/>
                <w:bCs/>
                <w:kern w:val="2"/>
                <w:sz w:val="22"/>
                <w:lang w:val="tr-TR"/>
                <w14:ligatures w14:val="standardContextual"/>
              </w:rPr>
              <w:t>TARİH</w:t>
            </w:r>
          </w:p>
        </w:tc>
        <w:tc>
          <w:tcPr>
            <w:tcW w:w="6984"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7925C3D8" w14:textId="77777777" w:rsidR="00193C48" w:rsidRPr="00E16C3B" w:rsidRDefault="00000000" w:rsidP="00E16C3B">
            <w:pPr>
              <w:jc w:val="center"/>
              <w:rPr>
                <w:rFonts w:ascii="Times New Roman" w:eastAsiaTheme="minorHAnsi" w:hAnsi="Times New Roman" w:cs="Times New Roman"/>
                <w:b/>
                <w:bCs/>
                <w:kern w:val="2"/>
                <w:sz w:val="22"/>
                <w:lang w:val="tr-TR"/>
                <w14:ligatures w14:val="standardContextual"/>
              </w:rPr>
            </w:pPr>
            <w:r w:rsidRPr="00E16C3B">
              <w:rPr>
                <w:rFonts w:ascii="Times New Roman" w:eastAsiaTheme="minorHAnsi" w:hAnsi="Times New Roman" w:cs="Times New Roman"/>
                <w:b/>
                <w:bCs/>
                <w:kern w:val="2"/>
                <w:sz w:val="22"/>
                <w:lang w:val="tr-TR"/>
                <w14:ligatures w14:val="standardContextual"/>
              </w:rPr>
              <w:t>KONU</w:t>
            </w:r>
          </w:p>
        </w:tc>
      </w:tr>
      <w:tr w:rsidR="00193C48" w:rsidRPr="00E16C3B" w14:paraId="49BC67BF"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46CCD1" w14:textId="77777777" w:rsidR="00193C48" w:rsidRPr="00E16C3B" w:rsidRDefault="00000000"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2C424C" w14:textId="2A958462" w:rsidR="00193C48" w:rsidRPr="00E16C3B" w:rsidRDefault="0039200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29.09</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82552" w14:textId="33367953" w:rsidR="00193C48"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Proje konusunun tanıtımı, sorular ve cevaplar</w:t>
            </w:r>
          </w:p>
        </w:tc>
      </w:tr>
      <w:tr w:rsidR="00193C48" w:rsidRPr="00E16C3B" w14:paraId="2D5E7F30"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BE4E3A0" w14:textId="246ED2E6" w:rsidR="00193C48" w:rsidRPr="00E16C3B" w:rsidRDefault="0039200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6FD57C6" w14:textId="5148D9B3" w:rsidR="00193C48" w:rsidRPr="00E16C3B" w:rsidRDefault="00000000"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0</w:t>
            </w:r>
            <w:r w:rsidR="00392001" w:rsidRPr="00E16C3B">
              <w:rPr>
                <w:rFonts w:ascii="Times New Roman" w:eastAsiaTheme="minorHAnsi" w:hAnsi="Times New Roman" w:cs="Times New Roman"/>
                <w:kern w:val="2"/>
                <w:sz w:val="22"/>
                <w:lang w:val="tr-TR"/>
                <w14:ligatures w14:val="standardContextual"/>
              </w:rPr>
              <w:t>6</w:t>
            </w:r>
            <w:r w:rsidRPr="00E16C3B">
              <w:rPr>
                <w:rFonts w:ascii="Times New Roman" w:eastAsiaTheme="minorHAnsi" w:hAnsi="Times New Roman" w:cs="Times New Roman"/>
                <w:kern w:val="2"/>
                <w:sz w:val="22"/>
                <w:lang w:val="tr-TR"/>
                <w14:ligatures w14:val="standardContextual"/>
              </w:rPr>
              <w:t>.</w:t>
            </w:r>
            <w:r w:rsidR="00392001" w:rsidRPr="00E16C3B">
              <w:rPr>
                <w:rFonts w:ascii="Times New Roman" w:eastAsiaTheme="minorHAnsi" w:hAnsi="Times New Roman" w:cs="Times New Roman"/>
                <w:kern w:val="2"/>
                <w:sz w:val="22"/>
                <w:lang w:val="tr-TR"/>
                <w14:ligatures w14:val="standardContextual"/>
              </w:rPr>
              <w:t>10</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1D4149" w14:textId="0B3CB5E7" w:rsidR="00193C48"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Kavramsal çalışmalar, kentsel bağlam analizi ve tasarımsal kararlar</w:t>
            </w:r>
          </w:p>
        </w:tc>
      </w:tr>
      <w:tr w:rsidR="00EA4CD1" w:rsidRPr="00E16C3B" w14:paraId="1E948C5A"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D421D0C" w14:textId="16D037DF" w:rsidR="00EA4CD1" w:rsidRPr="00E16C3B" w:rsidRDefault="00EA4CD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3</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610937" w14:textId="7AFA469D" w:rsidR="00EA4CD1" w:rsidRPr="00E16C3B" w:rsidRDefault="00EA4CD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13.10</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AB2AC6" w14:textId="39D8A8ED" w:rsidR="00EA4CD1"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Kavramsal çalışmalar, fonksiyonel ilişki şemaları, tasarımsal kararlar ve vaziyet planı kararları</w:t>
            </w:r>
          </w:p>
        </w:tc>
      </w:tr>
      <w:tr w:rsidR="00EA4CD1" w:rsidRPr="00E16C3B" w14:paraId="7D81827F"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3D928CC" w14:textId="01DFFA41" w:rsidR="00EA4CD1" w:rsidRPr="00E16C3B" w:rsidRDefault="00EA4CD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lastRenderedPageBreak/>
              <w:t>4</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CFEEB41" w14:textId="206B2929" w:rsidR="00EA4CD1" w:rsidRPr="00E16C3B" w:rsidRDefault="004F4EAF"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20.10</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A9411F3" w14:textId="7C3719F1" w:rsidR="00EA4CD1"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Mekân tasarımı düzenlemeleri- kurgusal incelemeler</w:t>
            </w:r>
          </w:p>
        </w:tc>
      </w:tr>
      <w:tr w:rsidR="00EA4CD1" w:rsidRPr="00E16C3B" w14:paraId="0C979B74"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C783F90" w14:textId="20DAE180" w:rsidR="00EA4CD1" w:rsidRPr="00E16C3B" w:rsidRDefault="00EA4CD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5</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C2B7A36" w14:textId="266BE9EB" w:rsidR="00EA4CD1" w:rsidRPr="00E16C3B" w:rsidRDefault="004F4EAF"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27.10</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AFC500C" w14:textId="137467AD" w:rsidR="00EA4CD1"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Mekân tasarımı düzenlemeleri-plan üzerinden değerlendirmeler</w:t>
            </w:r>
          </w:p>
        </w:tc>
      </w:tr>
      <w:tr w:rsidR="00EA4CD1" w:rsidRPr="00E16C3B" w14:paraId="5C123C9A"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F33625F" w14:textId="73E7F53B" w:rsidR="00EA4CD1" w:rsidRPr="00E16C3B" w:rsidRDefault="00EA4CD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6</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15196F3" w14:textId="4932069F" w:rsidR="00EA4CD1" w:rsidRPr="00E16C3B" w:rsidRDefault="004F4EAF"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03.11</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218CA36" w14:textId="78EB0644" w:rsidR="00EA4CD1" w:rsidRPr="00E16C3B" w:rsidRDefault="00DE0CA4"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w:t>
            </w:r>
            <w:r w:rsidR="004F4EAF" w:rsidRPr="00E16C3B">
              <w:rPr>
                <w:rFonts w:ascii="Times New Roman" w:eastAsiaTheme="minorHAnsi" w:hAnsi="Times New Roman" w:cs="Times New Roman"/>
                <w:kern w:val="2"/>
                <w:sz w:val="22"/>
                <w:lang w:val="tr-TR"/>
                <w14:ligatures w14:val="standardContextual"/>
              </w:rPr>
              <w:t>ekân tasarimi düzenlemeleri-plan, kesit ve görünüşler üzerinden eleştiriler</w:t>
            </w:r>
          </w:p>
        </w:tc>
      </w:tr>
      <w:tr w:rsidR="00EA4CD1" w:rsidRPr="00E16C3B" w14:paraId="665DECAC"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2ABC89F" w14:textId="3ABB558D" w:rsidR="00EA4CD1" w:rsidRPr="00E16C3B" w:rsidRDefault="00EA4CD1"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7</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33C4C16" w14:textId="475BB98D" w:rsidR="00EA4CD1" w:rsidRPr="00E16C3B" w:rsidRDefault="004F4EAF"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10.11</w:t>
            </w:r>
            <w:r w:rsidR="0057564F" w:rsidRPr="00E16C3B">
              <w:rPr>
                <w:rFonts w:ascii="Times New Roman" w:eastAsiaTheme="minorHAnsi" w:hAnsi="Times New Roman" w:cs="Times New Roman"/>
                <w:kern w:val="2"/>
                <w:sz w:val="22"/>
                <w:lang w:val="tr-TR"/>
                <w14:ligatures w14:val="standardContextual"/>
              </w:rPr>
              <w:t>.2026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B3FB70B" w14:textId="047A2400" w:rsidR="00EA4CD1"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Mekân tasarımı düzenlemeleri-plan, kesit, görünüş ve kitle maketi üzerinden değerlendirmeler</w:t>
            </w:r>
          </w:p>
        </w:tc>
      </w:tr>
      <w:tr w:rsidR="00AC3516" w:rsidRPr="00E16C3B" w14:paraId="73FB30AB"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C4D6DDB" w14:textId="53BD2ECF"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8</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7C4F91" w14:textId="47146176"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17.11.2026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9051B76" w14:textId="738B9AC0"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Mekân tasarımı düzenlemeleri-plan, kesit, görünüş ve kitle maketi üzerinden değerlendirmeler</w:t>
            </w:r>
          </w:p>
        </w:tc>
      </w:tr>
      <w:tr w:rsidR="00AC3516" w:rsidRPr="00E16C3B" w14:paraId="1C46232F"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686FB4F" w14:textId="397213FD"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9</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363C637" w14:textId="5A244A0E"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24.11.2026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5B7EE85" w14:textId="5FC2FBE5"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 xml:space="preserve">Ara sınav (Vaziyet Planı + Kat Planları +Kesit +Maket + Konsept Yaklaşım Kararları + Araştırma Dosyası </w:t>
            </w:r>
            <w:r w:rsidR="00E16C3B" w:rsidRPr="00E16C3B">
              <w:rPr>
                <w:rFonts w:ascii="Times New Roman" w:eastAsiaTheme="minorHAnsi" w:hAnsi="Times New Roman" w:cs="Times New Roman"/>
                <w:kern w:val="2"/>
                <w:sz w:val="22"/>
                <w:lang w:val="tr-TR"/>
                <w14:ligatures w14:val="standardContextual"/>
              </w:rPr>
              <w:t>t</w:t>
            </w:r>
            <w:r w:rsidRPr="00E16C3B">
              <w:rPr>
                <w:rFonts w:ascii="Times New Roman" w:eastAsiaTheme="minorHAnsi" w:hAnsi="Times New Roman" w:cs="Times New Roman"/>
                <w:kern w:val="2"/>
                <w:sz w:val="22"/>
                <w:lang w:val="tr-TR"/>
                <w14:ligatures w14:val="standardContextual"/>
              </w:rPr>
              <w:t>eslim</w:t>
            </w:r>
            <w:r w:rsidR="00E16C3B" w:rsidRPr="00E16C3B">
              <w:rPr>
                <w:rFonts w:ascii="Times New Roman" w:eastAsiaTheme="minorHAnsi" w:hAnsi="Times New Roman" w:cs="Times New Roman"/>
                <w:kern w:val="2"/>
                <w:sz w:val="22"/>
                <w:lang w:val="tr-TR"/>
                <w14:ligatures w14:val="standardContextual"/>
              </w:rPr>
              <w:t xml:space="preserve"> e</w:t>
            </w:r>
            <w:r w:rsidRPr="00E16C3B">
              <w:rPr>
                <w:rFonts w:ascii="Times New Roman" w:eastAsiaTheme="minorHAnsi" w:hAnsi="Times New Roman" w:cs="Times New Roman"/>
                <w:kern w:val="2"/>
                <w:sz w:val="22"/>
                <w:lang w:val="tr-TR"/>
                <w14:ligatures w14:val="standardContextual"/>
              </w:rPr>
              <w:t>dilecektir)</w:t>
            </w:r>
          </w:p>
        </w:tc>
      </w:tr>
      <w:tr w:rsidR="00AC3516" w:rsidRPr="00E16C3B" w14:paraId="3F804884"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C084C3" w14:textId="2DE31211"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10</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9B1F9A3" w14:textId="6AC6FEDA"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01.12.2026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C2E963" w14:textId="0027B9AF"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Mekân tasarımı düzenlemeleri-plan, kesit, görünüş ve kitle maketi üzerinden değerlendirmeler</w:t>
            </w:r>
          </w:p>
        </w:tc>
      </w:tr>
      <w:tr w:rsidR="00AC3516" w:rsidRPr="00E16C3B" w14:paraId="2BEE745D"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76AC9B8" w14:textId="3614F16A"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11</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6C9628D" w14:textId="3DA06C1D"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08.12.2026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6D6725F" w14:textId="0E4F62AE"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Tasarımın detayları ve maket üzerinden incelenmesi</w:t>
            </w:r>
          </w:p>
        </w:tc>
      </w:tr>
      <w:tr w:rsidR="00AC3516" w:rsidRPr="00E16C3B" w14:paraId="776B9301"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5F2E30E" w14:textId="45A5B01A"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12</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FD9709" w14:textId="7457F278"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15.12.2026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97ECFD" w14:textId="3380FFF4"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Tasarımın detayları ve maket üzerinden incelenmesi</w:t>
            </w:r>
          </w:p>
        </w:tc>
      </w:tr>
      <w:tr w:rsidR="00AC3516" w:rsidRPr="00E16C3B" w14:paraId="450FD87E"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4F39043" w14:textId="6DCB81EF"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13</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EF240C4" w14:textId="5024FEB1"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22.12.2026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AB84BA" w14:textId="7970CE12"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Plan, form ve üç boyutlu görseller üzerinden değerlendirmeler</w:t>
            </w:r>
          </w:p>
        </w:tc>
      </w:tr>
      <w:tr w:rsidR="00AC3516" w:rsidRPr="00E16C3B" w14:paraId="74627DFF"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13C9B" w14:textId="0EE0611C"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14</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0AED030" w14:textId="097E82ED"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29.12.2026</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D759F07" w14:textId="076993F5"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Plan, form ve üç boyutlu görseller üzerinden değerlendirmeler</w:t>
            </w:r>
          </w:p>
        </w:tc>
      </w:tr>
      <w:tr w:rsidR="00AC3516" w:rsidRPr="00E16C3B" w14:paraId="54C6607C" w14:textId="77777777" w:rsidTr="00EC55B9">
        <w:trPr>
          <w:trHeight w:val="454"/>
          <w:jc w:val="center"/>
        </w:trPr>
        <w:tc>
          <w:tcPr>
            <w:tcW w:w="85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889128" w14:textId="53BE5844"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15</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F356633" w14:textId="19C16EC2" w:rsidR="00AC3516" w:rsidRPr="00E16C3B" w:rsidRDefault="00AC3516" w:rsidP="00E16C3B">
            <w:pPr>
              <w:jc w:val="center"/>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05.01.2027</w:t>
            </w:r>
          </w:p>
        </w:tc>
        <w:tc>
          <w:tcPr>
            <w:tcW w:w="69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9E94FB" w14:textId="70712789" w:rsidR="00AC3516" w:rsidRPr="00E16C3B" w:rsidRDefault="00B458AE" w:rsidP="00E16C3B">
            <w:pPr>
              <w:jc w:val="both"/>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Plan, form ve üç boyutlu görseller üzerinden değerlendirmeler</w:t>
            </w:r>
          </w:p>
        </w:tc>
      </w:tr>
    </w:tbl>
    <w:p w14:paraId="2251C2BE" w14:textId="77777777" w:rsidR="0072105C" w:rsidRPr="00E16C3B" w:rsidRDefault="0072105C" w:rsidP="00A60203">
      <w:pPr>
        <w:spacing w:line="276" w:lineRule="auto"/>
        <w:jc w:val="both"/>
        <w:rPr>
          <w:rFonts w:ascii="Times New Roman" w:eastAsiaTheme="minorHAnsi" w:hAnsi="Times New Roman" w:cs="Times New Roman"/>
          <w:kern w:val="2"/>
          <w:sz w:val="22"/>
          <w:lang w:val="tr-TR"/>
          <w14:ligatures w14:val="standardContextual"/>
        </w:rPr>
      </w:pPr>
    </w:p>
    <w:p w14:paraId="5125BB73" w14:textId="77777777" w:rsidR="000D2CAB" w:rsidRPr="00E16C3B" w:rsidRDefault="000D2CAB" w:rsidP="000D2CAB">
      <w:pPr>
        <w:rPr>
          <w:rFonts w:ascii="Times New Roman" w:hAnsi="Times New Roman" w:cs="Times New Roman"/>
          <w:b/>
          <w:bCs/>
          <w:sz w:val="22"/>
          <w:lang w:val="tr-TR"/>
        </w:rPr>
      </w:pPr>
    </w:p>
    <w:p w14:paraId="4637D79D" w14:textId="120CB55E" w:rsidR="000D2CAB" w:rsidRPr="00E16C3B" w:rsidRDefault="000D2CAB" w:rsidP="00E16C3B">
      <w:pPr>
        <w:spacing w:after="120"/>
        <w:rPr>
          <w:rFonts w:ascii="Times New Roman" w:hAnsi="Times New Roman" w:cs="Times New Roman"/>
          <w:b/>
          <w:bCs/>
          <w:sz w:val="22"/>
          <w:lang w:val="tr-TR"/>
        </w:rPr>
      </w:pPr>
      <w:r w:rsidRPr="00E16C3B">
        <w:rPr>
          <w:rFonts w:ascii="Times New Roman" w:hAnsi="Times New Roman" w:cs="Times New Roman"/>
          <w:b/>
          <w:bCs/>
          <w:sz w:val="22"/>
          <w:lang w:val="tr-TR"/>
        </w:rPr>
        <w:t xml:space="preserve">Önerilen Kaynaklar </w:t>
      </w:r>
    </w:p>
    <w:p w14:paraId="2C0CB1D7" w14:textId="2D8094B2"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Arcan, E.F.</w:t>
      </w:r>
      <w:r w:rsidR="00644AB7">
        <w:rPr>
          <w:rFonts w:ascii="Times New Roman" w:eastAsiaTheme="minorHAnsi" w:hAnsi="Times New Roman" w:cs="Times New Roman"/>
          <w:kern w:val="2"/>
          <w:sz w:val="22"/>
          <w:lang w:val="tr-TR"/>
          <w14:ligatures w14:val="standardContextual"/>
        </w:rPr>
        <w:t xml:space="preserve"> &amp;</w:t>
      </w:r>
      <w:r w:rsidRPr="00E16C3B">
        <w:rPr>
          <w:rFonts w:ascii="Times New Roman" w:eastAsiaTheme="minorHAnsi" w:hAnsi="Times New Roman" w:cs="Times New Roman"/>
          <w:kern w:val="2"/>
          <w:sz w:val="22"/>
          <w:lang w:val="tr-TR"/>
          <w14:ligatures w14:val="standardContextual"/>
        </w:rPr>
        <w:t xml:space="preserve"> Evci, F. (1999). </w:t>
      </w:r>
      <w:r w:rsidRPr="00E16C3B">
        <w:rPr>
          <w:rFonts w:ascii="Times New Roman" w:eastAsiaTheme="minorHAnsi" w:hAnsi="Times New Roman" w:cs="Times New Roman"/>
          <w:i/>
          <w:iCs/>
          <w:kern w:val="2"/>
          <w:sz w:val="22"/>
          <w:lang w:val="tr-TR"/>
          <w14:ligatures w14:val="standardContextual"/>
        </w:rPr>
        <w:t>Mimari Tasarıma Yaklaşım I</w:t>
      </w:r>
      <w:r w:rsidRPr="00E16C3B">
        <w:rPr>
          <w:rFonts w:ascii="Times New Roman" w:eastAsiaTheme="minorHAnsi" w:hAnsi="Times New Roman" w:cs="Times New Roman"/>
          <w:kern w:val="2"/>
          <w:sz w:val="22"/>
          <w:lang w:val="tr-TR"/>
          <w14:ligatures w14:val="standardContextual"/>
        </w:rPr>
        <w:t>. İstanbul: Tasarım Yayın Grubu.</w:t>
      </w:r>
    </w:p>
    <w:p w14:paraId="7F46E5E5" w14:textId="76EE6240"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Berkin, Genco</w:t>
      </w:r>
      <w:r w:rsidR="00644AB7">
        <w:rPr>
          <w:rFonts w:ascii="Times New Roman" w:eastAsiaTheme="minorHAnsi" w:hAnsi="Times New Roman" w:cs="Times New Roman"/>
          <w:kern w:val="2"/>
          <w:sz w:val="22"/>
          <w:lang w:val="tr-TR"/>
          <w14:ligatures w14:val="standardContextual"/>
        </w:rPr>
        <w:t xml:space="preserve"> &amp; </w:t>
      </w:r>
      <w:r w:rsidRPr="00E16C3B">
        <w:rPr>
          <w:rFonts w:ascii="Times New Roman" w:eastAsiaTheme="minorHAnsi" w:hAnsi="Times New Roman" w:cs="Times New Roman"/>
          <w:kern w:val="2"/>
          <w:sz w:val="22"/>
          <w:lang w:val="tr-TR"/>
          <w14:ligatures w14:val="standardContextual"/>
        </w:rPr>
        <w:t>Civelek, Yusuf</w:t>
      </w:r>
      <w:r w:rsid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(2021)</w:t>
      </w:r>
      <w:r w:rsid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i/>
          <w:iCs/>
          <w:kern w:val="2"/>
          <w:sz w:val="22"/>
          <w:lang w:val="tr-TR"/>
          <w14:ligatures w14:val="standardContextual"/>
        </w:rPr>
        <w:t>Kareden Plana Modül ve Mimarlık</w:t>
      </w:r>
      <w:r w:rsidR="00E16C3B">
        <w:rPr>
          <w:rFonts w:ascii="Times New Roman" w:eastAsiaTheme="minorHAnsi" w:hAnsi="Times New Roman" w:cs="Times New Roman"/>
          <w:kern w:val="2"/>
          <w:sz w:val="22"/>
          <w:lang w:val="tr-TR"/>
          <w14:ligatures w14:val="standardContextual"/>
        </w:rPr>
        <w:t>. İstanbul:</w:t>
      </w:r>
      <w:r w:rsidRPr="00E16C3B">
        <w:rPr>
          <w:rFonts w:ascii="Times New Roman" w:eastAsiaTheme="minorHAnsi" w:hAnsi="Times New Roman" w:cs="Times New Roman"/>
          <w:kern w:val="2"/>
          <w:sz w:val="22"/>
          <w:lang w:val="tr-TR"/>
          <w14:ligatures w14:val="standardContextual"/>
        </w:rPr>
        <w:t xml:space="preserve"> YEM Yayın</w:t>
      </w:r>
      <w:r w:rsidR="00E16C3B">
        <w:rPr>
          <w:rFonts w:ascii="Times New Roman" w:eastAsiaTheme="minorHAnsi" w:hAnsi="Times New Roman" w:cs="Times New Roman"/>
          <w:kern w:val="2"/>
          <w:sz w:val="22"/>
          <w:lang w:val="tr-TR"/>
          <w14:ligatures w14:val="standardContextual"/>
        </w:rPr>
        <w:t>ları.</w:t>
      </w:r>
    </w:p>
    <w:p w14:paraId="5DEE6F23" w14:textId="6741664D"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Bielefeld, Bert</w:t>
      </w:r>
      <w:r w:rsidR="00644AB7">
        <w:rPr>
          <w:rFonts w:ascii="Times New Roman" w:eastAsiaTheme="minorHAnsi" w:hAnsi="Times New Roman" w:cs="Times New Roman"/>
          <w:kern w:val="2"/>
          <w:sz w:val="22"/>
          <w:lang w:val="tr-TR"/>
          <w14:ligatures w14:val="standardContextual"/>
        </w:rPr>
        <w:t xml:space="preserve"> &amp; </w:t>
      </w:r>
      <w:r w:rsidRPr="00E16C3B">
        <w:rPr>
          <w:rFonts w:ascii="Times New Roman" w:eastAsiaTheme="minorHAnsi" w:hAnsi="Times New Roman" w:cs="Times New Roman"/>
          <w:kern w:val="2"/>
          <w:sz w:val="22"/>
          <w:lang w:val="tr-TR"/>
          <w14:ligatures w14:val="standardContextual"/>
        </w:rPr>
        <w:t xml:space="preserve">El </w:t>
      </w:r>
      <w:r w:rsidR="00644AB7">
        <w:rPr>
          <w:rFonts w:ascii="Times New Roman" w:eastAsiaTheme="minorHAnsi" w:hAnsi="Times New Roman" w:cs="Times New Roman"/>
          <w:kern w:val="2"/>
          <w:sz w:val="22"/>
          <w:lang w:val="tr-TR"/>
          <w14:ligatures w14:val="standardContextual"/>
        </w:rPr>
        <w:t>K</w:t>
      </w:r>
      <w:r w:rsidRPr="00E16C3B">
        <w:rPr>
          <w:rFonts w:ascii="Times New Roman" w:eastAsiaTheme="minorHAnsi" w:hAnsi="Times New Roman" w:cs="Times New Roman"/>
          <w:kern w:val="2"/>
          <w:sz w:val="22"/>
          <w:lang w:val="tr-TR"/>
          <w14:ligatures w14:val="standardContextual"/>
        </w:rPr>
        <w:t>houli, Sebastian</w:t>
      </w:r>
      <w:r w:rsid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(2024)</w:t>
      </w:r>
      <w:r w:rsidR="00E16C3B">
        <w:rPr>
          <w:rFonts w:ascii="Times New Roman" w:eastAsiaTheme="minorHAnsi" w:hAnsi="Times New Roman" w:cs="Times New Roman"/>
          <w:kern w:val="2"/>
          <w:sz w:val="22"/>
          <w:lang w:val="tr-TR"/>
          <w14:ligatures w14:val="standardContextual"/>
        </w:rPr>
        <w:t>.</w:t>
      </w:r>
      <w:r w:rsidRPr="00E16C3B">
        <w:rPr>
          <w:rFonts w:ascii="Times New Roman" w:eastAsiaTheme="minorHAnsi" w:hAnsi="Times New Roman" w:cs="Times New Roman"/>
          <w:kern w:val="2"/>
          <w:sz w:val="22"/>
          <w:lang w:val="tr-TR"/>
          <w14:ligatures w14:val="standardContextual"/>
        </w:rPr>
        <w:t xml:space="preserve"> </w:t>
      </w:r>
      <w:r w:rsidRPr="00644AB7">
        <w:rPr>
          <w:rFonts w:ascii="Times New Roman" w:eastAsiaTheme="minorHAnsi" w:hAnsi="Times New Roman" w:cs="Times New Roman"/>
          <w:i/>
          <w:iCs/>
          <w:kern w:val="2"/>
          <w:sz w:val="22"/>
          <w:lang w:val="tr-TR"/>
          <w14:ligatures w14:val="standardContextual"/>
        </w:rPr>
        <w:t>Adım Adım Tasarım Fikirleri</w:t>
      </w:r>
      <w:r w:rsidR="00E16C3B">
        <w:rPr>
          <w:rFonts w:ascii="Times New Roman" w:eastAsiaTheme="minorHAnsi" w:hAnsi="Times New Roman" w:cs="Times New Roman"/>
          <w:kern w:val="2"/>
          <w:sz w:val="22"/>
          <w:lang w:val="tr-TR"/>
          <w14:ligatures w14:val="standardContextual"/>
        </w:rPr>
        <w:t xml:space="preserve">. İstanbul: </w:t>
      </w:r>
      <w:r w:rsidRPr="00E16C3B">
        <w:rPr>
          <w:rFonts w:ascii="Times New Roman" w:eastAsiaTheme="minorHAnsi" w:hAnsi="Times New Roman" w:cs="Times New Roman"/>
          <w:kern w:val="2"/>
          <w:sz w:val="22"/>
          <w:lang w:val="tr-TR"/>
          <w14:ligatures w14:val="standardContextual"/>
        </w:rPr>
        <w:t>YEM Yayın</w:t>
      </w:r>
      <w:r w:rsidR="00E16C3B">
        <w:rPr>
          <w:rFonts w:ascii="Times New Roman" w:eastAsiaTheme="minorHAnsi" w:hAnsi="Times New Roman" w:cs="Times New Roman"/>
          <w:kern w:val="2"/>
          <w:sz w:val="22"/>
          <w:lang w:val="tr-TR"/>
          <w14:ligatures w14:val="standardContextual"/>
        </w:rPr>
        <w:t>ları.</w:t>
      </w:r>
    </w:p>
    <w:p w14:paraId="3A0DF104" w14:textId="7E381F84"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Cogito (2016)</w:t>
      </w:r>
      <w:r w:rsid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i/>
          <w:iCs/>
          <w:kern w:val="2"/>
          <w:sz w:val="22"/>
          <w:lang w:val="tr-TR"/>
          <w14:ligatures w14:val="standardContextual"/>
        </w:rPr>
        <w:t>Tasarım Ne Bekler?</w:t>
      </w:r>
      <w:r w:rsidR="00E16C3B">
        <w:rPr>
          <w:rFonts w:ascii="Times New Roman" w:eastAsiaTheme="minorHAnsi" w:hAnsi="Times New Roman" w:cs="Times New Roman"/>
          <w:i/>
          <w:iCs/>
          <w:kern w:val="2"/>
          <w:sz w:val="22"/>
          <w:lang w:val="tr-TR"/>
          <w14:ligatures w14:val="standardContextual"/>
        </w:rPr>
        <w:t xml:space="preserve">. </w:t>
      </w:r>
      <w:r w:rsidR="00E16C3B">
        <w:rPr>
          <w:rFonts w:ascii="Times New Roman" w:eastAsiaTheme="minorHAnsi" w:hAnsi="Times New Roman" w:cs="Times New Roman"/>
          <w:kern w:val="2"/>
          <w:sz w:val="22"/>
          <w:lang w:val="tr-TR"/>
          <w14:ligatures w14:val="standardContextual"/>
        </w:rPr>
        <w:t xml:space="preserve">İstanbul: </w:t>
      </w:r>
      <w:r w:rsidRPr="00E16C3B">
        <w:rPr>
          <w:rFonts w:ascii="Times New Roman" w:eastAsiaTheme="minorHAnsi" w:hAnsi="Times New Roman" w:cs="Times New Roman"/>
          <w:kern w:val="2"/>
          <w:sz w:val="22"/>
          <w:lang w:val="tr-TR"/>
          <w14:ligatures w14:val="standardContextual"/>
        </w:rPr>
        <w:t>Yapı Kredi Yayınları</w:t>
      </w:r>
      <w:r w:rsidR="00E16C3B">
        <w:rPr>
          <w:rFonts w:ascii="Times New Roman" w:eastAsiaTheme="minorHAnsi" w:hAnsi="Times New Roman" w:cs="Times New Roman"/>
          <w:kern w:val="2"/>
          <w:sz w:val="22"/>
          <w:lang w:val="tr-TR"/>
          <w14:ligatures w14:val="standardContextual"/>
        </w:rPr>
        <w:t>.</w:t>
      </w:r>
    </w:p>
    <w:p w14:paraId="1F2B5C4B" w14:textId="21A9D628"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Farrelly, Lorraine</w:t>
      </w:r>
      <w:r w:rsidR="00E16C3B" w:rsidRP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(2012)</w:t>
      </w:r>
      <w:r w:rsidR="00E16C3B">
        <w:rPr>
          <w:rFonts w:ascii="Times New Roman" w:eastAsiaTheme="minorHAnsi" w:hAnsi="Times New Roman" w:cs="Times New Roman"/>
          <w:kern w:val="2"/>
          <w:sz w:val="22"/>
          <w:lang w:val="tr-TR"/>
          <w14:ligatures w14:val="standardContextual"/>
        </w:rPr>
        <w:t>.</w:t>
      </w:r>
      <w:r w:rsidRP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i/>
          <w:iCs/>
          <w:kern w:val="2"/>
          <w:sz w:val="22"/>
          <w:lang w:val="tr-TR"/>
          <w14:ligatures w14:val="standardContextual"/>
        </w:rPr>
        <w:t>Mimarlıkta Sunum Teknikleri</w:t>
      </w:r>
      <w:r w:rsidR="00E16C3B">
        <w:rPr>
          <w:rFonts w:ascii="Times New Roman" w:eastAsiaTheme="minorHAnsi" w:hAnsi="Times New Roman" w:cs="Times New Roman"/>
          <w:kern w:val="2"/>
          <w:sz w:val="22"/>
          <w:lang w:val="tr-TR"/>
          <w14:ligatures w14:val="standardContextual"/>
        </w:rPr>
        <w:t>.</w:t>
      </w:r>
      <w:r w:rsidRPr="00E16C3B">
        <w:rPr>
          <w:rFonts w:ascii="Times New Roman" w:eastAsiaTheme="minorHAnsi" w:hAnsi="Times New Roman" w:cs="Times New Roman"/>
          <w:kern w:val="2"/>
          <w:sz w:val="22"/>
          <w:lang w:val="tr-TR"/>
          <w14:ligatures w14:val="standardContextual"/>
        </w:rPr>
        <w:t xml:space="preserve"> </w:t>
      </w:r>
      <w:r w:rsidR="00E16C3B">
        <w:rPr>
          <w:rFonts w:ascii="Times New Roman" w:eastAsiaTheme="minorHAnsi" w:hAnsi="Times New Roman" w:cs="Times New Roman"/>
          <w:kern w:val="2"/>
          <w:sz w:val="22"/>
          <w:lang w:val="tr-TR"/>
          <w14:ligatures w14:val="standardContextual"/>
        </w:rPr>
        <w:t xml:space="preserve">İstanbul: </w:t>
      </w:r>
      <w:r w:rsidRPr="00E16C3B">
        <w:rPr>
          <w:rFonts w:ascii="Times New Roman" w:eastAsiaTheme="minorHAnsi" w:hAnsi="Times New Roman" w:cs="Times New Roman"/>
          <w:kern w:val="2"/>
          <w:sz w:val="22"/>
          <w:lang w:val="tr-TR"/>
          <w14:ligatures w14:val="standardContextual"/>
        </w:rPr>
        <w:t>Literatür Yayıncılık</w:t>
      </w:r>
    </w:p>
    <w:p w14:paraId="5D80723A" w14:textId="77777777"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 xml:space="preserve">Gür, Ş.Ö. (1996). </w:t>
      </w:r>
      <w:r w:rsidRPr="00E16C3B">
        <w:rPr>
          <w:rFonts w:ascii="Times New Roman" w:eastAsiaTheme="minorHAnsi" w:hAnsi="Times New Roman" w:cs="Times New Roman"/>
          <w:i/>
          <w:iCs/>
          <w:kern w:val="2"/>
          <w:sz w:val="22"/>
          <w:lang w:val="tr-TR"/>
          <w14:ligatures w14:val="standardContextual"/>
        </w:rPr>
        <w:t>Mekân Örgütlenmesi</w:t>
      </w:r>
      <w:r w:rsidRPr="00E16C3B">
        <w:rPr>
          <w:rFonts w:ascii="Times New Roman" w:eastAsiaTheme="minorHAnsi" w:hAnsi="Times New Roman" w:cs="Times New Roman"/>
          <w:kern w:val="2"/>
          <w:sz w:val="22"/>
          <w:lang w:val="tr-TR"/>
          <w14:ligatures w14:val="standardContextual"/>
        </w:rPr>
        <w:t>. Trabzon: Gür Yayıncılık.</w:t>
      </w:r>
    </w:p>
    <w:p w14:paraId="555FE3B5" w14:textId="3F33CDC1"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Jormakka, Kari</w:t>
      </w:r>
      <w:r w:rsidR="00E16C3B" w:rsidRP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(2025)</w:t>
      </w:r>
      <w:r w:rsid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i/>
          <w:iCs/>
          <w:kern w:val="2"/>
          <w:sz w:val="22"/>
          <w:lang w:val="tr-TR"/>
          <w14:ligatures w14:val="standardContextual"/>
        </w:rPr>
        <w:t>Adım Adım Tasarım Yöntemleri</w:t>
      </w:r>
      <w:r w:rsidR="00E16C3B">
        <w:rPr>
          <w:rFonts w:ascii="Times New Roman" w:eastAsiaTheme="minorHAnsi" w:hAnsi="Times New Roman" w:cs="Times New Roman"/>
          <w:kern w:val="2"/>
          <w:sz w:val="22"/>
          <w:lang w:val="tr-TR"/>
          <w14:ligatures w14:val="standardContextual"/>
        </w:rPr>
        <w:t>. İstanbul:</w:t>
      </w:r>
      <w:r w:rsidRPr="00E16C3B">
        <w:rPr>
          <w:rFonts w:ascii="Times New Roman" w:eastAsiaTheme="minorHAnsi" w:hAnsi="Times New Roman" w:cs="Times New Roman"/>
          <w:kern w:val="2"/>
          <w:sz w:val="22"/>
          <w:lang w:val="tr-TR"/>
          <w14:ligatures w14:val="standardContextual"/>
        </w:rPr>
        <w:t xml:space="preserve"> YEM Yayın</w:t>
      </w:r>
      <w:r w:rsidR="00E16C3B">
        <w:rPr>
          <w:rFonts w:ascii="Times New Roman" w:eastAsiaTheme="minorHAnsi" w:hAnsi="Times New Roman" w:cs="Times New Roman"/>
          <w:kern w:val="2"/>
          <w:sz w:val="22"/>
          <w:lang w:val="tr-TR"/>
          <w14:ligatures w14:val="standardContextual"/>
        </w:rPr>
        <w:t>ları.</w:t>
      </w:r>
      <w:r w:rsidRPr="00E16C3B">
        <w:rPr>
          <w:rFonts w:ascii="Times New Roman" w:eastAsiaTheme="minorHAnsi" w:hAnsi="Times New Roman" w:cs="Times New Roman"/>
          <w:kern w:val="2"/>
          <w:sz w:val="22"/>
          <w:lang w:val="tr-TR"/>
          <w14:ligatures w14:val="standardContextual"/>
        </w:rPr>
        <w:t xml:space="preserve"> </w:t>
      </w:r>
    </w:p>
    <w:p w14:paraId="1B593C89" w14:textId="08C796CE"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M. Low, Setha;</w:t>
      </w:r>
      <w:r w:rsidR="00E16C3B" w:rsidRP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Lawrence-Zúñiga, Denise</w:t>
      </w:r>
      <w:r w:rsidR="00E16C3B" w:rsidRP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(2003)</w:t>
      </w:r>
      <w:r w:rsidR="00E16C3B">
        <w:rPr>
          <w:rFonts w:ascii="Times New Roman" w:eastAsiaTheme="minorHAnsi" w:hAnsi="Times New Roman" w:cs="Times New Roman"/>
          <w:kern w:val="2"/>
          <w:sz w:val="22"/>
          <w:lang w:val="tr-TR"/>
          <w14:ligatures w14:val="standardContextual"/>
        </w:rPr>
        <w:t>.</w:t>
      </w:r>
      <w:r w:rsidRP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i/>
          <w:iCs/>
          <w:kern w:val="2"/>
          <w:sz w:val="22"/>
          <w:lang w:val="tr-TR"/>
          <w14:ligatures w14:val="standardContextual"/>
        </w:rPr>
        <w:t>Anthropology of Space and Place: Locating Culture</w:t>
      </w:r>
      <w:r w:rsidR="00E16C3B" w:rsidRPr="00E16C3B">
        <w:rPr>
          <w:rFonts w:ascii="Times New Roman" w:eastAsiaTheme="minorHAnsi" w:hAnsi="Times New Roman" w:cs="Times New Roman"/>
          <w:i/>
          <w:iCs/>
          <w:kern w:val="2"/>
          <w:sz w:val="22"/>
          <w:lang w:val="tr-TR"/>
          <w14:ligatures w14:val="standardContextual"/>
        </w:rPr>
        <w:t xml:space="preserve">. </w:t>
      </w:r>
      <w:r w:rsidR="00E16C3B">
        <w:rPr>
          <w:rFonts w:ascii="Times New Roman" w:eastAsiaTheme="minorHAnsi" w:hAnsi="Times New Roman" w:cs="Times New Roman"/>
          <w:kern w:val="2"/>
          <w:sz w:val="22"/>
          <w:lang w:val="tr-TR"/>
          <w14:ligatures w14:val="standardContextual"/>
        </w:rPr>
        <w:t>London:</w:t>
      </w:r>
      <w:r w:rsidRPr="00E16C3B">
        <w:rPr>
          <w:rFonts w:ascii="Times New Roman" w:eastAsiaTheme="minorHAnsi" w:hAnsi="Times New Roman" w:cs="Times New Roman"/>
          <w:kern w:val="2"/>
          <w:sz w:val="22"/>
          <w:lang w:val="tr-TR"/>
          <w14:ligatures w14:val="standardContextual"/>
        </w:rPr>
        <w:t xml:space="preserve"> Blackwell Publishing</w:t>
      </w:r>
      <w:r w:rsidR="00644AB7">
        <w:rPr>
          <w:rFonts w:ascii="Times New Roman" w:eastAsiaTheme="minorHAnsi" w:hAnsi="Times New Roman" w:cs="Times New Roman"/>
          <w:kern w:val="2"/>
          <w:sz w:val="22"/>
          <w:lang w:val="tr-TR"/>
          <w14:ligatures w14:val="standardContextual"/>
        </w:rPr>
        <w:t>.</w:t>
      </w:r>
    </w:p>
    <w:p w14:paraId="0418A41F" w14:textId="1D9DDDE1"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Neufert, Ernst</w:t>
      </w:r>
      <w:r w:rsidR="00E16C3B">
        <w:rPr>
          <w:rFonts w:ascii="Times New Roman" w:eastAsiaTheme="minorHAnsi" w:hAnsi="Times New Roman" w:cs="Times New Roman"/>
          <w:kern w:val="2"/>
          <w:sz w:val="22"/>
          <w:lang w:val="tr-TR"/>
          <w14:ligatures w14:val="standardContextual"/>
        </w:rPr>
        <w:t xml:space="preserve"> </w:t>
      </w:r>
      <w:r w:rsidRPr="00E16C3B">
        <w:rPr>
          <w:rFonts w:ascii="Times New Roman" w:eastAsiaTheme="minorHAnsi" w:hAnsi="Times New Roman" w:cs="Times New Roman"/>
          <w:kern w:val="2"/>
          <w:sz w:val="22"/>
          <w:lang w:val="tr-TR"/>
          <w14:ligatures w14:val="standardContextual"/>
        </w:rPr>
        <w:t>(2018)</w:t>
      </w:r>
      <w:r w:rsidR="00644AB7">
        <w:rPr>
          <w:rFonts w:ascii="Times New Roman" w:eastAsiaTheme="minorHAnsi" w:hAnsi="Times New Roman" w:cs="Times New Roman"/>
          <w:kern w:val="2"/>
          <w:sz w:val="22"/>
          <w:lang w:val="tr-TR"/>
          <w14:ligatures w14:val="standardContextual"/>
        </w:rPr>
        <w:t xml:space="preserve">. </w:t>
      </w:r>
      <w:r w:rsidRPr="00644AB7">
        <w:rPr>
          <w:rFonts w:ascii="Times New Roman" w:eastAsiaTheme="minorHAnsi" w:hAnsi="Times New Roman" w:cs="Times New Roman"/>
          <w:i/>
          <w:iCs/>
          <w:kern w:val="2"/>
          <w:sz w:val="22"/>
          <w:lang w:val="tr-TR"/>
          <w14:ligatures w14:val="standardContextual"/>
        </w:rPr>
        <w:t>Yapı Tasarımı</w:t>
      </w:r>
      <w:r w:rsidR="00644AB7">
        <w:rPr>
          <w:rFonts w:ascii="Times New Roman" w:eastAsiaTheme="minorHAnsi" w:hAnsi="Times New Roman" w:cs="Times New Roman"/>
          <w:kern w:val="2"/>
          <w:sz w:val="22"/>
          <w:lang w:val="tr-TR"/>
          <w14:ligatures w14:val="standardContextual"/>
        </w:rPr>
        <w:t>.</w:t>
      </w:r>
      <w:r w:rsidRPr="00E16C3B">
        <w:rPr>
          <w:rFonts w:ascii="Times New Roman" w:eastAsiaTheme="minorHAnsi" w:hAnsi="Times New Roman" w:cs="Times New Roman"/>
          <w:kern w:val="2"/>
          <w:sz w:val="22"/>
          <w:lang w:val="tr-TR"/>
          <w14:ligatures w14:val="standardContextual"/>
        </w:rPr>
        <w:t xml:space="preserve"> </w:t>
      </w:r>
      <w:r w:rsidR="00644AB7">
        <w:rPr>
          <w:rFonts w:ascii="Times New Roman" w:eastAsiaTheme="minorHAnsi" w:hAnsi="Times New Roman" w:cs="Times New Roman"/>
          <w:kern w:val="2"/>
          <w:sz w:val="22"/>
          <w:lang w:val="tr-TR"/>
          <w14:ligatures w14:val="standardContextual"/>
        </w:rPr>
        <w:t xml:space="preserve">İstanbul: </w:t>
      </w:r>
      <w:r w:rsidRPr="00E16C3B">
        <w:rPr>
          <w:rFonts w:ascii="Times New Roman" w:eastAsiaTheme="minorHAnsi" w:hAnsi="Times New Roman" w:cs="Times New Roman"/>
          <w:kern w:val="2"/>
          <w:sz w:val="22"/>
          <w:lang w:val="tr-TR"/>
          <w14:ligatures w14:val="standardContextual"/>
        </w:rPr>
        <w:t>Beta Yayınları</w:t>
      </w:r>
      <w:r w:rsidR="00644AB7">
        <w:rPr>
          <w:rFonts w:ascii="Times New Roman" w:eastAsiaTheme="minorHAnsi" w:hAnsi="Times New Roman" w:cs="Times New Roman"/>
          <w:kern w:val="2"/>
          <w:sz w:val="22"/>
          <w:lang w:val="tr-TR"/>
          <w14:ligatures w14:val="standardContextual"/>
        </w:rPr>
        <w:t>.</w:t>
      </w:r>
    </w:p>
    <w:p w14:paraId="24140280" w14:textId="7ACC1C9F" w:rsidR="00A529A0" w:rsidRPr="00E16C3B" w:rsidRDefault="00A529A0" w:rsidP="00E16C3B">
      <w:pPr>
        <w:pStyle w:val="ListeParagraf"/>
        <w:numPr>
          <w:ilvl w:val="0"/>
          <w:numId w:val="10"/>
        </w:numPr>
        <w:spacing w:after="120"/>
        <w:ind w:left="714" w:hanging="357"/>
        <w:contextualSpacing w:val="0"/>
        <w:rPr>
          <w:rFonts w:ascii="Times New Roman" w:eastAsiaTheme="minorHAnsi" w:hAnsi="Times New Roman" w:cs="Times New Roman"/>
          <w:kern w:val="2"/>
          <w:sz w:val="22"/>
          <w:lang w:val="tr-TR"/>
          <w14:ligatures w14:val="standardContextual"/>
        </w:rPr>
      </w:pPr>
      <w:r w:rsidRPr="00E16C3B">
        <w:rPr>
          <w:rFonts w:ascii="Times New Roman" w:eastAsiaTheme="minorHAnsi" w:hAnsi="Times New Roman" w:cs="Times New Roman"/>
          <w:kern w:val="2"/>
          <w:sz w:val="22"/>
          <w:lang w:val="tr-TR"/>
          <w14:ligatures w14:val="standardContextual"/>
        </w:rPr>
        <w:t xml:space="preserve">Ünügür, S.M. (1989). </w:t>
      </w:r>
      <w:r w:rsidRPr="00E16C3B">
        <w:rPr>
          <w:rFonts w:ascii="Times New Roman" w:eastAsiaTheme="minorHAnsi" w:hAnsi="Times New Roman" w:cs="Times New Roman"/>
          <w:i/>
          <w:iCs/>
          <w:kern w:val="2"/>
          <w:sz w:val="22"/>
          <w:lang w:val="tr-TR"/>
          <w14:ligatures w14:val="standardContextual"/>
        </w:rPr>
        <w:t>Bina Tasarımının Temel İlkeleri</w:t>
      </w:r>
      <w:r w:rsidRPr="00E16C3B">
        <w:rPr>
          <w:rFonts w:ascii="Times New Roman" w:eastAsiaTheme="minorHAnsi" w:hAnsi="Times New Roman" w:cs="Times New Roman"/>
          <w:kern w:val="2"/>
          <w:sz w:val="22"/>
          <w:lang w:val="tr-TR"/>
          <w14:ligatures w14:val="standardContextual"/>
        </w:rPr>
        <w:t>. İstanbul: İTÜ</w:t>
      </w:r>
      <w:r w:rsidR="00E16C3B">
        <w:rPr>
          <w:rFonts w:ascii="Times New Roman" w:eastAsiaTheme="minorHAnsi" w:hAnsi="Times New Roman" w:cs="Times New Roman"/>
          <w:kern w:val="2"/>
          <w:sz w:val="22"/>
          <w:lang w:val="tr-TR"/>
          <w14:ligatures w14:val="standardContextual"/>
        </w:rPr>
        <w:t xml:space="preserve"> Yayınları</w:t>
      </w:r>
      <w:r w:rsidRPr="00E16C3B">
        <w:rPr>
          <w:rFonts w:ascii="Times New Roman" w:eastAsiaTheme="minorHAnsi" w:hAnsi="Times New Roman" w:cs="Times New Roman"/>
          <w:kern w:val="2"/>
          <w:sz w:val="22"/>
          <w:lang w:val="tr-TR"/>
          <w14:ligatures w14:val="standardContextual"/>
        </w:rPr>
        <w:t>.</w:t>
      </w:r>
    </w:p>
    <w:p w14:paraId="0F21BD96" w14:textId="77777777" w:rsidR="00E16C3B" w:rsidRDefault="00E16C3B" w:rsidP="00947EB8">
      <w:pPr>
        <w:rPr>
          <w:rFonts w:ascii="Times New Roman" w:hAnsi="Times New Roman" w:cs="Times New Roman"/>
          <w:b/>
          <w:bCs/>
          <w:sz w:val="22"/>
          <w:lang w:val="tr-TR"/>
        </w:rPr>
      </w:pPr>
    </w:p>
    <w:p w14:paraId="2BBEFE2A" w14:textId="77777777" w:rsidR="00E16C3B" w:rsidRPr="00FA1EC8"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b/>
          <w:sz w:val="22"/>
          <w:lang w:val="tr-TR"/>
        </w:rPr>
        <w:t>Proje Stüdyosu Değerlendirme Kriterleri</w:t>
      </w:r>
    </w:p>
    <w:p w14:paraId="59295F1B" w14:textId="77777777" w:rsidR="00E16C3B" w:rsidRPr="00FA1EC8"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Stüdyoya %70 katılım resmi bir ders koşuludur. </w:t>
      </w:r>
    </w:p>
    <w:p w14:paraId="23328473" w14:textId="77777777" w:rsidR="00E16C3B" w:rsidRPr="00FA1EC8"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Öğrencinin stüdyonun amaçladığı  </w:t>
      </w:r>
    </w:p>
    <w:p w14:paraId="640FE9FF" w14:textId="77777777" w:rsidR="00E16C3B" w:rsidRDefault="00E16C3B" w:rsidP="00E16C3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 xml:space="preserve">Stüdyo kültürüne katılım ve kişisel ve özgün katkıda bulunulması, diğer öğrencilerle işbirliği yapabilmesi, </w:t>
      </w:r>
    </w:p>
    <w:p w14:paraId="5190BAA5" w14:textId="77777777" w:rsidR="00E16C3B" w:rsidRDefault="00E16C3B" w:rsidP="00E16C3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Araştırma ve eleştirel düşünme becerileri kazandırılması,</w:t>
      </w:r>
    </w:p>
    <w:p w14:paraId="38553212" w14:textId="77777777" w:rsidR="00E16C3B" w:rsidRDefault="00E16C3B" w:rsidP="00E16C3B">
      <w:pPr>
        <w:pStyle w:val="ListeParagraf"/>
        <w:numPr>
          <w:ilvl w:val="0"/>
          <w:numId w:val="12"/>
        </w:numPr>
        <w:spacing w:after="120"/>
        <w:ind w:left="851" w:hanging="284"/>
        <w:jc w:val="both"/>
        <w:rPr>
          <w:rFonts w:ascii="Times New Roman" w:hAnsi="Times New Roman" w:cs="Times New Roman"/>
          <w:sz w:val="22"/>
          <w:lang w:val="tr-TR"/>
        </w:rPr>
      </w:pPr>
      <w:r>
        <w:rPr>
          <w:rFonts w:ascii="Times New Roman" w:hAnsi="Times New Roman" w:cs="Times New Roman"/>
          <w:sz w:val="22"/>
          <w:lang w:val="tr-TR"/>
        </w:rPr>
        <w:lastRenderedPageBreak/>
        <w:t>T</w:t>
      </w:r>
      <w:r w:rsidRPr="00FA1EC8">
        <w:rPr>
          <w:rFonts w:ascii="Times New Roman" w:hAnsi="Times New Roman" w:cs="Times New Roman"/>
          <w:sz w:val="22"/>
          <w:lang w:val="tr-TR"/>
        </w:rPr>
        <w:t>asarımda alternatifler üretme, deneyerek öğrenme, bütüncül ve çok yönlü tasarım becerisinin geliştirilmesi,</w:t>
      </w:r>
    </w:p>
    <w:p w14:paraId="376EA61F" w14:textId="77777777" w:rsidR="00E16C3B" w:rsidRDefault="00E16C3B" w:rsidP="00E16C3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Program, bağlam, mek</w:t>
      </w:r>
      <w:r>
        <w:rPr>
          <w:rFonts w:ascii="Times New Roman" w:hAnsi="Times New Roman" w:cs="Times New Roman"/>
          <w:sz w:val="22"/>
          <w:lang w:val="tr-TR"/>
        </w:rPr>
        <w:t>â</w:t>
      </w:r>
      <w:r w:rsidRPr="00FA1EC8">
        <w:rPr>
          <w:rFonts w:ascii="Times New Roman" w:hAnsi="Times New Roman" w:cs="Times New Roman"/>
          <w:sz w:val="22"/>
          <w:lang w:val="tr-TR"/>
        </w:rPr>
        <w:t>nsal ve yapısal niteliklerin tasarım kararlarına yansıtılmasında beklenen yeterlilik</w:t>
      </w:r>
    </w:p>
    <w:p w14:paraId="2AE7B4FA" w14:textId="77777777" w:rsidR="00E16C3B" w:rsidRPr="00FA1EC8" w:rsidRDefault="00E16C3B" w:rsidP="00E16C3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Geliştirdiği tasarımını anlatmaya yönelik çeşitli ve zengin temsil becerilerinin geliştirilmesi</w:t>
      </w:r>
    </w:p>
    <w:p w14:paraId="161699C3" w14:textId="77777777" w:rsidR="00E16C3B" w:rsidRPr="00FA1EC8"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şeklinde özetlenebilecek birikim ve becerileri kazanması hedeflenmektedir. Stüdyoya ve jürilere %100 aktif katılımı değerlendirmelerde dikkate alınacaktır. </w:t>
      </w:r>
    </w:p>
    <w:p w14:paraId="7C15977E" w14:textId="77777777" w:rsidR="00E16C3B" w:rsidRPr="00FA1EC8"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Ön proje, hazırlık çalışmaları / destekleyici çalışmalar</w:t>
      </w:r>
    </w:p>
    <w:p w14:paraId="6361ABD1" w14:textId="77777777" w:rsidR="00E16C3B" w:rsidRPr="00FA1EC8"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Ana proje, dönem içinde yapılan tüm çalışmalar (stüdyo sürecine ve jürilere aktif katılım, araştırma, okuma, sunum, günlük ve haftalık atölye çalışmaları) </w:t>
      </w:r>
    </w:p>
    <w:p w14:paraId="66B54F59" w14:textId="3133E9EA" w:rsidR="004D76D9" w:rsidRDefault="00E16C3B" w:rsidP="00E16C3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Başarı notu, vize sınavının %40’ı ile final sınavının %60’ı alınarak hesaplanır. Dersten geçme notu 60’tır.</w:t>
      </w:r>
    </w:p>
    <w:p w14:paraId="62971AD5" w14:textId="77777777" w:rsidR="00F7499B" w:rsidRPr="00E16C3B" w:rsidRDefault="00F7499B" w:rsidP="00E16C3B">
      <w:pPr>
        <w:spacing w:after="120"/>
        <w:jc w:val="both"/>
        <w:rPr>
          <w:rFonts w:ascii="Times New Roman" w:hAnsi="Times New Roman" w:cs="Times New Roman"/>
          <w:sz w:val="22"/>
          <w:lang w:val="tr-TR"/>
        </w:rPr>
      </w:pPr>
    </w:p>
    <w:p w14:paraId="01645368" w14:textId="6F6480BA" w:rsidR="00CC423E" w:rsidRPr="00E16C3B" w:rsidRDefault="00CC423E" w:rsidP="008641A0">
      <w:pPr>
        <w:spacing w:before="280" w:after="120"/>
        <w:jc w:val="both"/>
        <w:rPr>
          <w:rFonts w:ascii="Times New Roman" w:hAnsi="Times New Roman" w:cs="Times New Roman"/>
          <w:b/>
          <w:sz w:val="22"/>
          <w:lang w:val="tr-TR"/>
        </w:rPr>
      </w:pPr>
      <w:r w:rsidRPr="00E16C3B">
        <w:rPr>
          <w:rFonts w:ascii="Times New Roman" w:hAnsi="Times New Roman" w:cs="Times New Roman"/>
          <w:b/>
          <w:sz w:val="22"/>
          <w:lang w:val="tr-TR"/>
        </w:rPr>
        <w:t>Proje Öğrenme Çıktıları</w:t>
      </w:r>
      <w:r w:rsidR="00E16C3B">
        <w:rPr>
          <w:rFonts w:ascii="Times New Roman" w:hAnsi="Times New Roman" w:cs="Times New Roman"/>
          <w:b/>
          <w:sz w:val="22"/>
          <w:lang w:val="tr-TR"/>
        </w:rPr>
        <w:t xml:space="preserve"> (ÖÇ)</w:t>
      </w:r>
    </w:p>
    <w:tbl>
      <w:tblPr>
        <w:tblStyle w:val="TabloKlavuzu"/>
        <w:tblpPr w:leftFromText="141" w:rightFromText="141" w:vertAnchor="text" w:horzAnchor="margin" w:tblpXSpec="center" w:tblpY="113"/>
        <w:tblW w:w="9039" w:type="dxa"/>
        <w:jc w:val="center"/>
        <w:tblLook w:val="04A0" w:firstRow="1" w:lastRow="0" w:firstColumn="1" w:lastColumn="0" w:noHBand="0" w:noVBand="1"/>
      </w:tblPr>
      <w:tblGrid>
        <w:gridCol w:w="1135"/>
        <w:gridCol w:w="7904"/>
      </w:tblGrid>
      <w:tr w:rsidR="009C6578" w:rsidRPr="00E16C3B" w14:paraId="7B86A945" w14:textId="77777777" w:rsidTr="008C2B85">
        <w:trPr>
          <w:trHeight w:val="417"/>
          <w:jc w:val="center"/>
        </w:trPr>
        <w:tc>
          <w:tcPr>
            <w:tcW w:w="1135" w:type="dxa"/>
            <w:vAlign w:val="center"/>
          </w:tcPr>
          <w:p w14:paraId="4747FC2D"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Sıra No</w:t>
            </w:r>
          </w:p>
        </w:tc>
        <w:tc>
          <w:tcPr>
            <w:tcW w:w="7904" w:type="dxa"/>
            <w:vAlign w:val="center"/>
          </w:tcPr>
          <w:p w14:paraId="2FA22C35"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Açıklama</w:t>
            </w:r>
          </w:p>
        </w:tc>
      </w:tr>
      <w:tr w:rsidR="009C6578" w:rsidRPr="00E16C3B" w14:paraId="237D2E72" w14:textId="77777777" w:rsidTr="008C2B85">
        <w:trPr>
          <w:jc w:val="center"/>
        </w:trPr>
        <w:tc>
          <w:tcPr>
            <w:tcW w:w="1135" w:type="dxa"/>
            <w:vAlign w:val="center"/>
          </w:tcPr>
          <w:p w14:paraId="7818A8DC"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ÖÇ1</w:t>
            </w:r>
          </w:p>
        </w:tc>
        <w:tc>
          <w:tcPr>
            <w:tcW w:w="7904" w:type="dxa"/>
            <w:vAlign w:val="center"/>
          </w:tcPr>
          <w:p w14:paraId="6512F63B" w14:textId="38ADACD3" w:rsidR="009C6578" w:rsidRPr="00E16C3B" w:rsidRDefault="009C6578" w:rsidP="007F0AE6">
            <w:pPr>
              <w:pStyle w:val="NormalWeb"/>
              <w:spacing w:before="0" w:beforeAutospacing="0" w:after="0" w:afterAutospacing="0"/>
              <w:jc w:val="both"/>
              <w:rPr>
                <w:color w:val="000000" w:themeColor="text1"/>
                <w:sz w:val="22"/>
                <w:szCs w:val="22"/>
              </w:rPr>
            </w:pPr>
            <w:r w:rsidRPr="00E16C3B">
              <w:rPr>
                <w:color w:val="000000" w:themeColor="text1"/>
                <w:sz w:val="22"/>
                <w:szCs w:val="22"/>
              </w:rPr>
              <w:t>Proje alanının fiziksel, çevresel ve kentsel özelliklerini analiz ederek tasarım kararlarına dönüştürebilme.</w:t>
            </w:r>
          </w:p>
        </w:tc>
      </w:tr>
      <w:tr w:rsidR="009C6578" w:rsidRPr="00E16C3B" w14:paraId="76418C51" w14:textId="77777777" w:rsidTr="008C2B85">
        <w:trPr>
          <w:jc w:val="center"/>
        </w:trPr>
        <w:tc>
          <w:tcPr>
            <w:tcW w:w="1135" w:type="dxa"/>
            <w:vAlign w:val="center"/>
          </w:tcPr>
          <w:p w14:paraId="146B8C4E"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ÖÇ2</w:t>
            </w:r>
          </w:p>
        </w:tc>
        <w:tc>
          <w:tcPr>
            <w:tcW w:w="7904" w:type="dxa"/>
            <w:vAlign w:val="center"/>
          </w:tcPr>
          <w:p w14:paraId="7CF24B59" w14:textId="73AEC4B7" w:rsidR="009C6578" w:rsidRPr="00E16C3B" w:rsidRDefault="009C6578" w:rsidP="007F0AE6">
            <w:pPr>
              <w:pStyle w:val="NormalWeb"/>
              <w:spacing w:before="0" w:beforeAutospacing="0" w:after="0" w:afterAutospacing="0"/>
              <w:jc w:val="both"/>
              <w:rPr>
                <w:color w:val="000000" w:themeColor="text1"/>
                <w:sz w:val="22"/>
                <w:szCs w:val="22"/>
              </w:rPr>
            </w:pPr>
            <w:r w:rsidRPr="00E16C3B">
              <w:rPr>
                <w:color w:val="000000" w:themeColor="text1"/>
                <w:sz w:val="22"/>
                <w:szCs w:val="22"/>
              </w:rPr>
              <w:t>Kullanıcı gereksinimleri, işlevsel ilişkiler ve tasarım senaryosu doğrultusunda özgün ve tutarlı bir mimari konsept geliştirebilme.</w:t>
            </w:r>
          </w:p>
        </w:tc>
      </w:tr>
      <w:tr w:rsidR="009C6578" w:rsidRPr="00E16C3B" w14:paraId="788B8634" w14:textId="77777777" w:rsidTr="008C2B85">
        <w:trPr>
          <w:jc w:val="center"/>
        </w:trPr>
        <w:tc>
          <w:tcPr>
            <w:tcW w:w="1135" w:type="dxa"/>
            <w:vAlign w:val="center"/>
          </w:tcPr>
          <w:p w14:paraId="4BB0EA59"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ÖÇ3</w:t>
            </w:r>
          </w:p>
        </w:tc>
        <w:tc>
          <w:tcPr>
            <w:tcW w:w="7904" w:type="dxa"/>
            <w:vAlign w:val="center"/>
          </w:tcPr>
          <w:p w14:paraId="5D1B39F6" w14:textId="5A069ED2" w:rsidR="009C6578" w:rsidRPr="00E16C3B" w:rsidRDefault="009C6578" w:rsidP="007F0AE6">
            <w:pPr>
              <w:jc w:val="both"/>
              <w:rPr>
                <w:rFonts w:ascii="Times New Roman" w:hAnsi="Times New Roman" w:cs="Times New Roman"/>
                <w:sz w:val="22"/>
                <w:lang w:val="tr-TR"/>
              </w:rPr>
            </w:pPr>
            <w:r w:rsidRPr="00E16C3B">
              <w:rPr>
                <w:rFonts w:ascii="Times New Roman" w:hAnsi="Times New Roman" w:cs="Times New Roman"/>
                <w:sz w:val="22"/>
                <w:lang w:val="tr-TR"/>
              </w:rPr>
              <w:t>Yapının mekânsal organizasyonunu; işlevler arası ilişkiler, dolaşım, ölçek, doluluk–boşluk ve açık–yarı açık–kapalı mekân ilişkileri çerçevesinde kurgulayabilme.</w:t>
            </w:r>
          </w:p>
        </w:tc>
      </w:tr>
      <w:tr w:rsidR="009C6578" w:rsidRPr="00E16C3B" w14:paraId="419256DE" w14:textId="77777777" w:rsidTr="008C2B85">
        <w:trPr>
          <w:jc w:val="center"/>
        </w:trPr>
        <w:tc>
          <w:tcPr>
            <w:tcW w:w="1135" w:type="dxa"/>
            <w:vAlign w:val="center"/>
          </w:tcPr>
          <w:p w14:paraId="1BA8720D"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ÖÇ4</w:t>
            </w:r>
          </w:p>
        </w:tc>
        <w:tc>
          <w:tcPr>
            <w:tcW w:w="7904" w:type="dxa"/>
            <w:vAlign w:val="center"/>
          </w:tcPr>
          <w:p w14:paraId="282C2BA0" w14:textId="2ECD68EE" w:rsidR="009C6578" w:rsidRPr="00E16C3B" w:rsidRDefault="009C6578" w:rsidP="007F0AE6">
            <w:pPr>
              <w:jc w:val="both"/>
              <w:rPr>
                <w:rFonts w:ascii="Times New Roman" w:hAnsi="Times New Roman" w:cs="Times New Roman"/>
                <w:sz w:val="22"/>
                <w:lang w:val="tr-TR"/>
              </w:rPr>
            </w:pPr>
            <w:r w:rsidRPr="00E16C3B">
              <w:rPr>
                <w:rFonts w:ascii="Times New Roman" w:hAnsi="Times New Roman" w:cs="Times New Roman"/>
                <w:sz w:val="22"/>
                <w:lang w:val="tr-TR"/>
              </w:rPr>
              <w:t>Yapı ile çevresi arasındaki ilişkiyi; yönlenme, doğal ışık, ulaşım, girişler, açık alan kullanımları ve çevresel veriler doğrultusunda bütüncül olarak değerlendirebilme.</w:t>
            </w:r>
          </w:p>
        </w:tc>
      </w:tr>
      <w:tr w:rsidR="009C6578" w:rsidRPr="00E16C3B" w14:paraId="08A5F664" w14:textId="77777777" w:rsidTr="008C2B85">
        <w:trPr>
          <w:jc w:val="center"/>
        </w:trPr>
        <w:tc>
          <w:tcPr>
            <w:tcW w:w="1135" w:type="dxa"/>
            <w:vAlign w:val="center"/>
          </w:tcPr>
          <w:p w14:paraId="261B4FE7"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ÖÇ5</w:t>
            </w:r>
          </w:p>
        </w:tc>
        <w:tc>
          <w:tcPr>
            <w:tcW w:w="7904" w:type="dxa"/>
            <w:vAlign w:val="center"/>
          </w:tcPr>
          <w:p w14:paraId="00D50ED0" w14:textId="380F1CC4" w:rsidR="009C6578" w:rsidRPr="00E16C3B" w:rsidRDefault="009C6578" w:rsidP="007F0AE6">
            <w:pPr>
              <w:jc w:val="both"/>
              <w:rPr>
                <w:rFonts w:ascii="Times New Roman" w:hAnsi="Times New Roman" w:cs="Times New Roman"/>
                <w:color w:val="000000" w:themeColor="text1"/>
                <w:sz w:val="22"/>
                <w:lang w:val="tr-TR"/>
              </w:rPr>
            </w:pPr>
            <w:r w:rsidRPr="00E16C3B">
              <w:rPr>
                <w:rFonts w:ascii="Times New Roman" w:hAnsi="Times New Roman" w:cs="Times New Roman"/>
                <w:color w:val="000000" w:themeColor="text1"/>
                <w:sz w:val="22"/>
                <w:lang w:val="tr-TR"/>
              </w:rPr>
              <w:t>Mimari tasarım kararlarını plan, kesit, görünüş, vaziyet planı, maket ve üç boyutlu anlatım teknikleri aracılığıyla geliştirebilme ve ifade edebilme.</w:t>
            </w:r>
          </w:p>
        </w:tc>
      </w:tr>
      <w:tr w:rsidR="009C6578" w:rsidRPr="00E16C3B" w14:paraId="552FB4A1" w14:textId="77777777" w:rsidTr="008C2B85">
        <w:trPr>
          <w:jc w:val="center"/>
        </w:trPr>
        <w:tc>
          <w:tcPr>
            <w:tcW w:w="1135" w:type="dxa"/>
            <w:vAlign w:val="center"/>
          </w:tcPr>
          <w:p w14:paraId="61EA0FFA" w14:textId="77777777" w:rsidR="009C6578" w:rsidRPr="00E16C3B" w:rsidRDefault="009C6578" w:rsidP="007F0AE6">
            <w:pPr>
              <w:jc w:val="center"/>
              <w:rPr>
                <w:rFonts w:ascii="Times New Roman" w:hAnsi="Times New Roman" w:cs="Times New Roman"/>
                <w:b/>
                <w:bCs/>
                <w:sz w:val="22"/>
                <w:lang w:val="tr-TR"/>
              </w:rPr>
            </w:pPr>
            <w:r w:rsidRPr="00E16C3B">
              <w:rPr>
                <w:rFonts w:ascii="Times New Roman" w:hAnsi="Times New Roman" w:cs="Times New Roman"/>
                <w:b/>
                <w:bCs/>
                <w:sz w:val="22"/>
                <w:lang w:val="tr-TR"/>
              </w:rPr>
              <w:t>ÖÇ6</w:t>
            </w:r>
          </w:p>
        </w:tc>
        <w:tc>
          <w:tcPr>
            <w:tcW w:w="7904" w:type="dxa"/>
            <w:vAlign w:val="center"/>
          </w:tcPr>
          <w:p w14:paraId="6B73D142" w14:textId="341FB913" w:rsidR="009C6578" w:rsidRPr="00E16C3B" w:rsidRDefault="009C6578" w:rsidP="007F0AE6">
            <w:pPr>
              <w:jc w:val="both"/>
              <w:rPr>
                <w:rFonts w:ascii="Times New Roman" w:hAnsi="Times New Roman" w:cs="Times New Roman"/>
                <w:color w:val="000000" w:themeColor="text1"/>
                <w:sz w:val="22"/>
                <w:lang w:val="tr-TR"/>
              </w:rPr>
            </w:pPr>
            <w:r w:rsidRPr="00E16C3B">
              <w:rPr>
                <w:rFonts w:ascii="Times New Roman" w:hAnsi="Times New Roman" w:cs="Times New Roman"/>
                <w:color w:val="000000" w:themeColor="text1"/>
                <w:sz w:val="22"/>
                <w:lang w:val="tr-TR"/>
              </w:rPr>
              <w:t>Biçim, işlev, mekân, malzeme, cephe ve çevre kararlarını birbiriyle ilişkilendirerek işlevsel, özgün ve bütüncül bir mimari tasarım ortaya koyabilme.</w:t>
            </w:r>
          </w:p>
        </w:tc>
      </w:tr>
    </w:tbl>
    <w:p w14:paraId="4E54E41A" w14:textId="77777777" w:rsidR="008C2B85" w:rsidRDefault="008C2B85" w:rsidP="000D2CAB">
      <w:pPr>
        <w:spacing w:after="160" w:line="278" w:lineRule="auto"/>
        <w:jc w:val="both"/>
        <w:rPr>
          <w:rFonts w:ascii="Times New Roman" w:eastAsiaTheme="minorHAnsi" w:hAnsi="Times New Roman" w:cs="Times New Roman"/>
          <w:b/>
          <w:bCs/>
          <w:kern w:val="2"/>
          <w:sz w:val="20"/>
          <w:szCs w:val="20"/>
          <w:lang w:val="tr-TR"/>
          <w14:ligatures w14:val="standardContextual"/>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30"/>
        <w:gridCol w:w="730"/>
      </w:tblGrid>
      <w:tr w:rsidR="008C2B85" w:rsidRPr="008C2B85" w14:paraId="419AE2A4" w14:textId="77777777" w:rsidTr="008C2B85">
        <w:trPr>
          <w:trHeight w:val="454"/>
          <w:jc w:val="center"/>
        </w:trPr>
        <w:tc>
          <w:tcPr>
            <w:tcW w:w="9074" w:type="dxa"/>
            <w:gridSpan w:val="18"/>
            <w:vAlign w:val="center"/>
          </w:tcPr>
          <w:p w14:paraId="761A8832" w14:textId="77777777" w:rsidR="008C2B85" w:rsidRPr="008C2B85" w:rsidRDefault="008C2B85" w:rsidP="00E81BB3">
            <w:pPr>
              <w:pStyle w:val="TableParagraph"/>
              <w:ind w:left="158"/>
              <w:rPr>
                <w:b/>
                <w:color w:val="000000" w:themeColor="text1"/>
              </w:rPr>
            </w:pPr>
            <w:r w:rsidRPr="008C2B85">
              <w:rPr>
                <w:b/>
                <w:color w:val="000000" w:themeColor="text1"/>
              </w:rPr>
              <w:t>PROGRAM ÇIKTILARI (PÇ) İLE</w:t>
            </w:r>
          </w:p>
          <w:p w14:paraId="72E7CC70" w14:textId="77777777" w:rsidR="008C2B85" w:rsidRPr="008C2B85" w:rsidRDefault="008C2B85" w:rsidP="00E81BB3">
            <w:pPr>
              <w:jc w:val="center"/>
              <w:rPr>
                <w:rFonts w:ascii="Times New Roman" w:hAnsi="Times New Roman" w:cs="Times New Roman"/>
                <w:color w:val="000000" w:themeColor="text1"/>
                <w:sz w:val="22"/>
              </w:rPr>
            </w:pPr>
            <w:r w:rsidRPr="008C2B85">
              <w:rPr>
                <w:rFonts w:ascii="Times New Roman" w:hAnsi="Times New Roman" w:cs="Times New Roman"/>
                <w:b/>
                <w:color w:val="000000" w:themeColor="text1"/>
                <w:sz w:val="22"/>
              </w:rPr>
              <w:t>DERS ÖĞRENİM ÇIKTILARI (ÖÇ) İLİŞKİSİ TABLOSU</w:t>
            </w:r>
          </w:p>
        </w:tc>
      </w:tr>
      <w:tr w:rsidR="008C2B85" w:rsidRPr="008C2B85" w14:paraId="1D9F0581" w14:textId="77777777" w:rsidTr="008C2B85">
        <w:trPr>
          <w:trHeight w:val="454"/>
          <w:jc w:val="center"/>
        </w:trPr>
        <w:tc>
          <w:tcPr>
            <w:tcW w:w="683" w:type="dxa"/>
            <w:vAlign w:val="center"/>
          </w:tcPr>
          <w:p w14:paraId="6DF59474" w14:textId="77777777" w:rsidR="008C2B85" w:rsidRPr="008C2B85" w:rsidRDefault="008C2B85" w:rsidP="00E81BB3">
            <w:pPr>
              <w:jc w:val="both"/>
              <w:rPr>
                <w:rFonts w:ascii="Times New Roman" w:hAnsi="Times New Roman" w:cs="Times New Roman"/>
                <w:color w:val="000000" w:themeColor="text1"/>
                <w:sz w:val="22"/>
              </w:rPr>
            </w:pPr>
          </w:p>
        </w:tc>
        <w:tc>
          <w:tcPr>
            <w:tcW w:w="688" w:type="dxa"/>
            <w:vAlign w:val="center"/>
          </w:tcPr>
          <w:p w14:paraId="014D0F0B"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PÇ1</w:t>
            </w:r>
          </w:p>
        </w:tc>
        <w:tc>
          <w:tcPr>
            <w:tcW w:w="689" w:type="dxa"/>
            <w:gridSpan w:val="2"/>
            <w:vAlign w:val="center"/>
          </w:tcPr>
          <w:p w14:paraId="0446D7DD"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PÇ2</w:t>
            </w:r>
          </w:p>
        </w:tc>
        <w:tc>
          <w:tcPr>
            <w:tcW w:w="690" w:type="dxa"/>
            <w:vAlign w:val="center"/>
          </w:tcPr>
          <w:p w14:paraId="2CD3FBF9"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PÇ3</w:t>
            </w:r>
          </w:p>
        </w:tc>
        <w:tc>
          <w:tcPr>
            <w:tcW w:w="689" w:type="dxa"/>
            <w:vAlign w:val="center"/>
          </w:tcPr>
          <w:p w14:paraId="5B7657C2"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PÇ4</w:t>
            </w:r>
          </w:p>
        </w:tc>
        <w:tc>
          <w:tcPr>
            <w:tcW w:w="689" w:type="dxa"/>
            <w:gridSpan w:val="2"/>
            <w:vAlign w:val="center"/>
          </w:tcPr>
          <w:p w14:paraId="66119CEE"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PÇ5</w:t>
            </w:r>
          </w:p>
        </w:tc>
        <w:tc>
          <w:tcPr>
            <w:tcW w:w="689" w:type="dxa"/>
            <w:vAlign w:val="center"/>
          </w:tcPr>
          <w:p w14:paraId="4CBE4AD3"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PÇ6</w:t>
            </w:r>
          </w:p>
        </w:tc>
        <w:tc>
          <w:tcPr>
            <w:tcW w:w="689" w:type="dxa"/>
            <w:gridSpan w:val="2"/>
            <w:vAlign w:val="center"/>
          </w:tcPr>
          <w:p w14:paraId="3B495DDD"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PÇ7</w:t>
            </w:r>
          </w:p>
        </w:tc>
        <w:tc>
          <w:tcPr>
            <w:tcW w:w="689" w:type="dxa"/>
            <w:vAlign w:val="center"/>
          </w:tcPr>
          <w:p w14:paraId="08A2BFA1"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PÇ8</w:t>
            </w:r>
          </w:p>
        </w:tc>
        <w:tc>
          <w:tcPr>
            <w:tcW w:w="689" w:type="dxa"/>
            <w:gridSpan w:val="2"/>
            <w:vAlign w:val="center"/>
          </w:tcPr>
          <w:p w14:paraId="669E3CE2"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PÇ9</w:t>
            </w:r>
          </w:p>
        </w:tc>
        <w:tc>
          <w:tcPr>
            <w:tcW w:w="730" w:type="dxa"/>
            <w:gridSpan w:val="2"/>
            <w:vAlign w:val="center"/>
          </w:tcPr>
          <w:p w14:paraId="5F92892F"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PÇ10</w:t>
            </w:r>
          </w:p>
        </w:tc>
        <w:tc>
          <w:tcPr>
            <w:tcW w:w="730" w:type="dxa"/>
            <w:vAlign w:val="center"/>
          </w:tcPr>
          <w:p w14:paraId="13A5BD2C"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PÇ11</w:t>
            </w:r>
          </w:p>
        </w:tc>
        <w:tc>
          <w:tcPr>
            <w:tcW w:w="730" w:type="dxa"/>
            <w:vAlign w:val="center"/>
          </w:tcPr>
          <w:p w14:paraId="58570671"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PÇ12</w:t>
            </w:r>
          </w:p>
        </w:tc>
      </w:tr>
      <w:tr w:rsidR="008C2B85" w:rsidRPr="008C2B85" w14:paraId="341E16DA" w14:textId="77777777" w:rsidTr="008C2B85">
        <w:trPr>
          <w:trHeight w:val="454"/>
          <w:jc w:val="center"/>
        </w:trPr>
        <w:tc>
          <w:tcPr>
            <w:tcW w:w="683" w:type="dxa"/>
            <w:vAlign w:val="center"/>
          </w:tcPr>
          <w:p w14:paraId="78A2E147" w14:textId="77777777" w:rsidR="008C2B85" w:rsidRPr="008C2B85" w:rsidRDefault="008C2B85" w:rsidP="008C2B85">
            <w:pPr>
              <w:jc w:val="both"/>
              <w:rPr>
                <w:rFonts w:ascii="Times New Roman" w:hAnsi="Times New Roman" w:cs="Times New Roman"/>
                <w:color w:val="000000" w:themeColor="text1"/>
                <w:sz w:val="22"/>
              </w:rPr>
            </w:pPr>
            <w:r w:rsidRPr="008C2B85">
              <w:rPr>
                <w:rFonts w:ascii="Times New Roman" w:hAnsi="Times New Roman" w:cs="Times New Roman"/>
                <w:b/>
                <w:bCs/>
                <w:color w:val="000000" w:themeColor="text1"/>
                <w:sz w:val="22"/>
              </w:rPr>
              <w:t>Tüm</w:t>
            </w:r>
          </w:p>
        </w:tc>
        <w:tc>
          <w:tcPr>
            <w:tcW w:w="688" w:type="dxa"/>
            <w:vAlign w:val="center"/>
          </w:tcPr>
          <w:p w14:paraId="1BA96292" w14:textId="596F1978"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4</w:t>
            </w:r>
          </w:p>
        </w:tc>
        <w:tc>
          <w:tcPr>
            <w:tcW w:w="689" w:type="dxa"/>
            <w:gridSpan w:val="2"/>
            <w:vAlign w:val="center"/>
          </w:tcPr>
          <w:p w14:paraId="4C374598" w14:textId="2DECF639" w:rsidR="008C2B85" w:rsidRPr="008C2B85" w:rsidRDefault="004D3A8E" w:rsidP="008C2B85">
            <w:pPr>
              <w:jc w:val="center"/>
              <w:rPr>
                <w:rFonts w:ascii="Times New Roman" w:hAnsi="Times New Roman" w:cs="Times New Roman"/>
                <w:color w:val="000000" w:themeColor="text1"/>
                <w:sz w:val="22"/>
              </w:rPr>
            </w:pPr>
            <w:r>
              <w:rPr>
                <w:rFonts w:ascii="Times New Roman" w:hAnsi="Times New Roman" w:cs="Times New Roman"/>
                <w:sz w:val="22"/>
              </w:rPr>
              <w:t>4</w:t>
            </w:r>
          </w:p>
        </w:tc>
        <w:tc>
          <w:tcPr>
            <w:tcW w:w="690" w:type="dxa"/>
            <w:vAlign w:val="center"/>
          </w:tcPr>
          <w:p w14:paraId="7F75A7CA" w14:textId="32C96B7A"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w:t>
            </w:r>
          </w:p>
        </w:tc>
        <w:tc>
          <w:tcPr>
            <w:tcW w:w="689" w:type="dxa"/>
            <w:vAlign w:val="center"/>
          </w:tcPr>
          <w:p w14:paraId="5FB2ECD6" w14:textId="791D26E8"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4</w:t>
            </w:r>
          </w:p>
        </w:tc>
        <w:tc>
          <w:tcPr>
            <w:tcW w:w="689" w:type="dxa"/>
            <w:gridSpan w:val="2"/>
            <w:vAlign w:val="center"/>
          </w:tcPr>
          <w:p w14:paraId="6E34C2B4" w14:textId="076BC8DA"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4</w:t>
            </w:r>
          </w:p>
        </w:tc>
        <w:tc>
          <w:tcPr>
            <w:tcW w:w="689" w:type="dxa"/>
            <w:vAlign w:val="center"/>
          </w:tcPr>
          <w:p w14:paraId="791E61FB" w14:textId="55BDFC11"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3</w:t>
            </w:r>
          </w:p>
        </w:tc>
        <w:tc>
          <w:tcPr>
            <w:tcW w:w="689" w:type="dxa"/>
            <w:gridSpan w:val="2"/>
            <w:vAlign w:val="center"/>
          </w:tcPr>
          <w:p w14:paraId="1DA1DE49" w14:textId="55812CC6"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3</w:t>
            </w:r>
          </w:p>
        </w:tc>
        <w:tc>
          <w:tcPr>
            <w:tcW w:w="689" w:type="dxa"/>
            <w:vAlign w:val="center"/>
          </w:tcPr>
          <w:p w14:paraId="65D952FC" w14:textId="1FF9D4F2"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w:t>
            </w:r>
          </w:p>
        </w:tc>
        <w:tc>
          <w:tcPr>
            <w:tcW w:w="689" w:type="dxa"/>
            <w:gridSpan w:val="2"/>
            <w:vAlign w:val="center"/>
          </w:tcPr>
          <w:p w14:paraId="5D517DCA" w14:textId="792F7D84"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w:t>
            </w:r>
          </w:p>
        </w:tc>
        <w:tc>
          <w:tcPr>
            <w:tcW w:w="730" w:type="dxa"/>
            <w:gridSpan w:val="2"/>
            <w:vAlign w:val="center"/>
          </w:tcPr>
          <w:p w14:paraId="1A538BF9" w14:textId="48E503D1" w:rsidR="008C2B85" w:rsidRPr="008C2B85" w:rsidRDefault="008C2B85" w:rsidP="008C2B85">
            <w:pPr>
              <w:jc w:val="center"/>
              <w:rPr>
                <w:rFonts w:ascii="Times New Roman" w:hAnsi="Times New Roman" w:cs="Times New Roman"/>
                <w:color w:val="000000" w:themeColor="text1"/>
                <w:sz w:val="22"/>
              </w:rPr>
            </w:pPr>
            <w:r w:rsidRPr="008C2B85">
              <w:rPr>
                <w:rFonts w:ascii="Times New Roman" w:hAnsi="Times New Roman" w:cs="Times New Roman"/>
                <w:sz w:val="22"/>
              </w:rPr>
              <w:t>-</w:t>
            </w:r>
          </w:p>
        </w:tc>
        <w:tc>
          <w:tcPr>
            <w:tcW w:w="730" w:type="dxa"/>
            <w:vAlign w:val="center"/>
          </w:tcPr>
          <w:p w14:paraId="122D7DEA" w14:textId="36343471" w:rsidR="008C2B85" w:rsidRPr="008C2B85" w:rsidRDefault="004D3A8E" w:rsidP="008C2B85">
            <w:pPr>
              <w:jc w:val="center"/>
              <w:rPr>
                <w:rFonts w:ascii="Times New Roman" w:hAnsi="Times New Roman" w:cs="Times New Roman"/>
                <w:color w:val="000000" w:themeColor="text1"/>
                <w:sz w:val="22"/>
              </w:rPr>
            </w:pPr>
            <w:r>
              <w:rPr>
                <w:rFonts w:ascii="Times New Roman" w:hAnsi="Times New Roman" w:cs="Times New Roman"/>
                <w:sz w:val="22"/>
              </w:rPr>
              <w:t>4</w:t>
            </w:r>
          </w:p>
        </w:tc>
        <w:tc>
          <w:tcPr>
            <w:tcW w:w="730" w:type="dxa"/>
            <w:vAlign w:val="center"/>
          </w:tcPr>
          <w:p w14:paraId="76444528" w14:textId="3B2D1884" w:rsidR="008C2B85" w:rsidRPr="008C2B85" w:rsidRDefault="004D3A8E" w:rsidP="008C2B85">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3</w:t>
            </w:r>
          </w:p>
        </w:tc>
      </w:tr>
      <w:tr w:rsidR="008C2B85" w:rsidRPr="008C2B85" w14:paraId="05062269" w14:textId="77777777" w:rsidTr="008C2B85">
        <w:trPr>
          <w:trHeight w:val="454"/>
          <w:jc w:val="center"/>
        </w:trPr>
        <w:tc>
          <w:tcPr>
            <w:tcW w:w="683" w:type="dxa"/>
            <w:vAlign w:val="center"/>
          </w:tcPr>
          <w:p w14:paraId="015F84B0" w14:textId="77777777" w:rsidR="008C2B85" w:rsidRPr="008C2B85" w:rsidRDefault="008C2B85" w:rsidP="008C2B85">
            <w:pPr>
              <w:jc w:val="both"/>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ÖÇ1</w:t>
            </w:r>
          </w:p>
        </w:tc>
        <w:tc>
          <w:tcPr>
            <w:tcW w:w="688" w:type="dxa"/>
            <w:vAlign w:val="center"/>
          </w:tcPr>
          <w:p w14:paraId="4871FF19" w14:textId="059002C3"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689" w:type="dxa"/>
            <w:gridSpan w:val="2"/>
            <w:vAlign w:val="center"/>
          </w:tcPr>
          <w:p w14:paraId="58542D89" w14:textId="5E54D534"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90" w:type="dxa"/>
            <w:vAlign w:val="center"/>
          </w:tcPr>
          <w:p w14:paraId="3063C2B4" w14:textId="1F04F243"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7E313660" w14:textId="63A0FC3B"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689" w:type="dxa"/>
            <w:gridSpan w:val="2"/>
            <w:vAlign w:val="center"/>
          </w:tcPr>
          <w:p w14:paraId="40FFE98D" w14:textId="45E9477A"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689" w:type="dxa"/>
            <w:vAlign w:val="center"/>
          </w:tcPr>
          <w:p w14:paraId="34AF969F" w14:textId="28B1EA36"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4F3227C7" w14:textId="6BDF5BA1"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3</w:t>
            </w:r>
          </w:p>
        </w:tc>
        <w:tc>
          <w:tcPr>
            <w:tcW w:w="689" w:type="dxa"/>
            <w:vAlign w:val="center"/>
          </w:tcPr>
          <w:p w14:paraId="522CEB36" w14:textId="7550C94F"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2048625E" w14:textId="56D26C7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gridSpan w:val="2"/>
            <w:vAlign w:val="center"/>
          </w:tcPr>
          <w:p w14:paraId="13F26B45" w14:textId="0085813A"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5609F59B" w14:textId="579A805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730" w:type="dxa"/>
            <w:vAlign w:val="center"/>
          </w:tcPr>
          <w:p w14:paraId="57201658" w14:textId="33525DEB"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r>
      <w:tr w:rsidR="008C2B85" w:rsidRPr="008C2B85" w14:paraId="2F01894A" w14:textId="77777777" w:rsidTr="008C2B85">
        <w:trPr>
          <w:trHeight w:val="454"/>
          <w:jc w:val="center"/>
        </w:trPr>
        <w:tc>
          <w:tcPr>
            <w:tcW w:w="683" w:type="dxa"/>
            <w:vAlign w:val="center"/>
          </w:tcPr>
          <w:p w14:paraId="5762D3F6" w14:textId="77777777" w:rsidR="008C2B85" w:rsidRPr="008C2B85" w:rsidRDefault="008C2B85" w:rsidP="008C2B85">
            <w:pPr>
              <w:jc w:val="both"/>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ÖÇ2</w:t>
            </w:r>
          </w:p>
        </w:tc>
        <w:tc>
          <w:tcPr>
            <w:tcW w:w="688" w:type="dxa"/>
            <w:vAlign w:val="center"/>
          </w:tcPr>
          <w:p w14:paraId="056A5897" w14:textId="19C44E0B"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689" w:type="dxa"/>
            <w:gridSpan w:val="2"/>
            <w:vAlign w:val="center"/>
          </w:tcPr>
          <w:p w14:paraId="5BD552A0" w14:textId="26B585B3" w:rsidR="008C2B85" w:rsidRPr="008C2B85" w:rsidRDefault="004D3A8E" w:rsidP="008C2B85">
            <w:pPr>
              <w:jc w:val="center"/>
              <w:rPr>
                <w:rFonts w:ascii="Times New Roman" w:hAnsi="Times New Roman" w:cs="Times New Roman"/>
                <w:b/>
                <w:bCs/>
                <w:color w:val="000000" w:themeColor="text1"/>
                <w:sz w:val="22"/>
              </w:rPr>
            </w:pPr>
            <w:r>
              <w:rPr>
                <w:rFonts w:ascii="Times New Roman" w:hAnsi="Times New Roman" w:cs="Times New Roman"/>
                <w:sz w:val="22"/>
              </w:rPr>
              <w:t>4</w:t>
            </w:r>
          </w:p>
        </w:tc>
        <w:tc>
          <w:tcPr>
            <w:tcW w:w="690" w:type="dxa"/>
            <w:vAlign w:val="center"/>
          </w:tcPr>
          <w:p w14:paraId="21CF9FB1" w14:textId="7F2F0BD6"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352DFB6E" w14:textId="784178C8"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689" w:type="dxa"/>
            <w:gridSpan w:val="2"/>
            <w:vAlign w:val="center"/>
          </w:tcPr>
          <w:p w14:paraId="4013724B" w14:textId="1FE1A467"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45147E17" w14:textId="1ED353C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3E35FFD6" w14:textId="7E8B1B13"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38A49986" w14:textId="7D4CA44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1DA268EC" w14:textId="2B0A280C"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gridSpan w:val="2"/>
            <w:vAlign w:val="center"/>
          </w:tcPr>
          <w:p w14:paraId="7A9FE4E5" w14:textId="3CF6ECD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631D2A1D" w14:textId="433A3938" w:rsidR="008C2B85" w:rsidRPr="008C2B85" w:rsidRDefault="004D3A8E" w:rsidP="008C2B85">
            <w:pPr>
              <w:jc w:val="center"/>
              <w:rPr>
                <w:rFonts w:ascii="Times New Roman" w:hAnsi="Times New Roman" w:cs="Times New Roman"/>
                <w:b/>
                <w:bCs/>
                <w:color w:val="000000" w:themeColor="text1"/>
                <w:sz w:val="22"/>
              </w:rPr>
            </w:pPr>
            <w:r>
              <w:rPr>
                <w:rFonts w:ascii="Times New Roman" w:hAnsi="Times New Roman" w:cs="Times New Roman"/>
                <w:sz w:val="22"/>
              </w:rPr>
              <w:t>4</w:t>
            </w:r>
          </w:p>
        </w:tc>
        <w:tc>
          <w:tcPr>
            <w:tcW w:w="730" w:type="dxa"/>
            <w:vAlign w:val="center"/>
          </w:tcPr>
          <w:p w14:paraId="70E57D37" w14:textId="6A6FDB4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r>
      <w:tr w:rsidR="008C2B85" w:rsidRPr="008C2B85" w14:paraId="57F71C6C" w14:textId="77777777" w:rsidTr="008C2B85">
        <w:trPr>
          <w:trHeight w:val="454"/>
          <w:jc w:val="center"/>
        </w:trPr>
        <w:tc>
          <w:tcPr>
            <w:tcW w:w="683" w:type="dxa"/>
            <w:vAlign w:val="center"/>
          </w:tcPr>
          <w:p w14:paraId="68FC9B58" w14:textId="77777777" w:rsidR="008C2B85" w:rsidRPr="008C2B85" w:rsidRDefault="008C2B85" w:rsidP="008C2B85">
            <w:pPr>
              <w:jc w:val="both"/>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ÖÇ3</w:t>
            </w:r>
          </w:p>
        </w:tc>
        <w:tc>
          <w:tcPr>
            <w:tcW w:w="688" w:type="dxa"/>
            <w:vAlign w:val="center"/>
          </w:tcPr>
          <w:p w14:paraId="3DE07967" w14:textId="5EFE9416"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679E369D" w14:textId="7E23C756" w:rsidR="008C2B85" w:rsidRPr="008C2B85" w:rsidRDefault="004D3A8E" w:rsidP="008C2B85">
            <w:pPr>
              <w:jc w:val="center"/>
              <w:rPr>
                <w:rFonts w:ascii="Times New Roman" w:hAnsi="Times New Roman" w:cs="Times New Roman"/>
                <w:b/>
                <w:bCs/>
                <w:color w:val="000000" w:themeColor="text1"/>
                <w:sz w:val="22"/>
              </w:rPr>
            </w:pPr>
            <w:r>
              <w:rPr>
                <w:rFonts w:ascii="Times New Roman" w:hAnsi="Times New Roman" w:cs="Times New Roman"/>
                <w:sz w:val="22"/>
              </w:rPr>
              <w:t>4</w:t>
            </w:r>
          </w:p>
        </w:tc>
        <w:tc>
          <w:tcPr>
            <w:tcW w:w="690" w:type="dxa"/>
            <w:vAlign w:val="center"/>
          </w:tcPr>
          <w:p w14:paraId="3BA208D7" w14:textId="7346D12A"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5239F7D9" w14:textId="0577F7A8"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689" w:type="dxa"/>
            <w:gridSpan w:val="2"/>
            <w:vAlign w:val="center"/>
          </w:tcPr>
          <w:p w14:paraId="14E60E36" w14:textId="3C699F01"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3</w:t>
            </w:r>
          </w:p>
        </w:tc>
        <w:tc>
          <w:tcPr>
            <w:tcW w:w="689" w:type="dxa"/>
            <w:vAlign w:val="center"/>
          </w:tcPr>
          <w:p w14:paraId="58BBE0F1" w14:textId="64A05045"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3AB167A6" w14:textId="75791E9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42E22CF0" w14:textId="55B5D6FD"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79E2C0A9" w14:textId="3D54B1A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gridSpan w:val="2"/>
            <w:vAlign w:val="center"/>
          </w:tcPr>
          <w:p w14:paraId="0B060C8F" w14:textId="38170AE5"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021C727D" w14:textId="65BF78C0" w:rsidR="008C2B85" w:rsidRPr="008C2B85" w:rsidRDefault="004D3A8E" w:rsidP="008C2B85">
            <w:pPr>
              <w:jc w:val="center"/>
              <w:rPr>
                <w:rFonts w:ascii="Times New Roman" w:hAnsi="Times New Roman" w:cs="Times New Roman"/>
                <w:b/>
                <w:bCs/>
                <w:color w:val="000000" w:themeColor="text1"/>
                <w:sz w:val="22"/>
              </w:rPr>
            </w:pPr>
            <w:r>
              <w:rPr>
                <w:rFonts w:ascii="Times New Roman" w:hAnsi="Times New Roman" w:cs="Times New Roman"/>
                <w:sz w:val="22"/>
              </w:rPr>
              <w:t>4</w:t>
            </w:r>
          </w:p>
        </w:tc>
        <w:tc>
          <w:tcPr>
            <w:tcW w:w="730" w:type="dxa"/>
            <w:vAlign w:val="center"/>
          </w:tcPr>
          <w:p w14:paraId="1860E327" w14:textId="7C3316BF"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r>
      <w:tr w:rsidR="008C2B85" w:rsidRPr="008C2B85" w14:paraId="3001D8CE" w14:textId="77777777" w:rsidTr="008C2B85">
        <w:trPr>
          <w:trHeight w:val="454"/>
          <w:jc w:val="center"/>
        </w:trPr>
        <w:tc>
          <w:tcPr>
            <w:tcW w:w="683" w:type="dxa"/>
            <w:vAlign w:val="center"/>
          </w:tcPr>
          <w:p w14:paraId="3E0A3021" w14:textId="77777777" w:rsidR="008C2B85" w:rsidRPr="008C2B85" w:rsidRDefault="008C2B85" w:rsidP="008C2B85">
            <w:pPr>
              <w:jc w:val="both"/>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ÖÇ4</w:t>
            </w:r>
          </w:p>
        </w:tc>
        <w:tc>
          <w:tcPr>
            <w:tcW w:w="688" w:type="dxa"/>
            <w:vAlign w:val="center"/>
          </w:tcPr>
          <w:p w14:paraId="27E5341D" w14:textId="49BB381C"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1F0CF303" w14:textId="5ACE0ABD"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90" w:type="dxa"/>
            <w:vAlign w:val="center"/>
          </w:tcPr>
          <w:p w14:paraId="4ED36F97" w14:textId="744EFB7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206CC1DC" w14:textId="77426BC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3</w:t>
            </w:r>
          </w:p>
        </w:tc>
        <w:tc>
          <w:tcPr>
            <w:tcW w:w="689" w:type="dxa"/>
            <w:gridSpan w:val="2"/>
            <w:vAlign w:val="center"/>
          </w:tcPr>
          <w:p w14:paraId="0755CBC6" w14:textId="5E066A57"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689" w:type="dxa"/>
            <w:vAlign w:val="center"/>
          </w:tcPr>
          <w:p w14:paraId="01771CE9" w14:textId="718DEC0E"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519CD00A" w14:textId="30F169AF"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689" w:type="dxa"/>
            <w:vAlign w:val="center"/>
          </w:tcPr>
          <w:p w14:paraId="07E5EEB9" w14:textId="44C0C5B7"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1B03DB0B" w14:textId="38B6CFCF"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gridSpan w:val="2"/>
            <w:vAlign w:val="center"/>
          </w:tcPr>
          <w:p w14:paraId="7DF6F26F" w14:textId="6CB31875"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05BF8A6F" w14:textId="749D4A54"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730" w:type="dxa"/>
            <w:vAlign w:val="center"/>
          </w:tcPr>
          <w:p w14:paraId="202E6C6A" w14:textId="23AB2A1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r>
      <w:tr w:rsidR="008C2B85" w:rsidRPr="008C2B85" w14:paraId="61D2B30A" w14:textId="77777777" w:rsidTr="008C2B85">
        <w:trPr>
          <w:trHeight w:val="454"/>
          <w:jc w:val="center"/>
        </w:trPr>
        <w:tc>
          <w:tcPr>
            <w:tcW w:w="683" w:type="dxa"/>
            <w:vAlign w:val="center"/>
          </w:tcPr>
          <w:p w14:paraId="51E71673" w14:textId="77777777" w:rsidR="008C2B85" w:rsidRPr="008C2B85" w:rsidRDefault="008C2B85" w:rsidP="008C2B85">
            <w:pPr>
              <w:jc w:val="both"/>
              <w:rPr>
                <w:rFonts w:ascii="Times New Roman" w:hAnsi="Times New Roman" w:cs="Times New Roman"/>
                <w:b/>
                <w:bCs/>
                <w:color w:val="000000" w:themeColor="text1"/>
                <w:sz w:val="22"/>
              </w:rPr>
            </w:pPr>
            <w:r w:rsidRPr="008C2B85">
              <w:rPr>
                <w:rFonts w:ascii="Times New Roman" w:hAnsi="Times New Roman" w:cs="Times New Roman"/>
                <w:b/>
                <w:bCs/>
                <w:color w:val="000000" w:themeColor="text1"/>
                <w:sz w:val="22"/>
              </w:rPr>
              <w:t>ÖÇ5</w:t>
            </w:r>
          </w:p>
        </w:tc>
        <w:tc>
          <w:tcPr>
            <w:tcW w:w="688" w:type="dxa"/>
            <w:vAlign w:val="center"/>
          </w:tcPr>
          <w:p w14:paraId="29551BC9" w14:textId="17F771E8"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4117B7F9" w14:textId="5759460B"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690" w:type="dxa"/>
            <w:vAlign w:val="center"/>
          </w:tcPr>
          <w:p w14:paraId="45F9B003" w14:textId="4DC63FC7"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16E233CA" w14:textId="3C02EB8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7EE997E8" w14:textId="5D52808E"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6275A314" w14:textId="353129F6"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3</w:t>
            </w:r>
          </w:p>
        </w:tc>
        <w:tc>
          <w:tcPr>
            <w:tcW w:w="689" w:type="dxa"/>
            <w:gridSpan w:val="2"/>
            <w:vAlign w:val="center"/>
          </w:tcPr>
          <w:p w14:paraId="55FE2396" w14:textId="0188C1D0"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11A80BDC" w14:textId="2511F30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76DBACA4" w14:textId="2F7901D1"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gridSpan w:val="2"/>
            <w:vAlign w:val="center"/>
          </w:tcPr>
          <w:p w14:paraId="647B18D8" w14:textId="6087F934"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61750DAE" w14:textId="7B71B4BC"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629AA5AC" w14:textId="74037555" w:rsidR="008C2B85" w:rsidRPr="008C2B85" w:rsidRDefault="004D3A8E" w:rsidP="008C2B85">
            <w:pPr>
              <w:jc w:val="center"/>
              <w:rPr>
                <w:rFonts w:ascii="Times New Roman" w:hAnsi="Times New Roman" w:cs="Times New Roman"/>
                <w:b/>
                <w:bCs/>
                <w:color w:val="000000" w:themeColor="text1"/>
                <w:sz w:val="22"/>
              </w:rPr>
            </w:pPr>
            <w:r>
              <w:rPr>
                <w:rFonts w:ascii="Times New Roman" w:hAnsi="Times New Roman" w:cs="Times New Roman"/>
                <w:sz w:val="22"/>
              </w:rPr>
              <w:t>3</w:t>
            </w:r>
          </w:p>
        </w:tc>
      </w:tr>
      <w:tr w:rsidR="008C2B85" w:rsidRPr="008C2B85" w14:paraId="627039C3" w14:textId="77777777" w:rsidTr="008C2B85">
        <w:trPr>
          <w:trHeight w:val="454"/>
          <w:jc w:val="center"/>
        </w:trPr>
        <w:tc>
          <w:tcPr>
            <w:tcW w:w="683" w:type="dxa"/>
            <w:vAlign w:val="center"/>
          </w:tcPr>
          <w:p w14:paraId="6B2B74A0" w14:textId="77777777" w:rsidR="008C2B85" w:rsidRPr="008C2B85" w:rsidRDefault="008C2B85" w:rsidP="008C2B85">
            <w:pPr>
              <w:jc w:val="both"/>
              <w:rPr>
                <w:rFonts w:ascii="Times New Roman" w:hAnsi="Times New Roman" w:cs="Times New Roman"/>
                <w:color w:val="000000" w:themeColor="text1"/>
                <w:sz w:val="22"/>
              </w:rPr>
            </w:pPr>
            <w:r w:rsidRPr="008C2B85">
              <w:rPr>
                <w:rFonts w:ascii="Times New Roman" w:hAnsi="Times New Roman" w:cs="Times New Roman"/>
                <w:b/>
                <w:bCs/>
                <w:color w:val="000000" w:themeColor="text1"/>
                <w:sz w:val="22"/>
              </w:rPr>
              <w:t>ÖÇ6</w:t>
            </w:r>
          </w:p>
        </w:tc>
        <w:tc>
          <w:tcPr>
            <w:tcW w:w="688" w:type="dxa"/>
            <w:vAlign w:val="center"/>
          </w:tcPr>
          <w:p w14:paraId="7D2610D6" w14:textId="69FA6C9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4</w:t>
            </w:r>
          </w:p>
        </w:tc>
        <w:tc>
          <w:tcPr>
            <w:tcW w:w="689" w:type="dxa"/>
            <w:gridSpan w:val="2"/>
            <w:vAlign w:val="center"/>
          </w:tcPr>
          <w:p w14:paraId="3860E58B" w14:textId="73A7A4E4"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690" w:type="dxa"/>
            <w:vAlign w:val="center"/>
          </w:tcPr>
          <w:p w14:paraId="7852CC73" w14:textId="6B68BA84"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1B7A5882" w14:textId="3B43E6C6"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3FA228F3" w14:textId="0E63C820"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vAlign w:val="center"/>
          </w:tcPr>
          <w:p w14:paraId="4B09D52F" w14:textId="3BD5191F"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3</w:t>
            </w:r>
          </w:p>
        </w:tc>
        <w:tc>
          <w:tcPr>
            <w:tcW w:w="689" w:type="dxa"/>
            <w:gridSpan w:val="2"/>
            <w:vAlign w:val="center"/>
          </w:tcPr>
          <w:p w14:paraId="53443CEC" w14:textId="7DAC9F62"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3</w:t>
            </w:r>
          </w:p>
        </w:tc>
        <w:tc>
          <w:tcPr>
            <w:tcW w:w="689" w:type="dxa"/>
            <w:vAlign w:val="center"/>
          </w:tcPr>
          <w:p w14:paraId="7BE20332" w14:textId="4C73F95D"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689" w:type="dxa"/>
            <w:gridSpan w:val="2"/>
            <w:vAlign w:val="center"/>
          </w:tcPr>
          <w:p w14:paraId="28A190B9" w14:textId="59154341"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gridSpan w:val="2"/>
            <w:vAlign w:val="center"/>
          </w:tcPr>
          <w:p w14:paraId="5939D0EA" w14:textId="70B72959"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c>
          <w:tcPr>
            <w:tcW w:w="730" w:type="dxa"/>
            <w:vAlign w:val="center"/>
          </w:tcPr>
          <w:p w14:paraId="1A107455" w14:textId="2CB026C3"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5</w:t>
            </w:r>
          </w:p>
        </w:tc>
        <w:tc>
          <w:tcPr>
            <w:tcW w:w="730" w:type="dxa"/>
            <w:vAlign w:val="center"/>
          </w:tcPr>
          <w:p w14:paraId="044B93C2" w14:textId="321E7FEA" w:rsidR="008C2B85" w:rsidRPr="008C2B85" w:rsidRDefault="008C2B85" w:rsidP="008C2B85">
            <w:pPr>
              <w:jc w:val="center"/>
              <w:rPr>
                <w:rFonts w:ascii="Times New Roman" w:hAnsi="Times New Roman" w:cs="Times New Roman"/>
                <w:b/>
                <w:bCs/>
                <w:color w:val="000000" w:themeColor="text1"/>
                <w:sz w:val="22"/>
              </w:rPr>
            </w:pPr>
            <w:r w:rsidRPr="008C2B85">
              <w:rPr>
                <w:rFonts w:ascii="Times New Roman" w:hAnsi="Times New Roman" w:cs="Times New Roman"/>
                <w:sz w:val="22"/>
              </w:rPr>
              <w:t>-</w:t>
            </w:r>
          </w:p>
        </w:tc>
      </w:tr>
      <w:tr w:rsidR="008C2B85" w:rsidRPr="008C2B85" w14:paraId="682CB7C1" w14:textId="77777777" w:rsidTr="008C2B85">
        <w:trPr>
          <w:trHeight w:val="454"/>
          <w:jc w:val="center"/>
        </w:trPr>
        <w:tc>
          <w:tcPr>
            <w:tcW w:w="9074" w:type="dxa"/>
            <w:gridSpan w:val="18"/>
            <w:vAlign w:val="center"/>
          </w:tcPr>
          <w:p w14:paraId="0664E834"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PÇ: Program</w:t>
            </w:r>
            <w:r w:rsidRPr="008C2B85">
              <w:rPr>
                <w:rFonts w:ascii="Times New Roman" w:hAnsi="Times New Roman" w:cs="Times New Roman"/>
                <w:b/>
                <w:color w:val="000000" w:themeColor="text1"/>
                <w:spacing w:val="-5"/>
                <w:sz w:val="22"/>
              </w:rPr>
              <w:t xml:space="preserve"> </w:t>
            </w:r>
            <w:r w:rsidRPr="008C2B85">
              <w:rPr>
                <w:rFonts w:ascii="Times New Roman" w:hAnsi="Times New Roman" w:cs="Times New Roman"/>
                <w:b/>
                <w:color w:val="000000" w:themeColor="text1"/>
                <w:sz w:val="22"/>
              </w:rPr>
              <w:t>Çıktıları   /   ÖÇ:</w:t>
            </w:r>
            <w:r w:rsidRPr="008C2B85">
              <w:rPr>
                <w:rFonts w:ascii="Times New Roman" w:hAnsi="Times New Roman" w:cs="Times New Roman"/>
                <w:b/>
                <w:color w:val="000000" w:themeColor="text1"/>
                <w:spacing w:val="-4"/>
                <w:sz w:val="22"/>
              </w:rPr>
              <w:t xml:space="preserve"> Dersin </w:t>
            </w:r>
            <w:r w:rsidRPr="008C2B85">
              <w:rPr>
                <w:rFonts w:ascii="Times New Roman" w:hAnsi="Times New Roman" w:cs="Times New Roman"/>
                <w:b/>
                <w:color w:val="000000" w:themeColor="text1"/>
                <w:sz w:val="22"/>
              </w:rPr>
              <w:t>Öğrenme</w:t>
            </w:r>
            <w:r w:rsidRPr="008C2B85">
              <w:rPr>
                <w:rFonts w:ascii="Times New Roman" w:hAnsi="Times New Roman" w:cs="Times New Roman"/>
                <w:b/>
                <w:color w:val="000000" w:themeColor="text1"/>
                <w:spacing w:val="-3"/>
                <w:sz w:val="22"/>
              </w:rPr>
              <w:t xml:space="preserve"> </w:t>
            </w:r>
            <w:r w:rsidRPr="008C2B85">
              <w:rPr>
                <w:rFonts w:ascii="Times New Roman" w:hAnsi="Times New Roman" w:cs="Times New Roman"/>
                <w:b/>
                <w:color w:val="000000" w:themeColor="text1"/>
                <w:sz w:val="22"/>
              </w:rPr>
              <w:t>Çıktıları</w:t>
            </w:r>
          </w:p>
        </w:tc>
      </w:tr>
      <w:tr w:rsidR="008C2B85" w:rsidRPr="008C2B85" w14:paraId="46E59CFB" w14:textId="77777777" w:rsidTr="008C2B85">
        <w:trPr>
          <w:trHeight w:val="454"/>
          <w:jc w:val="center"/>
        </w:trPr>
        <w:tc>
          <w:tcPr>
            <w:tcW w:w="1975" w:type="dxa"/>
            <w:gridSpan w:val="3"/>
            <w:vAlign w:val="center"/>
          </w:tcPr>
          <w:p w14:paraId="16924F0B"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Katkı Düzeyi</w:t>
            </w:r>
          </w:p>
        </w:tc>
        <w:tc>
          <w:tcPr>
            <w:tcW w:w="1848" w:type="dxa"/>
            <w:gridSpan w:val="4"/>
            <w:vAlign w:val="center"/>
          </w:tcPr>
          <w:p w14:paraId="05EF0A01"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1 Çok Düşük</w:t>
            </w:r>
          </w:p>
        </w:tc>
        <w:tc>
          <w:tcPr>
            <w:tcW w:w="1275" w:type="dxa"/>
            <w:gridSpan w:val="3"/>
            <w:vAlign w:val="center"/>
          </w:tcPr>
          <w:p w14:paraId="3E5F73E6"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2 Düşük</w:t>
            </w:r>
          </w:p>
        </w:tc>
        <w:tc>
          <w:tcPr>
            <w:tcW w:w="1134" w:type="dxa"/>
            <w:gridSpan w:val="3"/>
            <w:tcBorders>
              <w:bottom w:val="single" w:sz="4" w:space="0" w:color="auto"/>
            </w:tcBorders>
            <w:vAlign w:val="center"/>
          </w:tcPr>
          <w:p w14:paraId="6EEE067C"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3 Orta</w:t>
            </w:r>
          </w:p>
        </w:tc>
        <w:tc>
          <w:tcPr>
            <w:tcW w:w="1277" w:type="dxa"/>
            <w:gridSpan w:val="2"/>
            <w:tcBorders>
              <w:bottom w:val="single" w:sz="4" w:space="0" w:color="auto"/>
            </w:tcBorders>
            <w:vAlign w:val="center"/>
          </w:tcPr>
          <w:p w14:paraId="3C7BAB46"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4 Yüksek</w:t>
            </w:r>
          </w:p>
        </w:tc>
        <w:tc>
          <w:tcPr>
            <w:tcW w:w="1565" w:type="dxa"/>
            <w:gridSpan w:val="3"/>
            <w:vAlign w:val="center"/>
          </w:tcPr>
          <w:p w14:paraId="6F666961" w14:textId="77777777" w:rsidR="008C2B85" w:rsidRPr="008C2B85" w:rsidRDefault="008C2B85" w:rsidP="00E81BB3">
            <w:pPr>
              <w:jc w:val="center"/>
              <w:rPr>
                <w:rFonts w:ascii="Times New Roman" w:hAnsi="Times New Roman" w:cs="Times New Roman"/>
                <w:b/>
                <w:bCs/>
                <w:color w:val="000000" w:themeColor="text1"/>
                <w:sz w:val="22"/>
              </w:rPr>
            </w:pPr>
            <w:r w:rsidRPr="008C2B85">
              <w:rPr>
                <w:rFonts w:ascii="Times New Roman" w:hAnsi="Times New Roman" w:cs="Times New Roman"/>
                <w:b/>
                <w:color w:val="000000" w:themeColor="text1"/>
                <w:sz w:val="22"/>
              </w:rPr>
              <w:t>5 Çok Yüksek</w:t>
            </w:r>
          </w:p>
        </w:tc>
      </w:tr>
    </w:tbl>
    <w:p w14:paraId="3587E8EF" w14:textId="77777777" w:rsidR="008C2B85" w:rsidRPr="00E16C3B" w:rsidRDefault="008C2B85" w:rsidP="000D2CAB">
      <w:pPr>
        <w:spacing w:after="160" w:line="278" w:lineRule="auto"/>
        <w:jc w:val="both"/>
        <w:rPr>
          <w:rFonts w:ascii="Times New Roman" w:eastAsiaTheme="minorHAnsi" w:hAnsi="Times New Roman" w:cs="Times New Roman"/>
          <w:b/>
          <w:bCs/>
          <w:kern w:val="2"/>
          <w:sz w:val="20"/>
          <w:szCs w:val="20"/>
          <w:lang w:val="tr-TR"/>
          <w14:ligatures w14:val="standardContextual"/>
        </w:rPr>
      </w:pPr>
    </w:p>
    <w:tbl>
      <w:tblPr>
        <w:tblStyle w:val="TabloKlavuzu"/>
        <w:tblpPr w:leftFromText="141" w:rightFromText="141" w:vertAnchor="text" w:horzAnchor="margin" w:tblpXSpec="center" w:tblpY="113"/>
        <w:tblW w:w="9889" w:type="dxa"/>
        <w:tblLook w:val="04A0" w:firstRow="1" w:lastRow="0" w:firstColumn="1" w:lastColumn="0" w:noHBand="0" w:noVBand="1"/>
      </w:tblPr>
      <w:tblGrid>
        <w:gridCol w:w="1101"/>
        <w:gridCol w:w="8788"/>
      </w:tblGrid>
      <w:tr w:rsidR="000561F9" w:rsidRPr="00E16C3B" w14:paraId="6BCB1C31" w14:textId="77777777" w:rsidTr="00EC55B9">
        <w:trPr>
          <w:trHeight w:val="454"/>
        </w:trPr>
        <w:tc>
          <w:tcPr>
            <w:tcW w:w="9889" w:type="dxa"/>
            <w:gridSpan w:val="2"/>
            <w:vAlign w:val="center"/>
          </w:tcPr>
          <w:p w14:paraId="5B552075" w14:textId="7DB015DD" w:rsidR="000561F9" w:rsidRPr="00E16C3B" w:rsidRDefault="00E16C3B" w:rsidP="007F0AE6">
            <w:pPr>
              <w:jc w:val="center"/>
              <w:rPr>
                <w:rFonts w:ascii="Times New Roman" w:hAnsi="Times New Roman" w:cs="Times New Roman"/>
                <w:b/>
                <w:bCs/>
                <w:sz w:val="22"/>
                <w:lang w:val="tr-TR"/>
              </w:rPr>
            </w:pPr>
            <w:r>
              <w:rPr>
                <w:rFonts w:ascii="Times New Roman" w:hAnsi="Times New Roman" w:cs="Times New Roman"/>
                <w:b/>
                <w:bCs/>
                <w:sz w:val="22"/>
                <w:lang w:val="tr-TR"/>
              </w:rPr>
              <w:t>PROGRAM</w:t>
            </w:r>
            <w:r w:rsidRPr="00FA1EC8">
              <w:rPr>
                <w:rFonts w:ascii="Times New Roman" w:hAnsi="Times New Roman" w:cs="Times New Roman"/>
                <w:b/>
                <w:bCs/>
                <w:sz w:val="22"/>
                <w:lang w:val="tr-TR"/>
              </w:rPr>
              <w:t xml:space="preserve"> ÖĞRENME ÇIKTILARI İLE İLİŞKİLİ PROGRAM ÇIKTILARI</w:t>
            </w:r>
            <w:r>
              <w:rPr>
                <w:rFonts w:ascii="Times New Roman" w:hAnsi="Times New Roman" w:cs="Times New Roman"/>
                <w:b/>
                <w:bCs/>
                <w:sz w:val="22"/>
                <w:lang w:val="tr-TR"/>
              </w:rPr>
              <w:t xml:space="preserve"> (PÇ)</w:t>
            </w:r>
          </w:p>
        </w:tc>
      </w:tr>
      <w:tr w:rsidR="000561F9" w:rsidRPr="00E16C3B" w14:paraId="0B5BFD26" w14:textId="77777777" w:rsidTr="00EC55B9">
        <w:trPr>
          <w:trHeight w:val="454"/>
        </w:trPr>
        <w:tc>
          <w:tcPr>
            <w:tcW w:w="1101" w:type="dxa"/>
            <w:vAlign w:val="center"/>
          </w:tcPr>
          <w:p w14:paraId="6A056F05"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Sıra No</w:t>
            </w:r>
          </w:p>
        </w:tc>
        <w:tc>
          <w:tcPr>
            <w:tcW w:w="8788" w:type="dxa"/>
            <w:vAlign w:val="center"/>
          </w:tcPr>
          <w:p w14:paraId="6D811052"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Açıklama</w:t>
            </w:r>
          </w:p>
        </w:tc>
      </w:tr>
      <w:tr w:rsidR="000561F9" w:rsidRPr="00E16C3B" w14:paraId="3E6A6347" w14:textId="77777777" w:rsidTr="00EC55B9">
        <w:trPr>
          <w:trHeight w:val="454"/>
        </w:trPr>
        <w:tc>
          <w:tcPr>
            <w:tcW w:w="1101" w:type="dxa"/>
            <w:vAlign w:val="center"/>
          </w:tcPr>
          <w:p w14:paraId="630B48E2"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PÇ1</w:t>
            </w:r>
          </w:p>
        </w:tc>
        <w:tc>
          <w:tcPr>
            <w:tcW w:w="8788" w:type="dxa"/>
            <w:vAlign w:val="center"/>
          </w:tcPr>
          <w:p w14:paraId="42F7FB24"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Eleştirel Düşünme, Araştırma ve Tasarım Becerileri:</w:t>
            </w:r>
            <w:r w:rsidRPr="00E16C3B">
              <w:rPr>
                <w:color w:val="000000" w:themeColor="text1"/>
                <w:sz w:val="20"/>
                <w:szCs w:val="20"/>
              </w:rPr>
              <w:t xml:space="preserve"> Bilgiyi </w:t>
            </w:r>
            <w:r w:rsidRPr="00E16C3B">
              <w:rPr>
                <w:color w:val="3A3A3A"/>
                <w:sz w:val="20"/>
                <w:szCs w:val="20"/>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0561F9" w:rsidRPr="00E16C3B" w14:paraId="7C7D7C65" w14:textId="77777777" w:rsidTr="00EC55B9">
        <w:trPr>
          <w:trHeight w:val="454"/>
        </w:trPr>
        <w:tc>
          <w:tcPr>
            <w:tcW w:w="1101" w:type="dxa"/>
            <w:vAlign w:val="center"/>
          </w:tcPr>
          <w:p w14:paraId="126F7469"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PÇ2</w:t>
            </w:r>
          </w:p>
        </w:tc>
        <w:tc>
          <w:tcPr>
            <w:tcW w:w="8788" w:type="dxa"/>
            <w:vAlign w:val="center"/>
          </w:tcPr>
          <w:p w14:paraId="58D19CE9"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Biçimsel Kompozisyon ve Tasarım Becerileri:</w:t>
            </w:r>
            <w:r w:rsidRPr="00E16C3B">
              <w:rPr>
                <w:color w:val="000000" w:themeColor="text1"/>
                <w:sz w:val="20"/>
                <w:szCs w:val="20"/>
              </w:rPr>
              <w:t xml:space="preserve"> </w:t>
            </w:r>
            <w:r w:rsidRPr="00E16C3B">
              <w:rPr>
                <w:color w:val="3A3A3A"/>
                <w:sz w:val="20"/>
                <w:szCs w:val="20"/>
              </w:rPr>
              <w:t>Temel biçimsel, örgütsel ve çevresel ilkeleri, iki ve üç boyutlu tasarımda etkili bir biçimde kullanabilme</w:t>
            </w:r>
          </w:p>
        </w:tc>
      </w:tr>
      <w:tr w:rsidR="000561F9" w:rsidRPr="00E16C3B" w14:paraId="571DFE35" w14:textId="77777777" w:rsidTr="00EC55B9">
        <w:trPr>
          <w:trHeight w:val="454"/>
        </w:trPr>
        <w:tc>
          <w:tcPr>
            <w:tcW w:w="1101" w:type="dxa"/>
            <w:vAlign w:val="center"/>
          </w:tcPr>
          <w:p w14:paraId="751A2227"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PÇ4</w:t>
            </w:r>
          </w:p>
        </w:tc>
        <w:tc>
          <w:tcPr>
            <w:tcW w:w="8788" w:type="dxa"/>
            <w:vAlign w:val="center"/>
          </w:tcPr>
          <w:p w14:paraId="069D2EED"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Mimari Program Hazırlama:</w:t>
            </w:r>
            <w:r w:rsidRPr="00E16C3B">
              <w:rPr>
                <w:color w:val="000000" w:themeColor="text1"/>
                <w:sz w:val="20"/>
                <w:szCs w:val="20"/>
              </w:rPr>
              <w:t xml:space="preserve"> </w:t>
            </w:r>
            <w:r w:rsidRPr="00E16C3B">
              <w:rPr>
                <w:color w:val="3A3A3A"/>
                <w:sz w:val="20"/>
                <w:szCs w:val="20"/>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0561F9" w:rsidRPr="00E16C3B" w14:paraId="7BB4447B" w14:textId="77777777" w:rsidTr="00EC55B9">
        <w:trPr>
          <w:trHeight w:val="454"/>
        </w:trPr>
        <w:tc>
          <w:tcPr>
            <w:tcW w:w="1101" w:type="dxa"/>
            <w:vAlign w:val="center"/>
          </w:tcPr>
          <w:p w14:paraId="34AE155D"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PÇ5</w:t>
            </w:r>
          </w:p>
        </w:tc>
        <w:tc>
          <w:tcPr>
            <w:tcW w:w="8788" w:type="dxa"/>
            <w:vAlign w:val="center"/>
          </w:tcPr>
          <w:p w14:paraId="15767006"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Erişilebilirlik ve Yerleşme Özelliklerine Göre Tasarım:</w:t>
            </w:r>
            <w:r w:rsidRPr="00E16C3B">
              <w:rPr>
                <w:color w:val="000000" w:themeColor="text1"/>
                <w:sz w:val="20"/>
                <w:szCs w:val="20"/>
              </w:rPr>
              <w:t xml:space="preserve"> </w:t>
            </w:r>
            <w:r w:rsidRPr="00E16C3B">
              <w:rPr>
                <w:color w:val="3A3A3A"/>
                <w:sz w:val="20"/>
                <w:szCs w:val="20"/>
              </w:rPr>
              <w:t>Özel gereksinimli olan kişilere uyumlu yaşam alanlarını tasarlayabilme, arazinin doğal ve yapay özelliklerine cevap verebilme.</w:t>
            </w:r>
          </w:p>
        </w:tc>
      </w:tr>
      <w:tr w:rsidR="000561F9" w:rsidRPr="00E16C3B" w14:paraId="4C272DC3" w14:textId="77777777" w:rsidTr="00EC55B9">
        <w:trPr>
          <w:trHeight w:val="454"/>
        </w:trPr>
        <w:tc>
          <w:tcPr>
            <w:tcW w:w="1101" w:type="dxa"/>
            <w:vAlign w:val="center"/>
          </w:tcPr>
          <w:p w14:paraId="4DB42CA0"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PÇ6</w:t>
            </w:r>
          </w:p>
        </w:tc>
        <w:tc>
          <w:tcPr>
            <w:tcW w:w="8788" w:type="dxa"/>
            <w:vAlign w:val="center"/>
          </w:tcPr>
          <w:p w14:paraId="1420DF67"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 xml:space="preserve">Taşıyıcı Sistemler ve Teknik Belgeleme: </w:t>
            </w:r>
            <w:r w:rsidRPr="00E16C3B">
              <w:rPr>
                <w:color w:val="3A3A3A"/>
                <w:sz w:val="20"/>
                <w:szCs w:val="20"/>
              </w:rPr>
              <w:t>Bina tasarımında uygun malzeme, sistem ve bileşenleri teknik çizim ve modellerle ifade edebilme; strüktürlerin temel davranışlarını ve çağdaş taşıyıcı sistemlerin uygulamalarını anlama.</w:t>
            </w:r>
          </w:p>
        </w:tc>
      </w:tr>
      <w:tr w:rsidR="000561F9" w:rsidRPr="00E16C3B" w14:paraId="3A97C65D" w14:textId="77777777" w:rsidTr="00EC55B9">
        <w:trPr>
          <w:trHeight w:val="454"/>
        </w:trPr>
        <w:tc>
          <w:tcPr>
            <w:tcW w:w="1101" w:type="dxa"/>
            <w:vAlign w:val="center"/>
          </w:tcPr>
          <w:p w14:paraId="16136649"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PÇ7</w:t>
            </w:r>
          </w:p>
        </w:tc>
        <w:tc>
          <w:tcPr>
            <w:tcW w:w="8788" w:type="dxa"/>
            <w:vAlign w:val="center"/>
          </w:tcPr>
          <w:p w14:paraId="0147CD33"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Çevresel Sistemler, Bina Kabuğu ve Sürdürülebilirlik:</w:t>
            </w:r>
            <w:r w:rsidRPr="00E16C3B">
              <w:rPr>
                <w:color w:val="000000" w:themeColor="text1"/>
                <w:sz w:val="20"/>
                <w:szCs w:val="20"/>
              </w:rPr>
              <w:t xml:space="preserve"> </w:t>
            </w:r>
            <w:r w:rsidRPr="00E16C3B">
              <w:rPr>
                <w:color w:val="3A3A3A"/>
                <w:sz w:val="20"/>
                <w:szCs w:val="20"/>
              </w:rPr>
              <w:t>Çevresel sistemlerde ısıtma-soğutma, havalandırma, aydınlatma ve akustik ilkelerini bina kabuğu sistemlerinde ise uygun seçim ve uygulamaları sürdürülebilirlik bağlamında anlama.</w:t>
            </w:r>
          </w:p>
        </w:tc>
      </w:tr>
      <w:tr w:rsidR="000561F9" w:rsidRPr="00E16C3B" w14:paraId="5EE23818" w14:textId="77777777" w:rsidTr="00EC55B9">
        <w:trPr>
          <w:trHeight w:val="454"/>
        </w:trPr>
        <w:tc>
          <w:tcPr>
            <w:tcW w:w="1101" w:type="dxa"/>
            <w:vAlign w:val="center"/>
          </w:tcPr>
          <w:p w14:paraId="4DD292F6"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PÇ11</w:t>
            </w:r>
          </w:p>
        </w:tc>
        <w:tc>
          <w:tcPr>
            <w:tcW w:w="8788" w:type="dxa"/>
            <w:vAlign w:val="center"/>
          </w:tcPr>
          <w:p w14:paraId="225CD849"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Karma Tasarım:</w:t>
            </w:r>
            <w:r w:rsidRPr="00E16C3B">
              <w:rPr>
                <w:color w:val="000000" w:themeColor="text1"/>
                <w:sz w:val="20"/>
                <w:szCs w:val="20"/>
              </w:rPr>
              <w:t xml:space="preserve"> </w:t>
            </w:r>
            <w:r w:rsidRPr="00E16C3B">
              <w:rPr>
                <w:color w:val="3A3A3A"/>
                <w:sz w:val="20"/>
                <w:szCs w:val="20"/>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0561F9" w:rsidRPr="00E16C3B" w14:paraId="326D7B9F" w14:textId="77777777" w:rsidTr="00EC55B9">
        <w:trPr>
          <w:trHeight w:val="454"/>
        </w:trPr>
        <w:tc>
          <w:tcPr>
            <w:tcW w:w="1101" w:type="dxa"/>
            <w:vAlign w:val="center"/>
          </w:tcPr>
          <w:p w14:paraId="278EC6D0" w14:textId="77777777" w:rsidR="000561F9" w:rsidRPr="00E16C3B" w:rsidRDefault="000561F9" w:rsidP="007F0AE6">
            <w:pPr>
              <w:jc w:val="center"/>
              <w:rPr>
                <w:rFonts w:ascii="Times New Roman" w:hAnsi="Times New Roman" w:cs="Times New Roman"/>
                <w:b/>
                <w:bCs/>
                <w:sz w:val="20"/>
                <w:szCs w:val="20"/>
                <w:lang w:val="tr-TR"/>
              </w:rPr>
            </w:pPr>
            <w:r w:rsidRPr="00E16C3B">
              <w:rPr>
                <w:rFonts w:ascii="Times New Roman" w:hAnsi="Times New Roman" w:cs="Times New Roman"/>
                <w:b/>
                <w:bCs/>
                <w:sz w:val="20"/>
                <w:szCs w:val="20"/>
                <w:lang w:val="tr-TR"/>
              </w:rPr>
              <w:t>PÇ12</w:t>
            </w:r>
          </w:p>
        </w:tc>
        <w:tc>
          <w:tcPr>
            <w:tcW w:w="8788" w:type="dxa"/>
            <w:vAlign w:val="center"/>
          </w:tcPr>
          <w:p w14:paraId="2B6DE817" w14:textId="77777777" w:rsidR="000561F9" w:rsidRPr="00E16C3B" w:rsidRDefault="000561F9" w:rsidP="007F0AE6">
            <w:pPr>
              <w:pStyle w:val="NormalWeb"/>
              <w:spacing w:before="0" w:beforeAutospacing="0" w:after="0" w:afterAutospacing="0"/>
              <w:jc w:val="both"/>
              <w:rPr>
                <w:color w:val="000000" w:themeColor="text1"/>
                <w:sz w:val="20"/>
                <w:szCs w:val="20"/>
              </w:rPr>
            </w:pPr>
            <w:r w:rsidRPr="00E16C3B">
              <w:rPr>
                <w:b/>
                <w:bCs/>
                <w:color w:val="000000" w:themeColor="text1"/>
                <w:sz w:val="20"/>
                <w:szCs w:val="20"/>
              </w:rPr>
              <w:t>Sunum ve Anlatım Becerileri:</w:t>
            </w:r>
            <w:r w:rsidRPr="00E16C3B">
              <w:rPr>
                <w:color w:val="000000" w:themeColor="text1"/>
                <w:sz w:val="20"/>
                <w:szCs w:val="20"/>
              </w:rPr>
              <w:t xml:space="preserve"> </w:t>
            </w:r>
            <w:r w:rsidRPr="00E16C3B">
              <w:rPr>
                <w:color w:val="3A3A3A"/>
                <w:sz w:val="20"/>
                <w:szCs w:val="20"/>
              </w:rPr>
              <w:t>Uygun sunumlar yapmak için iki ve üç boyutlu el çizimleri, maket ve bilgisayar teknolojilerinin de kullanıldığı çeşitli tekniklerle programlama ve tasarım sürecinin her aşamasını biçimsel olarak ifade edebilme becerisi.</w:t>
            </w:r>
          </w:p>
        </w:tc>
      </w:tr>
    </w:tbl>
    <w:p w14:paraId="7B5CC76C" w14:textId="77777777" w:rsidR="00F90368" w:rsidRPr="00E16C3B" w:rsidRDefault="00F90368" w:rsidP="000D2CAB">
      <w:pPr>
        <w:spacing w:after="160" w:line="278" w:lineRule="auto"/>
        <w:jc w:val="both"/>
        <w:rPr>
          <w:rFonts w:ascii="Times New Roman" w:eastAsiaTheme="minorHAnsi" w:hAnsi="Times New Roman" w:cs="Times New Roman"/>
          <w:b/>
          <w:bCs/>
          <w:kern w:val="2"/>
          <w:sz w:val="20"/>
          <w:szCs w:val="20"/>
          <w:lang w:val="tr-TR"/>
          <w14:ligatures w14:val="standardContextual"/>
        </w:rPr>
      </w:pPr>
    </w:p>
    <w:p w14:paraId="7925BFF6" w14:textId="17D309A9" w:rsidR="00193C48" w:rsidRPr="00E16C3B" w:rsidRDefault="00000000" w:rsidP="00EC55B9">
      <w:pPr>
        <w:spacing w:after="120" w:line="278" w:lineRule="auto"/>
        <w:jc w:val="both"/>
        <w:rPr>
          <w:rFonts w:ascii="Times New Roman" w:eastAsiaTheme="minorHAnsi" w:hAnsi="Times New Roman" w:cs="Times New Roman"/>
          <w:b/>
          <w:bCs/>
          <w:kern w:val="2"/>
          <w:sz w:val="20"/>
          <w:szCs w:val="20"/>
          <w:lang w:val="tr-TR"/>
          <w14:ligatures w14:val="standardContextual"/>
        </w:rPr>
      </w:pPr>
      <w:r w:rsidRPr="00E16C3B">
        <w:rPr>
          <w:rFonts w:ascii="Times New Roman" w:eastAsiaTheme="minorHAnsi" w:hAnsi="Times New Roman" w:cs="Times New Roman"/>
          <w:b/>
          <w:bCs/>
          <w:kern w:val="2"/>
          <w:sz w:val="20"/>
          <w:szCs w:val="20"/>
          <w:lang w:val="tr-TR"/>
          <w14:ligatures w14:val="standardContextual"/>
        </w:rPr>
        <w:t>Katkıda Bulunacaklar</w:t>
      </w:r>
    </w:p>
    <w:p w14:paraId="29C75690" w14:textId="77777777" w:rsidR="00F70183" w:rsidRPr="00E16C3B" w:rsidRDefault="00F70183" w:rsidP="00EC55B9">
      <w:pPr>
        <w:spacing w:after="120" w:line="278" w:lineRule="auto"/>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Prof. Dr. Kamuran Sami </w:t>
      </w:r>
    </w:p>
    <w:p w14:paraId="5F50930D" w14:textId="77777777" w:rsidR="00F70183" w:rsidRPr="00E16C3B" w:rsidRDefault="00F70183" w:rsidP="00EC55B9">
      <w:pPr>
        <w:spacing w:after="120" w:line="278" w:lineRule="auto"/>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Prof. Dr. Mine BARAN </w:t>
      </w:r>
    </w:p>
    <w:p w14:paraId="3126312A" w14:textId="77777777" w:rsidR="00F70183" w:rsidRPr="00E16C3B" w:rsidRDefault="00F70183" w:rsidP="00EC55B9">
      <w:pPr>
        <w:spacing w:after="120" w:line="278" w:lineRule="auto"/>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 xml:space="preserve">Dr. Öğr. Üyesi Ruşen ERGÜN </w:t>
      </w:r>
    </w:p>
    <w:p w14:paraId="2138F120" w14:textId="77777777" w:rsidR="00F70183" w:rsidRPr="00E16C3B" w:rsidRDefault="00F70183" w:rsidP="00EC55B9">
      <w:pPr>
        <w:spacing w:after="120" w:line="278" w:lineRule="auto"/>
        <w:jc w:val="both"/>
        <w:rPr>
          <w:rFonts w:ascii="Times New Roman" w:eastAsiaTheme="minorHAnsi" w:hAnsi="Times New Roman" w:cs="Times New Roman"/>
          <w:kern w:val="2"/>
          <w:sz w:val="20"/>
          <w:szCs w:val="20"/>
          <w:lang w:val="tr-TR"/>
          <w14:ligatures w14:val="standardContextual"/>
        </w:rPr>
      </w:pPr>
      <w:r w:rsidRPr="00E16C3B">
        <w:rPr>
          <w:rFonts w:ascii="Times New Roman" w:eastAsiaTheme="minorHAnsi" w:hAnsi="Times New Roman" w:cs="Times New Roman"/>
          <w:kern w:val="2"/>
          <w:sz w:val="20"/>
          <w:szCs w:val="20"/>
          <w:lang w:val="tr-TR"/>
          <w14:ligatures w14:val="standardContextual"/>
        </w:rPr>
        <w:t>Arş. Gör. Dr. Berfin EREN</w:t>
      </w:r>
    </w:p>
    <w:p w14:paraId="3842376E" w14:textId="24B75F14" w:rsidR="00193C48" w:rsidRPr="00E16C3B" w:rsidRDefault="00193C48" w:rsidP="00F70183">
      <w:pPr>
        <w:rPr>
          <w:lang w:val="tr-TR"/>
        </w:rPr>
      </w:pPr>
    </w:p>
    <w:sectPr w:rsidR="00193C48" w:rsidRPr="00E16C3B" w:rsidSect="00E16C3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5BFADA" w14:textId="77777777" w:rsidR="008A1193" w:rsidRDefault="008A1193">
      <w:r>
        <w:separator/>
      </w:r>
    </w:p>
  </w:endnote>
  <w:endnote w:type="continuationSeparator" w:id="0">
    <w:p w14:paraId="454274F6" w14:textId="77777777" w:rsidR="008A1193" w:rsidRDefault="008A1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panose1 w:val="020B0604020202020204"/>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7FA90F" w14:textId="77777777" w:rsidR="005C1918" w:rsidRDefault="005C191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36BF" w14:textId="757A0C52" w:rsidR="00193C48" w:rsidRDefault="00000000">
    <w:pPr>
      <w:pStyle w:val="AltBilgi"/>
    </w:pPr>
    <w:r w:rsidRPr="00547D32">
      <w:rPr>
        <w:rFonts w:asciiTheme="majorHAnsi" w:hAnsiTheme="majorHAnsi" w:cstheme="majorHAnsi"/>
        <w:sz w:val="20"/>
        <w:szCs w:val="20"/>
        <w:lang w:val="tr-TR"/>
      </w:rPr>
      <w:t>M</w:t>
    </w:r>
    <w:r w:rsidR="00B95BCC" w:rsidRPr="00547D32">
      <w:rPr>
        <w:rFonts w:asciiTheme="majorHAnsi" w:hAnsiTheme="majorHAnsi" w:cstheme="majorHAnsi"/>
        <w:sz w:val="20"/>
        <w:szCs w:val="20"/>
        <w:lang w:val="tr-TR"/>
      </w:rPr>
      <w:t>B</w:t>
    </w:r>
    <w:r w:rsidRPr="00547D32">
      <w:rPr>
        <w:rFonts w:asciiTheme="majorHAnsi" w:hAnsiTheme="majorHAnsi" w:cstheme="majorHAnsi"/>
        <w:sz w:val="20"/>
        <w:szCs w:val="20"/>
        <w:lang w:val="tr-TR"/>
      </w:rPr>
      <w:t xml:space="preserve"> </w:t>
    </w:r>
    <w:r w:rsidR="00C9110A" w:rsidRPr="00547D32">
      <w:rPr>
        <w:rFonts w:asciiTheme="majorHAnsi" w:hAnsiTheme="majorHAnsi" w:cstheme="majorHAnsi"/>
        <w:sz w:val="20"/>
        <w:szCs w:val="20"/>
        <w:lang w:val="tr-TR"/>
      </w:rPr>
      <w:t>201</w:t>
    </w:r>
    <w:r w:rsidRPr="00547D32">
      <w:rPr>
        <w:rFonts w:asciiTheme="majorHAnsi" w:hAnsiTheme="majorHAnsi" w:cstheme="majorHAnsi"/>
        <w:sz w:val="20"/>
        <w:szCs w:val="20"/>
        <w:lang w:val="tr-TR"/>
      </w:rPr>
      <w:t xml:space="preserve"> </w:t>
    </w:r>
    <w:r w:rsidR="005C1918" w:rsidRPr="00547D32">
      <w:rPr>
        <w:rFonts w:asciiTheme="majorHAnsi" w:hAnsiTheme="majorHAnsi" w:cstheme="majorHAnsi"/>
        <w:sz w:val="20"/>
        <w:szCs w:val="20"/>
        <w:lang w:val="tr-TR"/>
      </w:rPr>
      <w:t xml:space="preserve">- </w:t>
    </w:r>
    <w:r w:rsidRPr="00547D32">
      <w:rPr>
        <w:rFonts w:asciiTheme="majorHAnsi" w:hAnsiTheme="majorHAnsi" w:cstheme="majorHAnsi"/>
        <w:sz w:val="20"/>
        <w:szCs w:val="20"/>
        <w:lang w:val="tr-TR"/>
      </w:rPr>
      <w:t xml:space="preserve">Mimari Proje </w:t>
    </w:r>
    <w:r w:rsidR="00C9110A" w:rsidRPr="00547D32">
      <w:rPr>
        <w:rFonts w:asciiTheme="majorHAnsi" w:hAnsiTheme="majorHAnsi" w:cstheme="majorHAnsi"/>
        <w:sz w:val="20"/>
        <w:szCs w:val="20"/>
        <w:lang w:val="tr-TR"/>
      </w:rPr>
      <w:t>III</w:t>
    </w:r>
    <w:r>
      <w:tab/>
    </w:r>
    <w:r>
      <w:fldChar w:fldCharType="begin"/>
    </w:r>
    <w:r>
      <w:instrText>PAGE</w:instrText>
    </w:r>
    <w:r>
      <w:fldChar w:fldCharType="separate"/>
    </w:r>
    <w:r w:rsidR="0054777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F90C7" w14:textId="77777777" w:rsidR="005C1918" w:rsidRDefault="005C191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8D87E9" w14:textId="77777777" w:rsidR="008A1193" w:rsidRDefault="008A1193">
      <w:r>
        <w:separator/>
      </w:r>
    </w:p>
  </w:footnote>
  <w:footnote w:type="continuationSeparator" w:id="0">
    <w:p w14:paraId="3D75788E" w14:textId="77777777" w:rsidR="008A1193" w:rsidRDefault="008A1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F8226" w14:textId="77777777" w:rsidR="005C1918" w:rsidRDefault="005C191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FE9BF" w14:textId="77777777" w:rsidR="005C1918" w:rsidRDefault="005C191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64E46A" w14:textId="77777777" w:rsidR="005C1918" w:rsidRDefault="005C191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E4337A9"/>
    <w:multiLevelType w:val="hybridMultilevel"/>
    <w:tmpl w:val="32427E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15:restartNumberingAfterBreak="0">
    <w:nsid w:val="504D560A"/>
    <w:multiLevelType w:val="hybridMultilevel"/>
    <w:tmpl w:val="FE0E2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478377">
    <w:abstractNumId w:val="8"/>
  </w:num>
  <w:num w:numId="2" w16cid:durableId="851148716">
    <w:abstractNumId w:val="6"/>
  </w:num>
  <w:num w:numId="3" w16cid:durableId="1208956332">
    <w:abstractNumId w:val="5"/>
  </w:num>
  <w:num w:numId="4" w16cid:durableId="266696021">
    <w:abstractNumId w:val="4"/>
  </w:num>
  <w:num w:numId="5" w16cid:durableId="1405835110">
    <w:abstractNumId w:val="7"/>
  </w:num>
  <w:num w:numId="6" w16cid:durableId="463810591">
    <w:abstractNumId w:val="3"/>
  </w:num>
  <w:num w:numId="7" w16cid:durableId="1237856427">
    <w:abstractNumId w:val="2"/>
  </w:num>
  <w:num w:numId="8" w16cid:durableId="238096574">
    <w:abstractNumId w:val="1"/>
  </w:num>
  <w:num w:numId="9" w16cid:durableId="727607763">
    <w:abstractNumId w:val="0"/>
  </w:num>
  <w:num w:numId="10" w16cid:durableId="1832526011">
    <w:abstractNumId w:val="11"/>
  </w:num>
  <w:num w:numId="11" w16cid:durableId="1325477798">
    <w:abstractNumId w:val="9"/>
  </w:num>
  <w:num w:numId="12" w16cid:durableId="39112000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16B"/>
    <w:rsid w:val="00017035"/>
    <w:rsid w:val="00034616"/>
    <w:rsid w:val="00045368"/>
    <w:rsid w:val="00050E3F"/>
    <w:rsid w:val="000561F9"/>
    <w:rsid w:val="0006063C"/>
    <w:rsid w:val="000B1B02"/>
    <w:rsid w:val="000B2A25"/>
    <w:rsid w:val="000D2CAB"/>
    <w:rsid w:val="0015074B"/>
    <w:rsid w:val="0015683B"/>
    <w:rsid w:val="00167DA5"/>
    <w:rsid w:val="00177E61"/>
    <w:rsid w:val="00193C48"/>
    <w:rsid w:val="001A4E7D"/>
    <w:rsid w:val="001C167D"/>
    <w:rsid w:val="001F4160"/>
    <w:rsid w:val="002057DE"/>
    <w:rsid w:val="00205E4F"/>
    <w:rsid w:val="00240B4C"/>
    <w:rsid w:val="00252E8C"/>
    <w:rsid w:val="00262DA9"/>
    <w:rsid w:val="00292234"/>
    <w:rsid w:val="0029639D"/>
    <w:rsid w:val="00296B47"/>
    <w:rsid w:val="002B7028"/>
    <w:rsid w:val="002E7096"/>
    <w:rsid w:val="002F3FA7"/>
    <w:rsid w:val="002F7543"/>
    <w:rsid w:val="00326F90"/>
    <w:rsid w:val="00384828"/>
    <w:rsid w:val="00385C88"/>
    <w:rsid w:val="00392001"/>
    <w:rsid w:val="003C13B6"/>
    <w:rsid w:val="003E56B3"/>
    <w:rsid w:val="003E7021"/>
    <w:rsid w:val="003F3BEB"/>
    <w:rsid w:val="00454602"/>
    <w:rsid w:val="00483DA9"/>
    <w:rsid w:val="004C67AB"/>
    <w:rsid w:val="004D3A8E"/>
    <w:rsid w:val="004D76D9"/>
    <w:rsid w:val="004F4EAF"/>
    <w:rsid w:val="00513FEB"/>
    <w:rsid w:val="005441AE"/>
    <w:rsid w:val="00547774"/>
    <w:rsid w:val="00547D32"/>
    <w:rsid w:val="00552D01"/>
    <w:rsid w:val="0057564F"/>
    <w:rsid w:val="005B06B8"/>
    <w:rsid w:val="005B5B42"/>
    <w:rsid w:val="005B614A"/>
    <w:rsid w:val="005C1918"/>
    <w:rsid w:val="005C7767"/>
    <w:rsid w:val="005D55EB"/>
    <w:rsid w:val="005E6B1E"/>
    <w:rsid w:val="005E747C"/>
    <w:rsid w:val="00644AB7"/>
    <w:rsid w:val="006C4F4C"/>
    <w:rsid w:val="006C7386"/>
    <w:rsid w:val="006D012A"/>
    <w:rsid w:val="006D65EE"/>
    <w:rsid w:val="0070387D"/>
    <w:rsid w:val="007173F3"/>
    <w:rsid w:val="0072105C"/>
    <w:rsid w:val="007245AB"/>
    <w:rsid w:val="00765535"/>
    <w:rsid w:val="007970CA"/>
    <w:rsid w:val="007B3A70"/>
    <w:rsid w:val="007B555E"/>
    <w:rsid w:val="007C0861"/>
    <w:rsid w:val="007C2ADC"/>
    <w:rsid w:val="008341D0"/>
    <w:rsid w:val="008641A0"/>
    <w:rsid w:val="008722A1"/>
    <w:rsid w:val="00884672"/>
    <w:rsid w:val="00894BAA"/>
    <w:rsid w:val="008A1193"/>
    <w:rsid w:val="008A2BD7"/>
    <w:rsid w:val="008C2B85"/>
    <w:rsid w:val="008D02E5"/>
    <w:rsid w:val="008F3554"/>
    <w:rsid w:val="009318C2"/>
    <w:rsid w:val="009461E2"/>
    <w:rsid w:val="00947EB8"/>
    <w:rsid w:val="009731C0"/>
    <w:rsid w:val="00991923"/>
    <w:rsid w:val="009C6578"/>
    <w:rsid w:val="00A529A0"/>
    <w:rsid w:val="00A60203"/>
    <w:rsid w:val="00A706C0"/>
    <w:rsid w:val="00A77C69"/>
    <w:rsid w:val="00A96F2E"/>
    <w:rsid w:val="00AA1D8D"/>
    <w:rsid w:val="00AA37DE"/>
    <w:rsid w:val="00AC3516"/>
    <w:rsid w:val="00AE2341"/>
    <w:rsid w:val="00AE2FB0"/>
    <w:rsid w:val="00AF691F"/>
    <w:rsid w:val="00B17E64"/>
    <w:rsid w:val="00B35F16"/>
    <w:rsid w:val="00B42FF3"/>
    <w:rsid w:val="00B458AE"/>
    <w:rsid w:val="00B4674E"/>
    <w:rsid w:val="00B47730"/>
    <w:rsid w:val="00B55C8C"/>
    <w:rsid w:val="00B83950"/>
    <w:rsid w:val="00B91B2D"/>
    <w:rsid w:val="00B95BCC"/>
    <w:rsid w:val="00BA1BE1"/>
    <w:rsid w:val="00BA6F70"/>
    <w:rsid w:val="00BE2430"/>
    <w:rsid w:val="00C04AFF"/>
    <w:rsid w:val="00C37E24"/>
    <w:rsid w:val="00C40FC7"/>
    <w:rsid w:val="00C9110A"/>
    <w:rsid w:val="00CB0664"/>
    <w:rsid w:val="00CC423E"/>
    <w:rsid w:val="00CD0FDA"/>
    <w:rsid w:val="00CF4B9B"/>
    <w:rsid w:val="00D02088"/>
    <w:rsid w:val="00D44833"/>
    <w:rsid w:val="00D46622"/>
    <w:rsid w:val="00D90018"/>
    <w:rsid w:val="00DE0CA4"/>
    <w:rsid w:val="00E16C3B"/>
    <w:rsid w:val="00E50856"/>
    <w:rsid w:val="00EA4CD1"/>
    <w:rsid w:val="00EC55B9"/>
    <w:rsid w:val="00ED4AB7"/>
    <w:rsid w:val="00F23E05"/>
    <w:rsid w:val="00F70183"/>
    <w:rsid w:val="00F729A9"/>
    <w:rsid w:val="00F7499B"/>
    <w:rsid w:val="00F90368"/>
    <w:rsid w:val="00FA0A53"/>
    <w:rsid w:val="00FA2D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8DEC4"/>
  <w14:defaultImageDpi w14:val="300"/>
  <w15:docId w15:val="{4E68CAD5-19C1-4F7B-92AA-E8DB46F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E61"/>
    <w:pPr>
      <w:spacing w:after="0" w:line="240" w:lineRule="auto"/>
    </w:pPr>
    <w:rPr>
      <w:rFonts w:ascii="Liberation Sans Narrow" w:eastAsia="Liberation Sans Narrow" w:hAnsi="Liberation Sans Narrow"/>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1"/>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547774"/>
    <w:rPr>
      <w:color w:val="0000FF" w:themeColor="hyperlink"/>
      <w:u w:val="single"/>
    </w:rPr>
  </w:style>
  <w:style w:type="character" w:styleId="zmlenmeyenBahsetme">
    <w:name w:val="Unresolved Mention"/>
    <w:basedOn w:val="VarsaylanParagrafYazTipi"/>
    <w:uiPriority w:val="99"/>
    <w:semiHidden/>
    <w:unhideWhenUsed/>
    <w:rsid w:val="00547774"/>
    <w:rPr>
      <w:color w:val="605E5C"/>
      <w:shd w:val="clear" w:color="auto" w:fill="E1DFDD"/>
    </w:rPr>
  </w:style>
  <w:style w:type="paragraph" w:styleId="NormalWeb">
    <w:name w:val="Normal (Web)"/>
    <w:basedOn w:val="Normal"/>
    <w:uiPriority w:val="99"/>
    <w:unhideWhenUsed/>
    <w:rsid w:val="009C6578"/>
    <w:pPr>
      <w:spacing w:before="100" w:beforeAutospacing="1" w:after="100" w:afterAutospacing="1"/>
    </w:pPr>
    <w:rPr>
      <w:rFonts w:ascii="Times New Roman" w:eastAsia="Times New Roman" w:hAnsi="Times New Roman" w:cs="Times New Roman"/>
      <w:sz w:val="24"/>
      <w:szCs w:val="24"/>
      <w:lang w:val="tr-TR" w:eastAsia="tr-TR"/>
    </w:rPr>
  </w:style>
  <w:style w:type="table" w:customStyle="1" w:styleId="TableNormal1">
    <w:name w:val="Table Normal1"/>
    <w:uiPriority w:val="2"/>
    <w:semiHidden/>
    <w:unhideWhenUsed/>
    <w:qFormat/>
    <w:rsid w:val="00F90368"/>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90368"/>
    <w:pPr>
      <w:widowControl w:val="0"/>
      <w:autoSpaceDE w:val="0"/>
      <w:autoSpaceDN w:val="0"/>
      <w:ind w:left="108"/>
      <w:jc w:val="center"/>
    </w:pPr>
    <w:rPr>
      <w:rFonts w:ascii="Times New Roman" w:eastAsia="Times New Roman" w:hAnsi="Times New Roman" w:cs="Times New Roman"/>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4</Pages>
  <Words>1521</Words>
  <Characters>8671</Characters>
  <Application>Microsoft Office Word</Application>
  <DocSecurity>0</DocSecurity>
  <Lines>72</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MIM 312 - Mimari Proje VI Ders Programı</vt:lpstr>
      <vt:lpstr/>
    </vt:vector>
  </TitlesOfParts>
  <Manager/>
  <Company/>
  <LinksUpToDate>false</LinksUpToDate>
  <CharactersWithSpaces>10172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 312 - Mimari Proje VI Ders Programı</dc:title>
  <dc:subject>2020-2021 Bahar Yarıyılı</dc:subject>
  <dc:creator/>
  <cp:keywords/>
  <dc:description>generated by python-docx</dc:description>
  <cp:lastModifiedBy>Birgül Açıkyıldız</cp:lastModifiedBy>
  <cp:revision>80</cp:revision>
  <dcterms:created xsi:type="dcterms:W3CDTF">2013-12-23T23:15:00Z</dcterms:created>
  <dcterms:modified xsi:type="dcterms:W3CDTF">2026-10-11T17:23:00Z</dcterms:modified>
  <cp:category/>
</cp:coreProperties>
</file>